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8E152" w14:textId="77777777" w:rsidR="00DF792A" w:rsidRDefault="00EC63AB">
      <w:pPr>
        <w:widowControl w:val="0"/>
        <w:snapToGrid w:val="0"/>
        <w:spacing w:after="80" w:line="300" w:lineRule="exact"/>
        <w:rPr>
          <w:lang w:eastAsia="zh-CN"/>
        </w:rPr>
      </w:pPr>
      <w:r>
        <w:rPr>
          <w:rFonts w:ascii="ＭＳ ゴシック" w:eastAsia="ＭＳ ゴシック" w:hAnsi="ＭＳ ゴシック"/>
          <w:b/>
          <w:color w:val="000000"/>
          <w:lang w:eastAsia="zh-CN"/>
        </w:rPr>
        <w:t>【様式第1号】</w:t>
      </w:r>
    </w:p>
    <w:p w14:paraId="44A90A23" w14:textId="77777777" w:rsidR="00DF792A" w:rsidRDefault="00EC63AB">
      <w:pPr>
        <w:widowControl w:val="0"/>
        <w:snapToGrid w:val="0"/>
        <w:spacing w:after="80" w:line="400" w:lineRule="exact"/>
        <w:jc w:val="center"/>
        <w:rPr>
          <w:lang w:eastAsia="zh-CN"/>
        </w:rPr>
      </w:pPr>
      <w:r>
        <w:rPr>
          <w:rFonts w:ascii="ＭＳ ゴシック" w:eastAsia="ＭＳ ゴシック" w:hAnsi="ＭＳ ゴシック"/>
          <w:b/>
          <w:color w:val="000000"/>
          <w:sz w:val="32"/>
          <w:lang w:eastAsia="zh-CN"/>
        </w:rPr>
        <w:t>宜野湾市特産品等推奨認定（新規）申請書</w:t>
      </w:r>
    </w:p>
    <w:p w14:paraId="23F6CA97" w14:textId="77777777" w:rsidR="00DF792A" w:rsidRPr="00FA3221" w:rsidRDefault="00EC63AB">
      <w:pPr>
        <w:widowControl w:val="0"/>
        <w:snapToGrid w:val="0"/>
        <w:spacing w:after="80" w:line="300" w:lineRule="exact"/>
        <w:jc w:val="right"/>
        <w:rPr>
          <w:sz w:val="22"/>
          <w:szCs w:val="24"/>
        </w:rPr>
      </w:pPr>
      <w:proofErr w:type="spellStart"/>
      <w:proofErr w:type="gramStart"/>
      <w:r w:rsidRPr="00FA3221">
        <w:rPr>
          <w:rFonts w:ascii="ＭＳ ゴシック" w:eastAsia="ＭＳ ゴシック" w:hAnsi="ＭＳ ゴシック"/>
          <w:color w:val="000000"/>
          <w:sz w:val="22"/>
          <w:szCs w:val="24"/>
        </w:rPr>
        <w:t>令和</w:t>
      </w:r>
      <w:proofErr w:type="spellEnd"/>
      <w:r w:rsidRPr="00FA3221">
        <w:rPr>
          <w:rFonts w:ascii="ＭＳ ゴシック" w:eastAsia="ＭＳ ゴシック" w:hAnsi="ＭＳ ゴシック"/>
          <w:color w:val="000000"/>
          <w:sz w:val="22"/>
          <w:szCs w:val="24"/>
        </w:rPr>
        <w:t xml:space="preserve">　　年</w:t>
      </w:r>
      <w:proofErr w:type="gramEnd"/>
      <w:r w:rsidRPr="00FA3221">
        <w:rPr>
          <w:rFonts w:ascii="ＭＳ ゴシック" w:eastAsia="ＭＳ ゴシック" w:hAnsi="ＭＳ ゴシック"/>
          <w:color w:val="000000"/>
          <w:sz w:val="22"/>
          <w:szCs w:val="24"/>
        </w:rPr>
        <w:t xml:space="preserve">　　</w:t>
      </w:r>
      <w:proofErr w:type="gramStart"/>
      <w:r w:rsidRPr="00FA3221">
        <w:rPr>
          <w:rFonts w:ascii="ＭＳ ゴシック" w:eastAsia="ＭＳ ゴシック" w:hAnsi="ＭＳ ゴシック"/>
          <w:color w:val="000000"/>
          <w:sz w:val="22"/>
          <w:szCs w:val="24"/>
        </w:rPr>
        <w:t>月　　日</w:t>
      </w:r>
      <w:proofErr w:type="gramEnd"/>
    </w:p>
    <w:p w14:paraId="4DC6CF95" w14:textId="77777777" w:rsidR="00DF792A" w:rsidRPr="00FA3221" w:rsidRDefault="00EC63AB">
      <w:pPr>
        <w:widowControl w:val="0"/>
        <w:snapToGrid w:val="0"/>
        <w:spacing w:after="80" w:line="300" w:lineRule="exact"/>
        <w:rPr>
          <w:sz w:val="22"/>
          <w:szCs w:val="24"/>
          <w:lang w:eastAsia="zh-CN"/>
        </w:rPr>
      </w:pPr>
      <w:r w:rsidRPr="00FA3221">
        <w:rPr>
          <w:rFonts w:ascii="ＭＳ ゴシック" w:eastAsia="ＭＳ ゴシック" w:hAnsi="ＭＳ ゴシック"/>
          <w:color w:val="000000"/>
          <w:sz w:val="22"/>
          <w:szCs w:val="24"/>
          <w:lang w:eastAsia="zh-CN"/>
        </w:rPr>
        <w:t>宜野湾市特産品推奨認定審査委員会</w:t>
      </w:r>
    </w:p>
    <w:p w14:paraId="5F1660F7" w14:textId="77777777" w:rsidR="00DF792A" w:rsidRPr="00FA3221" w:rsidRDefault="00EC63AB">
      <w:pPr>
        <w:widowControl w:val="0"/>
        <w:snapToGrid w:val="0"/>
        <w:spacing w:after="80" w:line="300" w:lineRule="exact"/>
        <w:rPr>
          <w:sz w:val="22"/>
          <w:szCs w:val="24"/>
        </w:rPr>
      </w:pPr>
      <w:proofErr w:type="spellStart"/>
      <w:r w:rsidRPr="00FA3221">
        <w:rPr>
          <w:rFonts w:ascii="ＭＳ ゴシック" w:eastAsia="ＭＳ ゴシック" w:hAnsi="ＭＳ ゴシック"/>
          <w:color w:val="000000"/>
          <w:sz w:val="22"/>
          <w:szCs w:val="24"/>
        </w:rPr>
        <w:t>委員長</w:t>
      </w:r>
      <w:proofErr w:type="spellEnd"/>
      <w:r w:rsidRPr="00FA3221">
        <w:rPr>
          <w:rFonts w:ascii="ＭＳ ゴシック" w:eastAsia="ＭＳ ゴシック" w:hAnsi="ＭＳ ゴシック"/>
          <w:color w:val="000000"/>
          <w:sz w:val="22"/>
          <w:szCs w:val="24"/>
        </w:rPr>
        <w:t xml:space="preserve">　殿</w:t>
      </w:r>
    </w:p>
    <w:tbl>
      <w:tblPr>
        <w:tblW w:w="9637"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5900"/>
        <w:gridCol w:w="3737"/>
      </w:tblGrid>
      <w:tr w:rsidR="00DF792A" w:rsidRPr="00FA3221" w14:paraId="39C6E085" w14:textId="77777777">
        <w:trPr>
          <w:trHeight w:val="460"/>
        </w:trPr>
        <w:tc>
          <w:tcPr>
            <w:tcW w:w="5900" w:type="dxa"/>
            <w:tcMar>
              <w:top w:w="90" w:type="dxa"/>
              <w:left w:w="110" w:type="dxa"/>
              <w:bottom w:w="90" w:type="dxa"/>
              <w:right w:w="110" w:type="dxa"/>
            </w:tcMar>
            <w:vAlign w:val="center"/>
          </w:tcPr>
          <w:p w14:paraId="7892DBC3" w14:textId="77777777" w:rsidR="00DF792A" w:rsidRPr="00FA3221" w:rsidRDefault="00DF792A">
            <w:pPr>
              <w:widowControl w:val="0"/>
              <w:snapToGrid w:val="0"/>
              <w:spacing w:line="280" w:lineRule="exact"/>
              <w:rPr>
                <w:sz w:val="22"/>
                <w:szCs w:val="24"/>
              </w:rPr>
            </w:pPr>
          </w:p>
        </w:tc>
        <w:tc>
          <w:tcPr>
            <w:tcW w:w="3737" w:type="dxa"/>
            <w:tcMar>
              <w:top w:w="90" w:type="dxa"/>
              <w:left w:w="110" w:type="dxa"/>
              <w:bottom w:w="90" w:type="dxa"/>
              <w:right w:w="110" w:type="dxa"/>
            </w:tcMar>
            <w:vAlign w:val="center"/>
          </w:tcPr>
          <w:p w14:paraId="3505C798" w14:textId="77777777" w:rsidR="00DF792A" w:rsidRPr="00FA3221" w:rsidRDefault="00EC63AB">
            <w:pPr>
              <w:widowControl w:val="0"/>
              <w:snapToGrid w:val="0"/>
              <w:spacing w:line="280" w:lineRule="exact"/>
              <w:rPr>
                <w:sz w:val="22"/>
                <w:szCs w:val="24"/>
              </w:rPr>
            </w:pPr>
            <w:r w:rsidRPr="00FA3221">
              <w:rPr>
                <w:rFonts w:ascii="ＭＳ ゴシック" w:eastAsia="ＭＳ ゴシック" w:hAnsi="ＭＳ ゴシック"/>
                <w:color w:val="000000"/>
                <w:sz w:val="22"/>
                <w:szCs w:val="24"/>
              </w:rPr>
              <w:t xml:space="preserve">住　所　</w:t>
            </w:r>
          </w:p>
        </w:tc>
      </w:tr>
      <w:tr w:rsidR="00DF792A" w:rsidRPr="00FA3221" w14:paraId="27F050AB" w14:textId="77777777">
        <w:trPr>
          <w:trHeight w:val="460"/>
        </w:trPr>
        <w:tc>
          <w:tcPr>
            <w:tcW w:w="5900" w:type="dxa"/>
            <w:tcMar>
              <w:top w:w="90" w:type="dxa"/>
              <w:left w:w="110" w:type="dxa"/>
              <w:bottom w:w="90" w:type="dxa"/>
              <w:right w:w="110" w:type="dxa"/>
            </w:tcMar>
            <w:vAlign w:val="center"/>
          </w:tcPr>
          <w:p w14:paraId="1DA0210A" w14:textId="77777777" w:rsidR="00DF792A" w:rsidRPr="00FA3221" w:rsidRDefault="00DF792A">
            <w:pPr>
              <w:widowControl w:val="0"/>
              <w:snapToGrid w:val="0"/>
              <w:spacing w:line="280" w:lineRule="exact"/>
              <w:rPr>
                <w:sz w:val="22"/>
                <w:szCs w:val="24"/>
              </w:rPr>
            </w:pPr>
          </w:p>
        </w:tc>
        <w:tc>
          <w:tcPr>
            <w:tcW w:w="3737" w:type="dxa"/>
            <w:tcMar>
              <w:top w:w="90" w:type="dxa"/>
              <w:left w:w="110" w:type="dxa"/>
              <w:bottom w:w="90" w:type="dxa"/>
              <w:right w:w="110" w:type="dxa"/>
            </w:tcMar>
            <w:vAlign w:val="center"/>
          </w:tcPr>
          <w:p w14:paraId="2320447E" w14:textId="77777777" w:rsidR="00DF792A" w:rsidRPr="00FA3221" w:rsidRDefault="00EC63AB">
            <w:pPr>
              <w:widowControl w:val="0"/>
              <w:snapToGrid w:val="0"/>
              <w:spacing w:line="280" w:lineRule="exact"/>
              <w:rPr>
                <w:sz w:val="22"/>
                <w:szCs w:val="24"/>
              </w:rPr>
            </w:pPr>
            <w:proofErr w:type="spellStart"/>
            <w:r w:rsidRPr="00FA3221">
              <w:rPr>
                <w:rFonts w:ascii="ＭＳ ゴシック" w:eastAsia="ＭＳ ゴシック" w:hAnsi="ＭＳ ゴシック"/>
                <w:color w:val="000000"/>
                <w:sz w:val="22"/>
                <w:szCs w:val="24"/>
              </w:rPr>
              <w:t>事業者名</w:t>
            </w:r>
            <w:proofErr w:type="spellEnd"/>
            <w:r w:rsidRPr="00FA3221">
              <w:rPr>
                <w:rFonts w:ascii="ＭＳ ゴシック" w:eastAsia="ＭＳ ゴシック" w:hAnsi="ＭＳ ゴシック"/>
                <w:color w:val="000000"/>
                <w:sz w:val="22"/>
                <w:szCs w:val="24"/>
              </w:rPr>
              <w:t xml:space="preserve">　</w:t>
            </w:r>
          </w:p>
        </w:tc>
      </w:tr>
      <w:tr w:rsidR="00DF792A" w:rsidRPr="00FA3221" w14:paraId="412C257B" w14:textId="77777777">
        <w:trPr>
          <w:trHeight w:val="460"/>
        </w:trPr>
        <w:tc>
          <w:tcPr>
            <w:tcW w:w="5900" w:type="dxa"/>
            <w:tcMar>
              <w:top w:w="90" w:type="dxa"/>
              <w:left w:w="110" w:type="dxa"/>
              <w:bottom w:w="90" w:type="dxa"/>
              <w:right w:w="110" w:type="dxa"/>
            </w:tcMar>
            <w:vAlign w:val="center"/>
          </w:tcPr>
          <w:p w14:paraId="4953811E" w14:textId="77777777" w:rsidR="00DF792A" w:rsidRPr="00FA3221" w:rsidRDefault="00DF792A">
            <w:pPr>
              <w:widowControl w:val="0"/>
              <w:snapToGrid w:val="0"/>
              <w:spacing w:line="280" w:lineRule="exact"/>
              <w:rPr>
                <w:sz w:val="22"/>
                <w:szCs w:val="24"/>
              </w:rPr>
            </w:pPr>
          </w:p>
        </w:tc>
        <w:tc>
          <w:tcPr>
            <w:tcW w:w="3737" w:type="dxa"/>
            <w:tcMar>
              <w:top w:w="90" w:type="dxa"/>
              <w:left w:w="110" w:type="dxa"/>
              <w:bottom w:w="90" w:type="dxa"/>
              <w:right w:w="110" w:type="dxa"/>
            </w:tcMar>
            <w:vAlign w:val="center"/>
          </w:tcPr>
          <w:p w14:paraId="238D434D" w14:textId="74A9152D" w:rsidR="00DF792A" w:rsidRPr="00FA3221" w:rsidRDefault="00EC63AB">
            <w:pPr>
              <w:widowControl w:val="0"/>
              <w:snapToGrid w:val="0"/>
              <w:spacing w:line="280" w:lineRule="exact"/>
              <w:rPr>
                <w:color w:val="000000"/>
                <w:sz w:val="22"/>
                <w:szCs w:val="24"/>
                <w:lang w:eastAsia="ja-JP"/>
              </w:rPr>
            </w:pPr>
            <w:proofErr w:type="spellStart"/>
            <w:r w:rsidRPr="00FA3221">
              <w:rPr>
                <w:rFonts w:ascii="ＭＳ ゴシック" w:eastAsia="ＭＳ ゴシック" w:hAnsi="ＭＳ ゴシック"/>
                <w:color w:val="000000"/>
                <w:sz w:val="22"/>
                <w:szCs w:val="24"/>
              </w:rPr>
              <w:t>代表者名</w:t>
            </w:r>
            <w:proofErr w:type="spellEnd"/>
            <w:r w:rsidRPr="00FA3221">
              <w:rPr>
                <w:rFonts w:ascii="ＭＳ ゴシック" w:eastAsia="ＭＳ ゴシック" w:hAnsi="ＭＳ ゴシック"/>
                <w:color w:val="000000"/>
                <w:sz w:val="22"/>
                <w:szCs w:val="24"/>
              </w:rPr>
              <w:t xml:space="preserve">　　　　　　　　　　</w:t>
            </w:r>
          </w:p>
          <w:p w14:paraId="7D5BADEC" w14:textId="77777777" w:rsidR="00025C11" w:rsidRPr="00FA3221" w:rsidRDefault="00025C11">
            <w:pPr>
              <w:widowControl w:val="0"/>
              <w:snapToGrid w:val="0"/>
              <w:spacing w:line="280" w:lineRule="exact"/>
              <w:rPr>
                <w:sz w:val="22"/>
                <w:szCs w:val="24"/>
                <w:lang w:eastAsia="ja-JP"/>
              </w:rPr>
            </w:pPr>
          </w:p>
        </w:tc>
      </w:tr>
    </w:tbl>
    <w:p w14:paraId="55A6A524" w14:textId="77777777" w:rsidR="00DF792A" w:rsidRPr="00FA3221" w:rsidRDefault="00EC63AB">
      <w:pPr>
        <w:widowControl w:val="0"/>
        <w:snapToGrid w:val="0"/>
        <w:spacing w:after="80" w:line="300" w:lineRule="exact"/>
        <w:rPr>
          <w:color w:val="000000"/>
          <w:sz w:val="24"/>
          <w:szCs w:val="24"/>
          <w:lang w:eastAsia="ja-JP"/>
        </w:rPr>
      </w:pPr>
      <w:r w:rsidRPr="00FA3221">
        <w:rPr>
          <w:rFonts w:ascii="ＭＳ ゴシック" w:eastAsia="ＭＳ ゴシック" w:hAnsi="ＭＳ ゴシック"/>
          <w:color w:val="000000"/>
          <w:sz w:val="24"/>
          <w:szCs w:val="24"/>
        </w:rPr>
        <w:t xml:space="preserve">　</w:t>
      </w:r>
      <w:r w:rsidRPr="00FA3221">
        <w:rPr>
          <w:rFonts w:ascii="ＭＳ ゴシック" w:eastAsia="ＭＳ ゴシック" w:hAnsi="ＭＳ ゴシック"/>
          <w:color w:val="000000"/>
          <w:sz w:val="24"/>
          <w:szCs w:val="24"/>
          <w:lang w:eastAsia="ja-JP"/>
        </w:rPr>
        <w:t>宜野湾市における特産品等推奨認定要綱第7条の規定により、関係書類を添えて申請します。</w:t>
      </w:r>
    </w:p>
    <w:p w14:paraId="751A3E86" w14:textId="77777777" w:rsidR="00025C11" w:rsidRPr="00025C11" w:rsidRDefault="00025C11">
      <w:pPr>
        <w:widowControl w:val="0"/>
        <w:snapToGrid w:val="0"/>
        <w:spacing w:after="80" w:line="300" w:lineRule="exact"/>
        <w:rPr>
          <w:sz w:val="22"/>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73BC5423" w14:textId="77777777">
        <w:trPr>
          <w:cantSplit/>
          <w:trHeight w:val="520"/>
          <w:jc w:val="center"/>
        </w:trPr>
        <w:tc>
          <w:tcPr>
            <w:tcW w:w="9638" w:type="dxa"/>
            <w:shd w:val="clear" w:color="auto" w:fill="E7E7E7"/>
            <w:vAlign w:val="center"/>
          </w:tcPr>
          <w:p w14:paraId="0ADDA2D4" w14:textId="77777777" w:rsidR="007E510F" w:rsidRDefault="00CB6FF7">
            <w:pPr>
              <w:widowControl w:val="0"/>
              <w:snapToGrid w:val="0"/>
              <w:spacing w:line="320" w:lineRule="exact"/>
            </w:pPr>
            <w:r>
              <w:rPr>
                <w:rFonts w:ascii="ＭＳ ゴシック" w:eastAsia="ＭＳ ゴシック" w:hAnsi="ＭＳ ゴシック"/>
                <w:b/>
                <w:color w:val="000000"/>
                <w:sz w:val="23"/>
              </w:rPr>
              <w:t xml:space="preserve">1　</w:t>
            </w:r>
            <w:proofErr w:type="spellStart"/>
            <w:r>
              <w:rPr>
                <w:rFonts w:ascii="ＭＳ ゴシック" w:eastAsia="ＭＳ ゴシック" w:hAnsi="ＭＳ ゴシック"/>
                <w:b/>
                <w:color w:val="000000"/>
                <w:sz w:val="23"/>
              </w:rPr>
              <w:t>申請者の概要</w:t>
            </w:r>
            <w:proofErr w:type="spellEnd"/>
          </w:p>
        </w:tc>
      </w:tr>
    </w:tbl>
    <w:p w14:paraId="1AF4BA9A" w14:textId="77777777" w:rsidR="007E510F" w:rsidRDefault="007E510F">
      <w:pPr>
        <w:widowControl w:val="0"/>
        <w:snapToGrid w:val="0"/>
        <w:spacing w:line="100" w:lineRule="exact"/>
      </w:pPr>
    </w:p>
    <w:tbl>
      <w:tblPr>
        <w:tblW w:w="9639" w:type="dxa"/>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top w:w="10" w:type="dxa"/>
          <w:left w:w="95" w:type="dxa"/>
          <w:bottom w:w="10" w:type="dxa"/>
          <w:right w:w="95" w:type="dxa"/>
        </w:tblCellMar>
        <w:tblLook w:val="04A0" w:firstRow="1" w:lastRow="0" w:firstColumn="1" w:lastColumn="0" w:noHBand="0" w:noVBand="1"/>
      </w:tblPr>
      <w:tblGrid>
        <w:gridCol w:w="3062"/>
        <w:gridCol w:w="6577"/>
      </w:tblGrid>
      <w:tr w:rsidR="007E510F" w14:paraId="52D6DBAF" w14:textId="77777777" w:rsidTr="00325C34">
        <w:trPr>
          <w:cantSplit/>
          <w:trHeight w:val="690"/>
          <w:jc w:val="center"/>
        </w:trPr>
        <w:tc>
          <w:tcPr>
            <w:tcW w:w="3062" w:type="dxa"/>
            <w:shd w:val="clear" w:color="auto" w:fill="F2F2F2"/>
            <w:vAlign w:val="center"/>
          </w:tcPr>
          <w:p w14:paraId="39A77166" w14:textId="77777777" w:rsidR="007E510F" w:rsidRPr="00FA3221" w:rsidRDefault="00CB6FF7">
            <w:pPr>
              <w:widowControl w:val="0"/>
              <w:snapToGrid w:val="0"/>
              <w:spacing w:line="280" w:lineRule="exact"/>
              <w:rPr>
                <w:sz w:val="22"/>
                <w:szCs w:val="24"/>
                <w:lang w:eastAsia="ja-JP"/>
              </w:rPr>
            </w:pPr>
            <w:proofErr w:type="spellStart"/>
            <w:r w:rsidRPr="00FA3221">
              <w:rPr>
                <w:rFonts w:ascii="ＭＳ ゴシック" w:eastAsia="ＭＳ ゴシック" w:hAnsi="ＭＳ ゴシック"/>
                <w:b/>
                <w:color w:val="000000"/>
                <w:sz w:val="22"/>
                <w:szCs w:val="24"/>
              </w:rPr>
              <w:t>事業</w:t>
            </w:r>
            <w:proofErr w:type="spellEnd"/>
            <w:r w:rsidR="00F97506" w:rsidRPr="00FA3221">
              <w:rPr>
                <w:rFonts w:ascii="ＭＳ ゴシック" w:eastAsia="ＭＳ ゴシック" w:hAnsi="ＭＳ ゴシック" w:hint="eastAsia"/>
                <w:b/>
                <w:color w:val="000000"/>
                <w:sz w:val="22"/>
                <w:szCs w:val="24"/>
                <w:lang w:eastAsia="ja-JP"/>
              </w:rPr>
              <w:t>所名</w:t>
            </w:r>
          </w:p>
        </w:tc>
        <w:tc>
          <w:tcPr>
            <w:tcW w:w="6577" w:type="dxa"/>
            <w:vAlign w:val="center"/>
          </w:tcPr>
          <w:p w14:paraId="67B62C85" w14:textId="77777777" w:rsidR="007E510F" w:rsidRDefault="007E510F">
            <w:pPr>
              <w:widowControl w:val="0"/>
              <w:snapToGrid w:val="0"/>
              <w:spacing w:line="280" w:lineRule="exact"/>
            </w:pPr>
          </w:p>
        </w:tc>
      </w:tr>
      <w:tr w:rsidR="007E510F" w14:paraId="5630B00D" w14:textId="77777777" w:rsidTr="00325C34">
        <w:trPr>
          <w:cantSplit/>
          <w:trHeight w:val="598"/>
          <w:jc w:val="center"/>
        </w:trPr>
        <w:tc>
          <w:tcPr>
            <w:tcW w:w="3062" w:type="dxa"/>
            <w:shd w:val="clear" w:color="auto" w:fill="F2F2F2"/>
            <w:vAlign w:val="center"/>
          </w:tcPr>
          <w:p w14:paraId="17B69B99" w14:textId="77777777" w:rsidR="007E510F" w:rsidRPr="00FA3221" w:rsidRDefault="00F97506">
            <w:pPr>
              <w:widowControl w:val="0"/>
              <w:snapToGrid w:val="0"/>
              <w:spacing w:line="280" w:lineRule="exact"/>
              <w:rPr>
                <w:sz w:val="22"/>
                <w:szCs w:val="24"/>
              </w:rPr>
            </w:pPr>
            <w:r w:rsidRPr="00FA3221">
              <w:rPr>
                <w:rFonts w:ascii="ＭＳ ゴシック" w:eastAsia="ＭＳ ゴシック" w:hAnsi="ＭＳ ゴシック" w:hint="eastAsia"/>
                <w:b/>
                <w:color w:val="000000"/>
                <w:sz w:val="22"/>
                <w:szCs w:val="24"/>
                <w:lang w:eastAsia="ja-JP"/>
              </w:rPr>
              <w:t>役職・</w:t>
            </w:r>
            <w:proofErr w:type="spellStart"/>
            <w:r w:rsidRPr="00FA3221">
              <w:rPr>
                <w:rFonts w:ascii="ＭＳ ゴシック" w:eastAsia="ＭＳ ゴシック" w:hAnsi="ＭＳ ゴシック"/>
                <w:b/>
                <w:color w:val="000000"/>
                <w:sz w:val="22"/>
                <w:szCs w:val="24"/>
              </w:rPr>
              <w:t>代表者名</w:t>
            </w:r>
            <w:proofErr w:type="spellEnd"/>
          </w:p>
        </w:tc>
        <w:tc>
          <w:tcPr>
            <w:tcW w:w="6577" w:type="dxa"/>
            <w:vAlign w:val="center"/>
          </w:tcPr>
          <w:p w14:paraId="537BF9F3" w14:textId="77777777" w:rsidR="007E510F" w:rsidRDefault="007E510F">
            <w:pPr>
              <w:widowControl w:val="0"/>
              <w:snapToGrid w:val="0"/>
              <w:spacing w:line="280" w:lineRule="exact"/>
            </w:pPr>
          </w:p>
        </w:tc>
      </w:tr>
      <w:tr w:rsidR="007E510F" w14:paraId="026860A8" w14:textId="77777777" w:rsidTr="00325C34">
        <w:trPr>
          <w:cantSplit/>
          <w:trHeight w:val="680"/>
          <w:jc w:val="center"/>
        </w:trPr>
        <w:tc>
          <w:tcPr>
            <w:tcW w:w="3062" w:type="dxa"/>
            <w:shd w:val="clear" w:color="auto" w:fill="F2F2F2"/>
            <w:vAlign w:val="center"/>
          </w:tcPr>
          <w:p w14:paraId="24DEB538" w14:textId="77777777" w:rsidR="007E510F" w:rsidRPr="00FA3221" w:rsidRDefault="00CB6FF7">
            <w:pPr>
              <w:widowControl w:val="0"/>
              <w:snapToGrid w:val="0"/>
              <w:spacing w:line="280" w:lineRule="exact"/>
              <w:rPr>
                <w:sz w:val="22"/>
                <w:szCs w:val="24"/>
              </w:rPr>
            </w:pPr>
            <w:proofErr w:type="spellStart"/>
            <w:r w:rsidRPr="00FA3221">
              <w:rPr>
                <w:rFonts w:ascii="ＭＳ ゴシック" w:eastAsia="ＭＳ ゴシック" w:hAnsi="ＭＳ ゴシック"/>
                <w:b/>
                <w:color w:val="000000"/>
                <w:sz w:val="22"/>
                <w:szCs w:val="24"/>
              </w:rPr>
              <w:t>所在地</w:t>
            </w:r>
            <w:proofErr w:type="spellEnd"/>
          </w:p>
        </w:tc>
        <w:tc>
          <w:tcPr>
            <w:tcW w:w="6577" w:type="dxa"/>
            <w:vAlign w:val="center"/>
          </w:tcPr>
          <w:p w14:paraId="0EDAFEA9" w14:textId="77777777" w:rsidR="007E510F" w:rsidRDefault="007E510F">
            <w:pPr>
              <w:widowControl w:val="0"/>
              <w:snapToGrid w:val="0"/>
              <w:spacing w:line="280" w:lineRule="exact"/>
            </w:pPr>
          </w:p>
        </w:tc>
      </w:tr>
      <w:tr w:rsidR="007E510F" w14:paraId="14C4C07E" w14:textId="77777777" w:rsidTr="00325C34">
        <w:trPr>
          <w:cantSplit/>
          <w:trHeight w:val="605"/>
          <w:jc w:val="center"/>
        </w:trPr>
        <w:tc>
          <w:tcPr>
            <w:tcW w:w="3062" w:type="dxa"/>
            <w:shd w:val="clear" w:color="auto" w:fill="F2F2F2"/>
            <w:vAlign w:val="center"/>
          </w:tcPr>
          <w:p w14:paraId="7950B68A" w14:textId="77777777" w:rsidR="007E510F" w:rsidRPr="00FA3221" w:rsidRDefault="00CB6FF7">
            <w:pPr>
              <w:widowControl w:val="0"/>
              <w:snapToGrid w:val="0"/>
              <w:spacing w:line="280" w:lineRule="exact"/>
              <w:rPr>
                <w:sz w:val="22"/>
                <w:szCs w:val="24"/>
              </w:rPr>
            </w:pPr>
            <w:proofErr w:type="spellStart"/>
            <w:r w:rsidRPr="00FA3221">
              <w:rPr>
                <w:rFonts w:ascii="ＭＳ ゴシック" w:eastAsia="ＭＳ ゴシック" w:hAnsi="ＭＳ ゴシック"/>
                <w:b/>
                <w:color w:val="000000"/>
                <w:sz w:val="22"/>
                <w:szCs w:val="24"/>
              </w:rPr>
              <w:t>電話番号</w:t>
            </w:r>
            <w:proofErr w:type="spellEnd"/>
          </w:p>
        </w:tc>
        <w:tc>
          <w:tcPr>
            <w:tcW w:w="6577" w:type="dxa"/>
            <w:vAlign w:val="center"/>
          </w:tcPr>
          <w:p w14:paraId="2877BE1A" w14:textId="77777777" w:rsidR="007E510F" w:rsidRDefault="007E510F">
            <w:pPr>
              <w:widowControl w:val="0"/>
              <w:snapToGrid w:val="0"/>
              <w:spacing w:line="280" w:lineRule="exact"/>
            </w:pPr>
          </w:p>
        </w:tc>
      </w:tr>
      <w:tr w:rsidR="007E510F" w14:paraId="7912927C" w14:textId="77777777" w:rsidTr="00325C34">
        <w:trPr>
          <w:cantSplit/>
          <w:trHeight w:val="680"/>
          <w:jc w:val="center"/>
        </w:trPr>
        <w:tc>
          <w:tcPr>
            <w:tcW w:w="3062" w:type="dxa"/>
            <w:shd w:val="clear" w:color="auto" w:fill="F2F2F2"/>
            <w:vAlign w:val="center"/>
          </w:tcPr>
          <w:p w14:paraId="3DC3E6AE" w14:textId="77777777" w:rsidR="007E510F" w:rsidRPr="00FA3221" w:rsidRDefault="00CB6FF7">
            <w:pPr>
              <w:widowControl w:val="0"/>
              <w:snapToGrid w:val="0"/>
              <w:spacing w:line="280" w:lineRule="exact"/>
              <w:rPr>
                <w:sz w:val="22"/>
                <w:szCs w:val="24"/>
              </w:rPr>
            </w:pPr>
            <w:proofErr w:type="spellStart"/>
            <w:r w:rsidRPr="00FA3221">
              <w:rPr>
                <w:rFonts w:ascii="ＭＳ ゴシック" w:eastAsia="ＭＳ ゴシック" w:hAnsi="ＭＳ ゴシック"/>
                <w:b/>
                <w:color w:val="000000"/>
                <w:sz w:val="22"/>
                <w:szCs w:val="24"/>
              </w:rPr>
              <w:t>メールアドレス</w:t>
            </w:r>
            <w:proofErr w:type="spellEnd"/>
          </w:p>
        </w:tc>
        <w:tc>
          <w:tcPr>
            <w:tcW w:w="6577" w:type="dxa"/>
            <w:vAlign w:val="center"/>
          </w:tcPr>
          <w:p w14:paraId="1F757B94" w14:textId="77777777" w:rsidR="007E510F" w:rsidRDefault="007E510F">
            <w:pPr>
              <w:widowControl w:val="0"/>
              <w:snapToGrid w:val="0"/>
              <w:spacing w:line="280" w:lineRule="exact"/>
            </w:pPr>
          </w:p>
        </w:tc>
      </w:tr>
      <w:tr w:rsidR="007E510F" w14:paraId="6245E2E4" w14:textId="77777777" w:rsidTr="00325C34">
        <w:trPr>
          <w:cantSplit/>
          <w:trHeight w:val="1242"/>
          <w:jc w:val="center"/>
        </w:trPr>
        <w:tc>
          <w:tcPr>
            <w:tcW w:w="3062" w:type="dxa"/>
            <w:shd w:val="clear" w:color="auto" w:fill="F2F2F2"/>
            <w:vAlign w:val="center"/>
          </w:tcPr>
          <w:p w14:paraId="588AA850" w14:textId="77777777" w:rsidR="007E510F" w:rsidRPr="00FA3221" w:rsidRDefault="00CB6FF7">
            <w:pPr>
              <w:widowControl w:val="0"/>
              <w:snapToGrid w:val="0"/>
              <w:spacing w:line="280" w:lineRule="exact"/>
              <w:rPr>
                <w:sz w:val="22"/>
                <w:szCs w:val="24"/>
              </w:rPr>
            </w:pPr>
            <w:proofErr w:type="spellStart"/>
            <w:r w:rsidRPr="00FA3221">
              <w:rPr>
                <w:rFonts w:ascii="ＭＳ ゴシック" w:eastAsia="ＭＳ ゴシック" w:hAnsi="ＭＳ ゴシック"/>
                <w:b/>
                <w:color w:val="000000"/>
                <w:sz w:val="22"/>
                <w:szCs w:val="24"/>
              </w:rPr>
              <w:t>主な事業内容</w:t>
            </w:r>
            <w:proofErr w:type="spellEnd"/>
          </w:p>
        </w:tc>
        <w:tc>
          <w:tcPr>
            <w:tcW w:w="6577" w:type="dxa"/>
            <w:vAlign w:val="center"/>
          </w:tcPr>
          <w:p w14:paraId="5A67FC46" w14:textId="77777777" w:rsidR="007E510F" w:rsidRDefault="007E510F">
            <w:pPr>
              <w:widowControl w:val="0"/>
              <w:snapToGrid w:val="0"/>
              <w:spacing w:line="280" w:lineRule="exact"/>
            </w:pPr>
          </w:p>
        </w:tc>
      </w:tr>
      <w:tr w:rsidR="000827A8" w14:paraId="587A02EF" w14:textId="77777777" w:rsidTr="00325C34">
        <w:trPr>
          <w:cantSplit/>
          <w:trHeight w:val="521"/>
          <w:jc w:val="center"/>
        </w:trPr>
        <w:tc>
          <w:tcPr>
            <w:tcW w:w="3062" w:type="dxa"/>
            <w:shd w:val="clear" w:color="auto" w:fill="F2F2F2"/>
            <w:vAlign w:val="center"/>
          </w:tcPr>
          <w:p w14:paraId="2E1E4063" w14:textId="77777777" w:rsidR="000827A8" w:rsidRPr="00FA3221" w:rsidRDefault="000827A8">
            <w:pPr>
              <w:widowControl w:val="0"/>
              <w:snapToGrid w:val="0"/>
              <w:spacing w:line="280" w:lineRule="exact"/>
              <w:rPr>
                <w:b/>
                <w:color w:val="000000"/>
                <w:sz w:val="22"/>
                <w:szCs w:val="24"/>
                <w:lang w:eastAsia="ja-JP"/>
              </w:rPr>
            </w:pPr>
            <w:r w:rsidRPr="00FA3221">
              <w:rPr>
                <w:rFonts w:ascii="ＭＳ ゴシック" w:eastAsia="ＭＳ ゴシック" w:hAnsi="ＭＳ ゴシック"/>
                <w:b/>
                <w:color w:val="000000"/>
                <w:sz w:val="22"/>
                <w:szCs w:val="24"/>
                <w:lang w:eastAsia="ja-JP"/>
              </w:rPr>
              <w:t>申請担当者名</w:t>
            </w:r>
          </w:p>
        </w:tc>
        <w:tc>
          <w:tcPr>
            <w:tcW w:w="6577" w:type="dxa"/>
            <w:vAlign w:val="center"/>
          </w:tcPr>
          <w:p w14:paraId="5998DD98" w14:textId="77777777" w:rsidR="000827A8" w:rsidRDefault="000827A8">
            <w:pPr>
              <w:widowControl w:val="0"/>
              <w:snapToGrid w:val="0"/>
              <w:spacing w:line="280" w:lineRule="exact"/>
            </w:pPr>
          </w:p>
        </w:tc>
      </w:tr>
      <w:tr w:rsidR="000827A8" w14:paraId="34BF8936" w14:textId="77777777" w:rsidTr="00325C34">
        <w:trPr>
          <w:cantSplit/>
          <w:trHeight w:val="529"/>
          <w:jc w:val="center"/>
        </w:trPr>
        <w:tc>
          <w:tcPr>
            <w:tcW w:w="3062" w:type="dxa"/>
            <w:shd w:val="clear" w:color="auto" w:fill="F2F2F2"/>
            <w:vAlign w:val="center"/>
          </w:tcPr>
          <w:p w14:paraId="5BCF682F" w14:textId="77777777" w:rsidR="000827A8" w:rsidRPr="00FA3221" w:rsidRDefault="000827A8">
            <w:pPr>
              <w:widowControl w:val="0"/>
              <w:snapToGrid w:val="0"/>
              <w:spacing w:line="280" w:lineRule="exact"/>
              <w:rPr>
                <w:b/>
                <w:color w:val="000000"/>
                <w:sz w:val="22"/>
                <w:szCs w:val="24"/>
                <w:lang w:eastAsia="ja-JP"/>
              </w:rPr>
            </w:pPr>
            <w:r w:rsidRPr="00FA3221">
              <w:rPr>
                <w:rFonts w:ascii="ＭＳ ゴシック" w:eastAsia="ＭＳ ゴシック" w:hAnsi="ＭＳ ゴシック"/>
                <w:b/>
                <w:color w:val="000000"/>
                <w:sz w:val="22"/>
                <w:szCs w:val="24"/>
                <w:lang w:eastAsia="ja-JP"/>
              </w:rPr>
              <w:t>所属・役職</w:t>
            </w:r>
          </w:p>
        </w:tc>
        <w:tc>
          <w:tcPr>
            <w:tcW w:w="6577" w:type="dxa"/>
            <w:vAlign w:val="center"/>
          </w:tcPr>
          <w:p w14:paraId="3EDCB95A" w14:textId="77777777" w:rsidR="000827A8" w:rsidRDefault="000827A8">
            <w:pPr>
              <w:widowControl w:val="0"/>
              <w:snapToGrid w:val="0"/>
              <w:spacing w:line="280" w:lineRule="exact"/>
            </w:pPr>
          </w:p>
        </w:tc>
      </w:tr>
      <w:tr w:rsidR="000827A8" w14:paraId="0A9B46FE" w14:textId="77777777" w:rsidTr="00325C34">
        <w:trPr>
          <w:cantSplit/>
          <w:trHeight w:val="537"/>
          <w:jc w:val="center"/>
        </w:trPr>
        <w:tc>
          <w:tcPr>
            <w:tcW w:w="3062" w:type="dxa"/>
            <w:shd w:val="clear" w:color="auto" w:fill="F2F2F2"/>
            <w:vAlign w:val="center"/>
          </w:tcPr>
          <w:p w14:paraId="32FFBC74" w14:textId="77777777" w:rsidR="000827A8" w:rsidRPr="00FA3221" w:rsidRDefault="000827A8">
            <w:pPr>
              <w:widowControl w:val="0"/>
              <w:snapToGrid w:val="0"/>
              <w:spacing w:line="280" w:lineRule="exact"/>
              <w:rPr>
                <w:b/>
                <w:color w:val="000000"/>
                <w:sz w:val="22"/>
                <w:szCs w:val="24"/>
                <w:lang w:eastAsia="ja-JP"/>
              </w:rPr>
            </w:pPr>
            <w:r w:rsidRPr="00FA3221">
              <w:rPr>
                <w:rFonts w:ascii="ＭＳ ゴシック" w:eastAsia="ＭＳ ゴシック" w:hAnsi="ＭＳ ゴシック"/>
                <w:b/>
                <w:color w:val="000000"/>
                <w:sz w:val="22"/>
                <w:szCs w:val="24"/>
                <w:lang w:eastAsia="ja-JP"/>
              </w:rPr>
              <w:t>連絡先（上記と異なる場合）</w:t>
            </w:r>
          </w:p>
        </w:tc>
        <w:tc>
          <w:tcPr>
            <w:tcW w:w="6577" w:type="dxa"/>
            <w:vAlign w:val="center"/>
          </w:tcPr>
          <w:p w14:paraId="17ED6DD5" w14:textId="77777777" w:rsidR="000827A8" w:rsidRDefault="000827A8">
            <w:pPr>
              <w:widowControl w:val="0"/>
              <w:snapToGrid w:val="0"/>
              <w:spacing w:line="280" w:lineRule="exact"/>
              <w:rPr>
                <w:lang w:eastAsia="ja-JP"/>
              </w:rPr>
            </w:pPr>
          </w:p>
        </w:tc>
      </w:tr>
    </w:tbl>
    <w:p w14:paraId="01FF441C" w14:textId="77777777" w:rsidR="007E510F" w:rsidRDefault="007E510F">
      <w:pPr>
        <w:keepNext/>
        <w:pageBreakBefore/>
        <w:widowControl w:val="0"/>
        <w:snapToGrid w:val="0"/>
        <w:spacing w:line="20" w:lineRule="exact"/>
        <w:rPr>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3690B3D7" w14:textId="77777777">
        <w:trPr>
          <w:cantSplit/>
          <w:trHeight w:val="520"/>
          <w:jc w:val="center"/>
        </w:trPr>
        <w:tc>
          <w:tcPr>
            <w:tcW w:w="9638" w:type="dxa"/>
            <w:shd w:val="clear" w:color="auto" w:fill="E7E7E7"/>
            <w:vAlign w:val="center"/>
          </w:tcPr>
          <w:p w14:paraId="38E4A4BD" w14:textId="77777777" w:rsidR="007E510F" w:rsidRDefault="00CB6FF7">
            <w:pPr>
              <w:widowControl w:val="0"/>
              <w:snapToGrid w:val="0"/>
              <w:spacing w:line="320" w:lineRule="exact"/>
              <w:rPr>
                <w:lang w:eastAsia="ja-JP"/>
              </w:rPr>
            </w:pPr>
            <w:r>
              <w:rPr>
                <w:rFonts w:ascii="ＭＳ ゴシック" w:eastAsia="ＭＳ ゴシック" w:hAnsi="ＭＳ ゴシック"/>
                <w:b/>
                <w:color w:val="000000"/>
                <w:sz w:val="23"/>
                <w:lang w:eastAsia="ja-JP"/>
              </w:rPr>
              <w:t>2　申請する製品・サービス等の基本情報</w:t>
            </w:r>
          </w:p>
        </w:tc>
      </w:tr>
    </w:tbl>
    <w:p w14:paraId="68500D07" w14:textId="77777777" w:rsidR="007E510F" w:rsidRDefault="007E510F">
      <w:pPr>
        <w:widowControl w:val="0"/>
        <w:snapToGrid w:val="0"/>
        <w:spacing w:line="100" w:lineRule="exact"/>
        <w:rPr>
          <w:lang w:eastAsia="ja-JP"/>
        </w:rPr>
      </w:pPr>
    </w:p>
    <w:tbl>
      <w:tblPr>
        <w:tblW w:w="9633"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561"/>
        <w:gridCol w:w="2127"/>
        <w:gridCol w:w="6945"/>
      </w:tblGrid>
      <w:tr w:rsidR="003503D6" w:rsidRPr="00FA3221" w14:paraId="4E4AF816" w14:textId="77777777" w:rsidTr="00C7715C">
        <w:trPr>
          <w:cantSplit/>
          <w:trHeight w:val="500"/>
          <w:jc w:val="center"/>
        </w:trPr>
        <w:tc>
          <w:tcPr>
            <w:tcW w:w="2688" w:type="dxa"/>
            <w:gridSpan w:val="2"/>
            <w:shd w:val="clear" w:color="auto" w:fill="F2F2F2"/>
            <w:vAlign w:val="center"/>
          </w:tcPr>
          <w:p w14:paraId="6210C226" w14:textId="77777777" w:rsidR="003503D6" w:rsidRPr="00FA3221" w:rsidRDefault="003503D6">
            <w:pPr>
              <w:widowControl w:val="0"/>
              <w:snapToGrid w:val="0"/>
              <w:spacing w:line="280" w:lineRule="exact"/>
              <w:rPr>
                <w:sz w:val="22"/>
              </w:rPr>
            </w:pPr>
            <w:proofErr w:type="spellStart"/>
            <w:r w:rsidRPr="00FA3221">
              <w:rPr>
                <w:rFonts w:ascii="ＭＳ ゴシック" w:eastAsia="ＭＳ ゴシック" w:hAnsi="ＭＳ ゴシック"/>
                <w:b/>
                <w:color w:val="000000"/>
                <w:sz w:val="22"/>
              </w:rPr>
              <w:t>申請区分</w:t>
            </w:r>
            <w:proofErr w:type="spellEnd"/>
          </w:p>
        </w:tc>
        <w:tc>
          <w:tcPr>
            <w:tcW w:w="6945" w:type="dxa"/>
            <w:vAlign w:val="center"/>
          </w:tcPr>
          <w:p w14:paraId="37F50844" w14:textId="2E73E06E" w:rsidR="003503D6" w:rsidRPr="00FA3221" w:rsidRDefault="003503D6">
            <w:pPr>
              <w:widowControl w:val="0"/>
              <w:snapToGrid w:val="0"/>
              <w:spacing w:line="280" w:lineRule="exact"/>
              <w:rPr>
                <w:sz w:val="22"/>
                <w:lang w:eastAsia="ja-JP"/>
              </w:rPr>
            </w:pPr>
            <w:r w:rsidRPr="00FA3221">
              <w:rPr>
                <w:rFonts w:ascii="ＭＳ ゴシック" w:eastAsia="ＭＳ ゴシック" w:hAnsi="ＭＳ ゴシック"/>
                <w:color w:val="000000"/>
                <w:sz w:val="22"/>
                <w:lang w:eastAsia="ja-JP"/>
              </w:rPr>
              <w:t>□</w:t>
            </w:r>
            <w:sdt>
              <w:sdtPr>
                <w:rPr>
                  <w:rFonts w:ascii="ＭＳ ゴシック" w:eastAsia="ＭＳ ゴシック" w:hAnsi="ＭＳ ゴシック"/>
                  <w:color w:val="000000"/>
                  <w:sz w:val="22"/>
                  <w:lang w:eastAsia="ja-JP"/>
                </w:rPr>
                <w:id w:val="78800725"/>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Pr="00FA3221">
              <w:rPr>
                <w:rFonts w:ascii="ＭＳ ゴシック" w:eastAsia="ＭＳ ゴシック" w:hAnsi="ＭＳ ゴシック"/>
                <w:color w:val="000000"/>
                <w:sz w:val="22"/>
                <w:lang w:eastAsia="ja-JP"/>
              </w:rPr>
              <w:t xml:space="preserve"> 飲食料品　</w:t>
            </w:r>
            <w:sdt>
              <w:sdtPr>
                <w:rPr>
                  <w:rFonts w:ascii="ＭＳ ゴシック" w:eastAsia="ＭＳ ゴシック" w:hAnsi="ＭＳ ゴシック"/>
                  <w:color w:val="000000"/>
                  <w:sz w:val="22"/>
                  <w:lang w:eastAsia="ja-JP"/>
                </w:rPr>
                <w:id w:val="49343809"/>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Pr="00FA3221">
              <w:rPr>
                <w:rFonts w:ascii="ＭＳ ゴシック" w:eastAsia="ＭＳ ゴシック" w:hAnsi="ＭＳ ゴシック"/>
                <w:color w:val="000000"/>
                <w:sz w:val="22"/>
                <w:lang w:eastAsia="ja-JP"/>
              </w:rPr>
              <w:t xml:space="preserve"> 非食品　</w:t>
            </w:r>
            <w:sdt>
              <w:sdtPr>
                <w:rPr>
                  <w:rFonts w:ascii="ＭＳ ゴシック" w:eastAsia="ＭＳ ゴシック" w:hAnsi="ＭＳ ゴシック"/>
                  <w:color w:val="000000"/>
                  <w:sz w:val="22"/>
                  <w:lang w:eastAsia="ja-JP"/>
                </w:rPr>
                <w:id w:val="-447315316"/>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Pr="00FA3221">
              <w:rPr>
                <w:rFonts w:ascii="ＭＳ ゴシック" w:eastAsia="ＭＳ ゴシック" w:hAnsi="ＭＳ ゴシック"/>
                <w:color w:val="000000"/>
                <w:sz w:val="22"/>
                <w:lang w:eastAsia="ja-JP"/>
              </w:rPr>
              <w:t xml:space="preserve"> サービス　</w:t>
            </w:r>
            <w:sdt>
              <w:sdtPr>
                <w:rPr>
                  <w:rFonts w:ascii="ＭＳ ゴシック" w:eastAsia="ＭＳ ゴシック" w:hAnsi="ＭＳ ゴシック"/>
                  <w:color w:val="000000"/>
                  <w:sz w:val="22"/>
                  <w:lang w:eastAsia="ja-JP"/>
                </w:rPr>
                <w:id w:val="249619186"/>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Pr="00FA3221">
              <w:rPr>
                <w:rFonts w:ascii="ＭＳ ゴシック" w:eastAsia="ＭＳ ゴシック" w:hAnsi="ＭＳ ゴシック"/>
                <w:color w:val="000000"/>
                <w:sz w:val="22"/>
                <w:lang w:eastAsia="ja-JP"/>
              </w:rPr>
              <w:t xml:space="preserve"> 観光サービス</w:t>
            </w:r>
          </w:p>
        </w:tc>
      </w:tr>
      <w:tr w:rsidR="003503D6" w:rsidRPr="00FA3221" w14:paraId="4BC0BF52" w14:textId="77777777" w:rsidTr="00C7715C">
        <w:trPr>
          <w:cantSplit/>
          <w:trHeight w:val="600"/>
          <w:jc w:val="center"/>
        </w:trPr>
        <w:tc>
          <w:tcPr>
            <w:tcW w:w="2688" w:type="dxa"/>
            <w:gridSpan w:val="2"/>
            <w:shd w:val="clear" w:color="auto" w:fill="F2F2F2"/>
            <w:vAlign w:val="center"/>
          </w:tcPr>
          <w:p w14:paraId="2D1C4699" w14:textId="77777777" w:rsidR="003503D6" w:rsidRPr="00FA3221" w:rsidRDefault="003503D6">
            <w:pPr>
              <w:widowControl w:val="0"/>
              <w:snapToGrid w:val="0"/>
              <w:spacing w:line="280" w:lineRule="exact"/>
              <w:rPr>
                <w:sz w:val="22"/>
              </w:rPr>
            </w:pPr>
            <w:proofErr w:type="spellStart"/>
            <w:r w:rsidRPr="00FA3221">
              <w:rPr>
                <w:rFonts w:ascii="ＭＳ ゴシック" w:eastAsia="ＭＳ ゴシック" w:hAnsi="ＭＳ ゴシック"/>
                <w:b/>
                <w:color w:val="000000"/>
                <w:sz w:val="22"/>
              </w:rPr>
              <w:t>製品・サービス名</w:t>
            </w:r>
            <w:proofErr w:type="spellEnd"/>
          </w:p>
        </w:tc>
        <w:tc>
          <w:tcPr>
            <w:tcW w:w="6945" w:type="dxa"/>
            <w:vAlign w:val="center"/>
          </w:tcPr>
          <w:p w14:paraId="30CD36EC" w14:textId="77777777" w:rsidR="003503D6" w:rsidRPr="00FA3221" w:rsidRDefault="003503D6">
            <w:pPr>
              <w:widowControl w:val="0"/>
              <w:snapToGrid w:val="0"/>
              <w:spacing w:line="280" w:lineRule="exact"/>
              <w:rPr>
                <w:sz w:val="22"/>
              </w:rPr>
            </w:pPr>
          </w:p>
        </w:tc>
      </w:tr>
      <w:tr w:rsidR="0069193D" w:rsidRPr="00FA3221" w14:paraId="21F6F432" w14:textId="77777777" w:rsidTr="00C7715C">
        <w:trPr>
          <w:cantSplit/>
          <w:trHeight w:val="480"/>
          <w:jc w:val="center"/>
        </w:trPr>
        <w:tc>
          <w:tcPr>
            <w:tcW w:w="561" w:type="dxa"/>
            <w:vMerge w:val="restart"/>
            <w:shd w:val="clear" w:color="auto" w:fill="F2F2F2"/>
            <w:textDirection w:val="tbRlV"/>
            <w:vAlign w:val="center"/>
          </w:tcPr>
          <w:p w14:paraId="3C78807C" w14:textId="77777777" w:rsidR="0069193D" w:rsidRPr="00FA3221" w:rsidRDefault="0069193D" w:rsidP="00FE766B">
            <w:pPr>
              <w:widowControl w:val="0"/>
              <w:snapToGrid w:val="0"/>
              <w:spacing w:line="276" w:lineRule="auto"/>
              <w:ind w:left="113" w:right="113"/>
              <w:jc w:val="center"/>
              <w:rPr>
                <w:b/>
                <w:color w:val="000000"/>
                <w:sz w:val="22"/>
                <w:lang w:eastAsia="ja-JP"/>
              </w:rPr>
            </w:pPr>
            <w:r w:rsidRPr="00FA3221">
              <w:rPr>
                <w:rFonts w:ascii="ＭＳ ゴシック" w:eastAsia="ＭＳ ゴシック" w:hAnsi="ＭＳ ゴシック" w:hint="eastAsia"/>
                <w:b/>
                <w:color w:val="000000"/>
                <w:sz w:val="22"/>
                <w:lang w:eastAsia="ja-JP"/>
              </w:rPr>
              <w:t>製</w:t>
            </w:r>
            <w:r w:rsidR="00771891" w:rsidRPr="00FA3221">
              <w:rPr>
                <w:rFonts w:ascii="ＭＳ ゴシック" w:eastAsia="ＭＳ ゴシック" w:hAnsi="ＭＳ ゴシック" w:hint="eastAsia"/>
                <w:b/>
                <w:color w:val="000000"/>
                <w:sz w:val="22"/>
                <w:lang w:eastAsia="ja-JP"/>
              </w:rPr>
              <w:t xml:space="preserve">　</w:t>
            </w:r>
            <w:r w:rsidRPr="00FA3221">
              <w:rPr>
                <w:rFonts w:ascii="ＭＳ ゴシック" w:eastAsia="ＭＳ ゴシック" w:hAnsi="ＭＳ ゴシック" w:hint="eastAsia"/>
                <w:b/>
                <w:color w:val="000000"/>
                <w:sz w:val="22"/>
                <w:lang w:eastAsia="ja-JP"/>
              </w:rPr>
              <w:t>品</w:t>
            </w:r>
          </w:p>
        </w:tc>
        <w:tc>
          <w:tcPr>
            <w:tcW w:w="2127" w:type="dxa"/>
            <w:shd w:val="clear" w:color="auto" w:fill="F2F2F2"/>
            <w:vAlign w:val="center"/>
          </w:tcPr>
          <w:p w14:paraId="75E5EAC3" w14:textId="77777777" w:rsidR="0069193D" w:rsidRPr="00FA3221" w:rsidRDefault="0069193D">
            <w:pPr>
              <w:widowControl w:val="0"/>
              <w:snapToGrid w:val="0"/>
              <w:spacing w:line="280" w:lineRule="exact"/>
              <w:rPr>
                <w:sz w:val="22"/>
                <w:lang w:eastAsia="ja-JP"/>
              </w:rPr>
            </w:pPr>
            <w:proofErr w:type="spellStart"/>
            <w:r w:rsidRPr="00FA3221">
              <w:rPr>
                <w:rFonts w:ascii="ＭＳ ゴシック" w:eastAsia="ＭＳ ゴシック" w:hAnsi="ＭＳ ゴシック"/>
                <w:b/>
                <w:color w:val="000000"/>
                <w:sz w:val="22"/>
              </w:rPr>
              <w:t>重量</w:t>
            </w:r>
            <w:proofErr w:type="spellEnd"/>
          </w:p>
        </w:tc>
        <w:tc>
          <w:tcPr>
            <w:tcW w:w="6945" w:type="dxa"/>
            <w:vAlign w:val="center"/>
          </w:tcPr>
          <w:p w14:paraId="106C3341" w14:textId="77777777" w:rsidR="0069193D" w:rsidRPr="00FA3221" w:rsidRDefault="0069193D">
            <w:pPr>
              <w:widowControl w:val="0"/>
              <w:snapToGrid w:val="0"/>
              <w:spacing w:line="280" w:lineRule="exact"/>
              <w:rPr>
                <w:sz w:val="22"/>
              </w:rPr>
            </w:pPr>
          </w:p>
        </w:tc>
      </w:tr>
      <w:tr w:rsidR="0069193D" w:rsidRPr="00FA3221" w14:paraId="167A5B4A" w14:textId="77777777" w:rsidTr="00C7715C">
        <w:trPr>
          <w:cantSplit/>
          <w:trHeight w:val="480"/>
          <w:jc w:val="center"/>
        </w:trPr>
        <w:tc>
          <w:tcPr>
            <w:tcW w:w="561" w:type="dxa"/>
            <w:vMerge/>
            <w:shd w:val="clear" w:color="auto" w:fill="F2F2F2"/>
            <w:vAlign w:val="center"/>
          </w:tcPr>
          <w:p w14:paraId="1A02E2C1" w14:textId="77777777" w:rsidR="0069193D" w:rsidRPr="00FA3221" w:rsidRDefault="0069193D">
            <w:pPr>
              <w:widowControl w:val="0"/>
              <w:snapToGrid w:val="0"/>
              <w:spacing w:line="280" w:lineRule="exact"/>
              <w:rPr>
                <w:b/>
                <w:color w:val="000000"/>
                <w:sz w:val="22"/>
              </w:rPr>
            </w:pPr>
          </w:p>
        </w:tc>
        <w:tc>
          <w:tcPr>
            <w:tcW w:w="2127" w:type="dxa"/>
            <w:shd w:val="clear" w:color="auto" w:fill="F2F2F2"/>
            <w:vAlign w:val="center"/>
          </w:tcPr>
          <w:p w14:paraId="7BC1CF9D" w14:textId="77777777" w:rsidR="0069193D" w:rsidRPr="00FA3221" w:rsidRDefault="0069193D">
            <w:pPr>
              <w:widowControl w:val="0"/>
              <w:snapToGrid w:val="0"/>
              <w:spacing w:line="280" w:lineRule="exact"/>
              <w:rPr>
                <w:sz w:val="22"/>
                <w:lang w:eastAsia="ja-JP"/>
              </w:rPr>
            </w:pPr>
            <w:proofErr w:type="spellStart"/>
            <w:r w:rsidRPr="00FA3221">
              <w:rPr>
                <w:rFonts w:ascii="ＭＳ ゴシック" w:eastAsia="ＭＳ ゴシック" w:hAnsi="ＭＳ ゴシック"/>
                <w:b/>
                <w:color w:val="000000"/>
                <w:sz w:val="22"/>
              </w:rPr>
              <w:t>内容量</w:t>
            </w:r>
            <w:proofErr w:type="spellEnd"/>
          </w:p>
        </w:tc>
        <w:tc>
          <w:tcPr>
            <w:tcW w:w="6945" w:type="dxa"/>
            <w:vAlign w:val="center"/>
          </w:tcPr>
          <w:p w14:paraId="5546C181" w14:textId="77777777" w:rsidR="0069193D" w:rsidRPr="00FA3221" w:rsidRDefault="0069193D">
            <w:pPr>
              <w:widowControl w:val="0"/>
              <w:snapToGrid w:val="0"/>
              <w:spacing w:line="280" w:lineRule="exact"/>
              <w:rPr>
                <w:sz w:val="22"/>
              </w:rPr>
            </w:pPr>
          </w:p>
        </w:tc>
      </w:tr>
      <w:tr w:rsidR="0069193D" w:rsidRPr="00FA3221" w14:paraId="41D36546" w14:textId="77777777" w:rsidTr="00C7715C">
        <w:trPr>
          <w:cantSplit/>
          <w:trHeight w:val="480"/>
          <w:jc w:val="center"/>
        </w:trPr>
        <w:tc>
          <w:tcPr>
            <w:tcW w:w="561" w:type="dxa"/>
            <w:vMerge/>
            <w:shd w:val="clear" w:color="auto" w:fill="F2F2F2"/>
            <w:vAlign w:val="center"/>
          </w:tcPr>
          <w:p w14:paraId="6F0CEF29" w14:textId="77777777" w:rsidR="0069193D" w:rsidRPr="00FA3221" w:rsidRDefault="0069193D">
            <w:pPr>
              <w:widowControl w:val="0"/>
              <w:snapToGrid w:val="0"/>
              <w:spacing w:line="280" w:lineRule="exact"/>
              <w:rPr>
                <w:b/>
                <w:color w:val="000000"/>
                <w:sz w:val="22"/>
              </w:rPr>
            </w:pPr>
          </w:p>
        </w:tc>
        <w:tc>
          <w:tcPr>
            <w:tcW w:w="2127" w:type="dxa"/>
            <w:shd w:val="clear" w:color="auto" w:fill="F2F2F2"/>
            <w:vAlign w:val="center"/>
          </w:tcPr>
          <w:p w14:paraId="5E3FEA75" w14:textId="77777777" w:rsidR="0069193D" w:rsidRPr="00FA3221" w:rsidRDefault="0069193D">
            <w:pPr>
              <w:widowControl w:val="0"/>
              <w:snapToGrid w:val="0"/>
              <w:spacing w:line="280" w:lineRule="exact"/>
              <w:rPr>
                <w:sz w:val="22"/>
                <w:lang w:eastAsia="ja-JP"/>
              </w:rPr>
            </w:pPr>
            <w:proofErr w:type="spellStart"/>
            <w:r w:rsidRPr="00FA3221">
              <w:rPr>
                <w:rFonts w:ascii="ＭＳ ゴシック" w:eastAsia="ＭＳ ゴシック" w:hAnsi="ＭＳ ゴシック"/>
                <w:b/>
                <w:color w:val="000000"/>
                <w:sz w:val="22"/>
              </w:rPr>
              <w:t>寸法</w:t>
            </w:r>
            <w:proofErr w:type="spellEnd"/>
          </w:p>
        </w:tc>
        <w:tc>
          <w:tcPr>
            <w:tcW w:w="6945" w:type="dxa"/>
            <w:vAlign w:val="center"/>
          </w:tcPr>
          <w:p w14:paraId="5512805D" w14:textId="77777777" w:rsidR="0069193D" w:rsidRPr="00FA3221" w:rsidRDefault="0069193D">
            <w:pPr>
              <w:widowControl w:val="0"/>
              <w:snapToGrid w:val="0"/>
              <w:spacing w:line="280" w:lineRule="exact"/>
              <w:rPr>
                <w:sz w:val="22"/>
              </w:rPr>
            </w:pPr>
          </w:p>
        </w:tc>
      </w:tr>
      <w:tr w:rsidR="00771891" w:rsidRPr="00FA3221" w14:paraId="7249397B" w14:textId="77777777" w:rsidTr="00C7715C">
        <w:trPr>
          <w:cantSplit/>
          <w:trHeight w:val="760"/>
          <w:jc w:val="center"/>
        </w:trPr>
        <w:tc>
          <w:tcPr>
            <w:tcW w:w="561" w:type="dxa"/>
            <w:vMerge w:val="restart"/>
            <w:shd w:val="clear" w:color="auto" w:fill="F2F2F2"/>
            <w:textDirection w:val="tbRlV"/>
            <w:vAlign w:val="center"/>
          </w:tcPr>
          <w:p w14:paraId="65E10113" w14:textId="77777777" w:rsidR="00771891" w:rsidRPr="00FA3221" w:rsidRDefault="00771891" w:rsidP="00FE766B">
            <w:pPr>
              <w:widowControl w:val="0"/>
              <w:snapToGrid w:val="0"/>
              <w:ind w:left="113" w:right="113"/>
              <w:jc w:val="center"/>
              <w:rPr>
                <w:b/>
                <w:color w:val="000000"/>
                <w:sz w:val="22"/>
              </w:rPr>
            </w:pPr>
            <w:r w:rsidRPr="00FA3221">
              <w:rPr>
                <w:rFonts w:ascii="ＭＳ ゴシック" w:eastAsia="ＭＳ ゴシック" w:hAnsi="ＭＳ ゴシック" w:hint="eastAsia"/>
                <w:b/>
                <w:color w:val="000000"/>
                <w:sz w:val="22"/>
                <w:lang w:eastAsia="ja-JP"/>
              </w:rPr>
              <w:t>サービス</w:t>
            </w:r>
            <w:r w:rsidR="00FE766B" w:rsidRPr="00FA3221">
              <w:rPr>
                <w:rFonts w:ascii="ＭＳ ゴシック" w:eastAsia="ＭＳ ゴシック" w:hAnsi="ＭＳ ゴシック" w:hint="eastAsia"/>
                <w:b/>
                <w:color w:val="000000"/>
                <w:sz w:val="22"/>
                <w:lang w:eastAsia="ja-JP"/>
              </w:rPr>
              <w:t>等</w:t>
            </w:r>
          </w:p>
        </w:tc>
        <w:tc>
          <w:tcPr>
            <w:tcW w:w="2127" w:type="dxa"/>
            <w:shd w:val="clear" w:color="auto" w:fill="F2F2F2"/>
            <w:vAlign w:val="center"/>
          </w:tcPr>
          <w:p w14:paraId="03F31D28" w14:textId="77777777" w:rsidR="00771891" w:rsidRPr="00FA3221" w:rsidRDefault="00771891">
            <w:pPr>
              <w:widowControl w:val="0"/>
              <w:snapToGrid w:val="0"/>
              <w:spacing w:line="280" w:lineRule="exact"/>
              <w:rPr>
                <w:sz w:val="22"/>
              </w:rPr>
            </w:pPr>
            <w:proofErr w:type="spellStart"/>
            <w:r w:rsidRPr="00FA3221">
              <w:rPr>
                <w:rFonts w:ascii="ＭＳ ゴシック" w:eastAsia="ＭＳ ゴシック" w:hAnsi="ＭＳ ゴシック"/>
                <w:b/>
                <w:color w:val="000000"/>
                <w:sz w:val="22"/>
              </w:rPr>
              <w:t>サービス等の内容</w:t>
            </w:r>
            <w:proofErr w:type="spellEnd"/>
          </w:p>
        </w:tc>
        <w:tc>
          <w:tcPr>
            <w:tcW w:w="6945" w:type="dxa"/>
            <w:vAlign w:val="center"/>
          </w:tcPr>
          <w:p w14:paraId="20B2468C" w14:textId="77777777" w:rsidR="00771891" w:rsidRPr="00FA3221" w:rsidRDefault="00771891">
            <w:pPr>
              <w:widowControl w:val="0"/>
              <w:snapToGrid w:val="0"/>
              <w:spacing w:line="280" w:lineRule="exact"/>
              <w:rPr>
                <w:szCs w:val="21"/>
              </w:rPr>
            </w:pPr>
          </w:p>
        </w:tc>
      </w:tr>
      <w:tr w:rsidR="00771891" w:rsidRPr="00FA3221" w14:paraId="1EDB9749" w14:textId="77777777" w:rsidTr="00C7715C">
        <w:trPr>
          <w:cantSplit/>
          <w:trHeight w:val="480"/>
          <w:jc w:val="center"/>
        </w:trPr>
        <w:tc>
          <w:tcPr>
            <w:tcW w:w="561" w:type="dxa"/>
            <w:vMerge/>
            <w:shd w:val="clear" w:color="auto" w:fill="F2F2F2"/>
            <w:vAlign w:val="center"/>
          </w:tcPr>
          <w:p w14:paraId="7E2F0E9A" w14:textId="77777777" w:rsidR="00771891" w:rsidRPr="00FA3221" w:rsidRDefault="00771891">
            <w:pPr>
              <w:widowControl w:val="0"/>
              <w:snapToGrid w:val="0"/>
              <w:spacing w:line="280" w:lineRule="exact"/>
              <w:rPr>
                <w:b/>
                <w:color w:val="000000"/>
                <w:sz w:val="22"/>
                <w:lang w:eastAsia="ja-JP"/>
              </w:rPr>
            </w:pPr>
          </w:p>
        </w:tc>
        <w:tc>
          <w:tcPr>
            <w:tcW w:w="2127" w:type="dxa"/>
            <w:shd w:val="clear" w:color="auto" w:fill="F2F2F2"/>
            <w:vAlign w:val="center"/>
          </w:tcPr>
          <w:p w14:paraId="6E5031F0" w14:textId="77777777" w:rsidR="00771891" w:rsidRPr="00FA3221" w:rsidRDefault="00771891">
            <w:pPr>
              <w:widowControl w:val="0"/>
              <w:snapToGrid w:val="0"/>
              <w:spacing w:line="280" w:lineRule="exact"/>
              <w:rPr>
                <w:sz w:val="22"/>
                <w:lang w:eastAsia="ja-JP"/>
              </w:rPr>
            </w:pPr>
            <w:r w:rsidRPr="00FA3221">
              <w:rPr>
                <w:rFonts w:ascii="ＭＳ ゴシック" w:eastAsia="ＭＳ ゴシック" w:hAnsi="ＭＳ ゴシック"/>
                <w:b/>
                <w:color w:val="000000"/>
                <w:sz w:val="22"/>
                <w:lang w:eastAsia="ja-JP"/>
              </w:rPr>
              <w:t>所要時間</w:t>
            </w:r>
          </w:p>
        </w:tc>
        <w:tc>
          <w:tcPr>
            <w:tcW w:w="6945" w:type="dxa"/>
            <w:vAlign w:val="center"/>
          </w:tcPr>
          <w:p w14:paraId="1598B81B" w14:textId="77777777" w:rsidR="00771891" w:rsidRPr="00FA3221" w:rsidRDefault="00771891">
            <w:pPr>
              <w:widowControl w:val="0"/>
              <w:snapToGrid w:val="0"/>
              <w:spacing w:line="280" w:lineRule="exact"/>
              <w:rPr>
                <w:sz w:val="22"/>
                <w:lang w:eastAsia="ja-JP"/>
              </w:rPr>
            </w:pPr>
          </w:p>
        </w:tc>
      </w:tr>
      <w:tr w:rsidR="00771891" w:rsidRPr="00FA3221" w14:paraId="1119304C" w14:textId="77777777" w:rsidTr="00C7715C">
        <w:trPr>
          <w:cantSplit/>
          <w:trHeight w:val="480"/>
          <w:jc w:val="center"/>
        </w:trPr>
        <w:tc>
          <w:tcPr>
            <w:tcW w:w="561" w:type="dxa"/>
            <w:vMerge/>
            <w:shd w:val="clear" w:color="auto" w:fill="F2F2F2"/>
            <w:vAlign w:val="center"/>
          </w:tcPr>
          <w:p w14:paraId="69479D30" w14:textId="77777777" w:rsidR="00771891" w:rsidRPr="00FA3221" w:rsidRDefault="00771891">
            <w:pPr>
              <w:widowControl w:val="0"/>
              <w:snapToGrid w:val="0"/>
              <w:spacing w:line="280" w:lineRule="exact"/>
              <w:rPr>
                <w:b/>
                <w:color w:val="000000"/>
                <w:sz w:val="22"/>
                <w:lang w:eastAsia="ja-JP"/>
              </w:rPr>
            </w:pPr>
          </w:p>
        </w:tc>
        <w:tc>
          <w:tcPr>
            <w:tcW w:w="2127" w:type="dxa"/>
            <w:shd w:val="clear" w:color="auto" w:fill="F2F2F2"/>
            <w:vAlign w:val="center"/>
          </w:tcPr>
          <w:p w14:paraId="7B663A30" w14:textId="77777777" w:rsidR="00771891" w:rsidRPr="00FA3221" w:rsidRDefault="00771891">
            <w:pPr>
              <w:widowControl w:val="0"/>
              <w:snapToGrid w:val="0"/>
              <w:spacing w:line="280" w:lineRule="exact"/>
              <w:rPr>
                <w:sz w:val="22"/>
                <w:lang w:eastAsia="ja-JP"/>
              </w:rPr>
            </w:pPr>
            <w:r w:rsidRPr="00FA3221">
              <w:rPr>
                <w:rFonts w:ascii="ＭＳ ゴシック" w:eastAsia="ＭＳ ゴシック" w:hAnsi="ＭＳ ゴシック"/>
                <w:b/>
                <w:color w:val="000000"/>
                <w:sz w:val="22"/>
                <w:lang w:eastAsia="ja-JP"/>
              </w:rPr>
              <w:t>提供単位</w:t>
            </w:r>
          </w:p>
        </w:tc>
        <w:tc>
          <w:tcPr>
            <w:tcW w:w="6945" w:type="dxa"/>
            <w:vAlign w:val="center"/>
          </w:tcPr>
          <w:p w14:paraId="1BD33807" w14:textId="77777777" w:rsidR="00771891" w:rsidRPr="00FA3221" w:rsidRDefault="00771891">
            <w:pPr>
              <w:widowControl w:val="0"/>
              <w:snapToGrid w:val="0"/>
              <w:spacing w:line="280" w:lineRule="exact"/>
              <w:rPr>
                <w:sz w:val="22"/>
                <w:lang w:eastAsia="ja-JP"/>
              </w:rPr>
            </w:pPr>
          </w:p>
        </w:tc>
      </w:tr>
      <w:tr w:rsidR="00FE766B" w:rsidRPr="00FA3221" w14:paraId="7B231D64" w14:textId="77777777" w:rsidTr="00C7715C">
        <w:trPr>
          <w:cantSplit/>
          <w:trHeight w:val="480"/>
          <w:jc w:val="center"/>
        </w:trPr>
        <w:tc>
          <w:tcPr>
            <w:tcW w:w="2688" w:type="dxa"/>
            <w:gridSpan w:val="2"/>
            <w:shd w:val="clear" w:color="auto" w:fill="F2F2F2"/>
            <w:vAlign w:val="center"/>
          </w:tcPr>
          <w:p w14:paraId="0E5E9F97" w14:textId="5869D428" w:rsidR="00FE766B" w:rsidRPr="00FA3221" w:rsidRDefault="00FE766B" w:rsidP="00C7715C">
            <w:pPr>
              <w:widowControl w:val="0"/>
              <w:snapToGrid w:val="0"/>
              <w:spacing w:line="280" w:lineRule="exact"/>
              <w:rPr>
                <w:sz w:val="22"/>
                <w:lang w:eastAsia="ja-JP"/>
              </w:rPr>
            </w:pPr>
            <w:r w:rsidRPr="00FA3221">
              <w:rPr>
                <w:rFonts w:ascii="ＭＳ ゴシック" w:eastAsia="ＭＳ ゴシック" w:hAnsi="ＭＳ ゴシック"/>
                <w:b/>
                <w:color w:val="000000"/>
                <w:sz w:val="22"/>
                <w:lang w:eastAsia="ja-JP"/>
              </w:rPr>
              <w:t>販売・提供価格</w:t>
            </w:r>
            <w:r w:rsidR="00325C34" w:rsidRPr="00FA3221">
              <w:rPr>
                <w:rFonts w:ascii="ＭＳ ゴシック" w:eastAsia="ＭＳ ゴシック" w:hAnsi="ＭＳ ゴシック" w:hint="eastAsia"/>
                <w:b/>
                <w:color w:val="000000"/>
                <w:sz w:val="22"/>
                <w:lang w:eastAsia="ja-JP"/>
              </w:rPr>
              <w:t>（税抜）</w:t>
            </w:r>
          </w:p>
        </w:tc>
        <w:tc>
          <w:tcPr>
            <w:tcW w:w="6945" w:type="dxa"/>
            <w:vAlign w:val="center"/>
          </w:tcPr>
          <w:p w14:paraId="5F1D1E5F" w14:textId="725C284A" w:rsidR="00FE766B" w:rsidRPr="00FA3221" w:rsidRDefault="00FE766B">
            <w:pPr>
              <w:widowControl w:val="0"/>
              <w:snapToGrid w:val="0"/>
              <w:spacing w:line="280" w:lineRule="exact"/>
              <w:rPr>
                <w:sz w:val="22"/>
                <w:lang w:eastAsia="ja-JP"/>
              </w:rPr>
            </w:pPr>
            <w:r w:rsidRPr="00FA3221">
              <w:rPr>
                <w:rFonts w:ascii="ＭＳ ゴシック" w:eastAsia="ＭＳ ゴシック" w:hAnsi="ＭＳ ゴシック"/>
                <w:color w:val="000000"/>
                <w:sz w:val="22"/>
                <w:lang w:eastAsia="ja-JP"/>
              </w:rPr>
              <w:t xml:space="preserve">　　　　　　　　　</w:t>
            </w:r>
            <w:r w:rsidRPr="00FA3221">
              <w:rPr>
                <w:rFonts w:ascii="ＭＳ ゴシック" w:eastAsia="ＭＳ ゴシック" w:hAnsi="ＭＳ ゴシック"/>
                <w:color w:val="000000"/>
                <w:sz w:val="22"/>
              </w:rPr>
              <w:t>円</w:t>
            </w:r>
          </w:p>
        </w:tc>
      </w:tr>
      <w:tr w:rsidR="00FE766B" w:rsidRPr="00FA3221" w14:paraId="7F6B8863" w14:textId="77777777" w:rsidTr="00C7715C">
        <w:trPr>
          <w:cantSplit/>
          <w:trHeight w:val="480"/>
          <w:jc w:val="center"/>
        </w:trPr>
        <w:tc>
          <w:tcPr>
            <w:tcW w:w="2688" w:type="dxa"/>
            <w:gridSpan w:val="2"/>
            <w:shd w:val="clear" w:color="auto" w:fill="F2F2F2"/>
            <w:vAlign w:val="center"/>
          </w:tcPr>
          <w:p w14:paraId="3D05F5CB" w14:textId="77777777" w:rsidR="00FE766B" w:rsidRPr="00FA3221" w:rsidRDefault="00FE766B">
            <w:pPr>
              <w:widowControl w:val="0"/>
              <w:snapToGrid w:val="0"/>
              <w:spacing w:line="280" w:lineRule="exact"/>
              <w:rPr>
                <w:sz w:val="22"/>
                <w:lang w:eastAsia="ja-JP"/>
              </w:rPr>
            </w:pPr>
            <w:r w:rsidRPr="00FA3221">
              <w:rPr>
                <w:rFonts w:ascii="ＭＳ ゴシック" w:eastAsia="ＭＳ ゴシック" w:hAnsi="ＭＳ ゴシック"/>
                <w:b/>
                <w:color w:val="000000"/>
                <w:sz w:val="22"/>
                <w:lang w:eastAsia="ja-JP"/>
              </w:rPr>
              <w:t>現在の販売・提供状況</w:t>
            </w:r>
          </w:p>
        </w:tc>
        <w:tc>
          <w:tcPr>
            <w:tcW w:w="6945" w:type="dxa"/>
            <w:vAlign w:val="center"/>
          </w:tcPr>
          <w:p w14:paraId="28B33E58" w14:textId="7B78719F" w:rsidR="00FE766B" w:rsidRPr="00FA3221"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2003414597"/>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FE766B" w:rsidRPr="00FA3221">
              <w:rPr>
                <w:rFonts w:ascii="ＭＳ ゴシック" w:eastAsia="ＭＳ ゴシック" w:hAnsi="ＭＳ ゴシック"/>
                <w:color w:val="000000"/>
                <w:sz w:val="22"/>
                <w:lang w:eastAsia="ja-JP"/>
              </w:rPr>
              <w:t xml:space="preserve"> 販売・提供中　</w:t>
            </w:r>
            <w:sdt>
              <w:sdtPr>
                <w:rPr>
                  <w:rFonts w:ascii="ＭＳ ゴシック" w:eastAsia="ＭＳ ゴシック" w:hAnsi="ＭＳ ゴシック"/>
                  <w:color w:val="000000"/>
                  <w:sz w:val="22"/>
                  <w:lang w:eastAsia="ja-JP"/>
                </w:rPr>
                <w:id w:val="2126112430"/>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FE766B" w:rsidRPr="00FA3221">
              <w:rPr>
                <w:rFonts w:ascii="ＭＳ ゴシック" w:eastAsia="ＭＳ ゴシック" w:hAnsi="ＭＳ ゴシック"/>
                <w:color w:val="000000"/>
                <w:sz w:val="22"/>
                <w:lang w:eastAsia="ja-JP"/>
              </w:rPr>
              <w:t xml:space="preserve"> 開始前　</w:t>
            </w:r>
            <w:sdt>
              <w:sdtPr>
                <w:rPr>
                  <w:rFonts w:ascii="ＭＳ ゴシック" w:eastAsia="ＭＳ ゴシック" w:hAnsi="ＭＳ ゴシック"/>
                  <w:color w:val="000000"/>
                  <w:sz w:val="22"/>
                  <w:lang w:eastAsia="ja-JP"/>
                </w:rPr>
                <w:id w:val="1166053670"/>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FE766B" w:rsidRPr="00FA3221">
              <w:rPr>
                <w:rFonts w:ascii="ＭＳ ゴシック" w:eastAsia="ＭＳ ゴシック" w:hAnsi="ＭＳ ゴシック"/>
                <w:color w:val="000000"/>
                <w:sz w:val="22"/>
                <w:lang w:eastAsia="ja-JP"/>
              </w:rPr>
              <w:t xml:space="preserve"> 休止中</w:t>
            </w:r>
          </w:p>
        </w:tc>
      </w:tr>
      <w:tr w:rsidR="00FE766B" w:rsidRPr="00FA3221" w14:paraId="50BD9E70" w14:textId="77777777" w:rsidTr="00C7715C">
        <w:trPr>
          <w:cantSplit/>
          <w:trHeight w:val="660"/>
          <w:jc w:val="center"/>
        </w:trPr>
        <w:tc>
          <w:tcPr>
            <w:tcW w:w="2688" w:type="dxa"/>
            <w:gridSpan w:val="2"/>
            <w:shd w:val="clear" w:color="auto" w:fill="F2F2F2"/>
            <w:vAlign w:val="center"/>
          </w:tcPr>
          <w:p w14:paraId="5B5C36AC" w14:textId="77777777" w:rsidR="00FE766B" w:rsidRPr="00FA3221" w:rsidRDefault="00FE766B">
            <w:pPr>
              <w:widowControl w:val="0"/>
              <w:snapToGrid w:val="0"/>
              <w:spacing w:line="280" w:lineRule="exact"/>
              <w:rPr>
                <w:sz w:val="22"/>
                <w:lang w:eastAsia="ja-JP"/>
              </w:rPr>
            </w:pPr>
            <w:r w:rsidRPr="00FA3221">
              <w:rPr>
                <w:rFonts w:ascii="ＭＳ ゴシック" w:eastAsia="ＭＳ ゴシック" w:hAnsi="ＭＳ ゴシック"/>
                <w:b/>
                <w:color w:val="000000"/>
                <w:sz w:val="22"/>
                <w:lang w:eastAsia="ja-JP"/>
              </w:rPr>
              <w:t>販売・提供開始年月</w:t>
            </w:r>
            <w:r w:rsidRPr="00FA3221">
              <w:rPr>
                <w:rFonts w:ascii="ＭＳ ゴシック" w:eastAsia="ＭＳ ゴシック" w:hAnsi="ＭＳ ゴシック"/>
                <w:b/>
                <w:color w:val="000000"/>
                <w:sz w:val="22"/>
                <w:lang w:eastAsia="ja-JP"/>
              </w:rPr>
              <w:br/>
              <w:t>（開始前は予定年月）</w:t>
            </w:r>
          </w:p>
        </w:tc>
        <w:tc>
          <w:tcPr>
            <w:tcW w:w="6945" w:type="dxa"/>
            <w:vAlign w:val="center"/>
          </w:tcPr>
          <w:p w14:paraId="7BAA564C" w14:textId="77777777" w:rsidR="00FE766B" w:rsidRPr="00FA3221" w:rsidRDefault="00FE766B">
            <w:pPr>
              <w:widowControl w:val="0"/>
              <w:snapToGrid w:val="0"/>
              <w:spacing w:line="280" w:lineRule="exact"/>
              <w:rPr>
                <w:sz w:val="22"/>
              </w:rPr>
            </w:pPr>
            <w:r w:rsidRPr="00FA3221">
              <w:rPr>
                <w:rFonts w:ascii="ＭＳ ゴシック" w:eastAsia="ＭＳ ゴシック" w:hAnsi="ＭＳ ゴシック"/>
                <w:color w:val="000000"/>
                <w:sz w:val="22"/>
                <w:lang w:eastAsia="ja-JP"/>
              </w:rPr>
              <w:t xml:space="preserve">　　　　</w:t>
            </w:r>
            <w:r w:rsidRPr="00FA3221">
              <w:rPr>
                <w:rFonts w:ascii="ＭＳ ゴシック" w:eastAsia="ＭＳ ゴシック" w:hAnsi="ＭＳ ゴシック"/>
                <w:color w:val="000000"/>
                <w:sz w:val="22"/>
              </w:rPr>
              <w:t>年　　　　月</w:t>
            </w:r>
          </w:p>
        </w:tc>
      </w:tr>
    </w:tbl>
    <w:p w14:paraId="15742035" w14:textId="77777777" w:rsidR="007E510F" w:rsidRPr="00FA3221" w:rsidRDefault="007E510F">
      <w:pPr>
        <w:widowControl w:val="0"/>
        <w:snapToGrid w:val="0"/>
        <w:spacing w:line="100" w:lineRule="exact"/>
        <w:rPr>
          <w:sz w:val="22"/>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rsidRPr="00FA3221" w14:paraId="76DE9F51" w14:textId="77777777">
        <w:trPr>
          <w:cantSplit/>
          <w:trHeight w:val="520"/>
          <w:jc w:val="center"/>
        </w:trPr>
        <w:tc>
          <w:tcPr>
            <w:tcW w:w="9638" w:type="dxa"/>
            <w:shd w:val="clear" w:color="auto" w:fill="E7E7E7"/>
            <w:vAlign w:val="center"/>
          </w:tcPr>
          <w:p w14:paraId="23044BDA" w14:textId="77777777" w:rsidR="007E510F" w:rsidRPr="00FA3221" w:rsidRDefault="00CB6FF7">
            <w:pPr>
              <w:widowControl w:val="0"/>
              <w:snapToGrid w:val="0"/>
              <w:spacing w:line="320" w:lineRule="exact"/>
              <w:rPr>
                <w:sz w:val="24"/>
                <w:szCs w:val="24"/>
                <w:lang w:eastAsia="ja-JP"/>
              </w:rPr>
            </w:pPr>
            <w:r w:rsidRPr="00FA3221">
              <w:rPr>
                <w:rFonts w:ascii="ＭＳ ゴシック" w:eastAsia="ＭＳ ゴシック" w:hAnsi="ＭＳ ゴシック"/>
                <w:b/>
                <w:color w:val="000000"/>
                <w:sz w:val="24"/>
                <w:szCs w:val="24"/>
                <w:lang w:eastAsia="ja-JP"/>
              </w:rPr>
              <w:t>商品画像・商品表示ラベル貼付欄（商品を申請する場合）</w:t>
            </w:r>
          </w:p>
        </w:tc>
      </w:tr>
    </w:tbl>
    <w:p w14:paraId="5592DE4F" w14:textId="77777777" w:rsidR="007E510F" w:rsidRPr="00FA3221" w:rsidRDefault="007E510F">
      <w:pPr>
        <w:widowControl w:val="0"/>
        <w:snapToGrid w:val="0"/>
        <w:spacing w:line="100" w:lineRule="exact"/>
        <w:rPr>
          <w:sz w:val="22"/>
          <w:lang w:eastAsia="ja-JP"/>
        </w:rPr>
      </w:pPr>
    </w:p>
    <w:p w14:paraId="7E676E83" w14:textId="2E5F3F28" w:rsidR="00301E44" w:rsidRPr="00FA3221" w:rsidRDefault="00FA3221">
      <w:pPr>
        <w:widowControl w:val="0"/>
        <w:snapToGrid w:val="0"/>
        <w:spacing w:after="60" w:line="260" w:lineRule="exact"/>
        <w:rPr>
          <w:color w:val="000000"/>
          <w:sz w:val="22"/>
          <w:lang w:eastAsia="ja-JP"/>
        </w:rPr>
      </w:pPr>
      <w:r>
        <w:rPr>
          <w:rFonts w:ascii="ＭＳ ゴシック" w:eastAsia="ＭＳ ゴシック" w:hAnsi="ＭＳ ゴシック" w:hint="eastAsia"/>
          <w:color w:val="000000"/>
          <w:sz w:val="22"/>
          <w:lang w:eastAsia="ja-JP"/>
        </w:rPr>
        <w:t>〇</w:t>
      </w:r>
      <w:r w:rsidR="00CB6FF7" w:rsidRPr="00FA3221">
        <w:rPr>
          <w:rFonts w:ascii="ＭＳ ゴシック" w:eastAsia="ＭＳ ゴシック" w:hAnsi="ＭＳ ゴシック"/>
          <w:color w:val="000000"/>
          <w:sz w:val="22"/>
          <w:lang w:eastAsia="ja-JP"/>
        </w:rPr>
        <w:t>商品全体・包装等と、実際に使用する表示ラベルの画像データを、それぞれ貼り付けてくださ</w:t>
      </w:r>
      <w:r>
        <w:rPr>
          <w:rFonts w:ascii="ＭＳ ゴシック" w:eastAsia="ＭＳ ゴシック" w:hAnsi="ＭＳ ゴシック" w:hint="eastAsia"/>
          <w:color w:val="000000"/>
          <w:sz w:val="22"/>
          <w:lang w:eastAsia="ja-JP"/>
        </w:rPr>
        <w:t>い</w:t>
      </w:r>
      <w:r w:rsidR="00CB6FF7" w:rsidRPr="00FA3221">
        <w:rPr>
          <w:rFonts w:ascii="ＭＳ ゴシック" w:eastAsia="ＭＳ ゴシック" w:hAnsi="ＭＳ ゴシック"/>
          <w:color w:val="000000"/>
          <w:sz w:val="22"/>
          <w:lang w:eastAsia="ja-JP"/>
        </w:rPr>
        <w:t>。</w:t>
      </w:r>
    </w:p>
    <w:p w14:paraId="6107946B" w14:textId="41BF0FBA" w:rsidR="007E510F" w:rsidRPr="00FA3221" w:rsidRDefault="00FA3221">
      <w:pPr>
        <w:widowControl w:val="0"/>
        <w:snapToGrid w:val="0"/>
        <w:spacing w:after="60" w:line="260" w:lineRule="exact"/>
        <w:rPr>
          <w:sz w:val="22"/>
          <w:lang w:eastAsia="ja-JP"/>
        </w:rPr>
      </w:pPr>
      <w:r>
        <w:rPr>
          <w:rFonts w:ascii="ＭＳ ゴシック" w:eastAsia="ＭＳ ゴシック" w:hAnsi="ＭＳ ゴシック" w:hint="eastAsia"/>
          <w:color w:val="000000"/>
          <w:sz w:val="22"/>
          <w:lang w:eastAsia="ja-JP"/>
        </w:rPr>
        <w:t>〇</w:t>
      </w:r>
      <w:r w:rsidR="00CB6FF7" w:rsidRPr="00FA3221">
        <w:rPr>
          <w:rFonts w:ascii="ＭＳ ゴシック" w:eastAsia="ＭＳ ゴシック" w:hAnsi="ＭＳ ゴシック"/>
          <w:color w:val="000000"/>
          <w:sz w:val="22"/>
          <w:lang w:eastAsia="ja-JP"/>
        </w:rPr>
        <w:t>文字が読める大きさとし、複数ある場合や枠に収まらない場合は別紙を添付してください。</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4819"/>
        <w:gridCol w:w="4820"/>
      </w:tblGrid>
      <w:tr w:rsidR="007E510F" w:rsidRPr="00FA3221" w14:paraId="125D8560" w14:textId="77777777">
        <w:trPr>
          <w:cantSplit/>
          <w:trHeight w:val="440"/>
          <w:tblHeader/>
          <w:jc w:val="center"/>
        </w:trPr>
        <w:tc>
          <w:tcPr>
            <w:tcW w:w="4819" w:type="dxa"/>
            <w:shd w:val="clear" w:color="auto" w:fill="E7E7E7"/>
            <w:vAlign w:val="center"/>
          </w:tcPr>
          <w:p w14:paraId="7AD5BE62" w14:textId="77777777" w:rsidR="007E510F" w:rsidRPr="00FA3221" w:rsidRDefault="00CB6FF7">
            <w:pPr>
              <w:widowControl w:val="0"/>
              <w:snapToGrid w:val="0"/>
              <w:spacing w:line="280" w:lineRule="exact"/>
              <w:jc w:val="center"/>
              <w:rPr>
                <w:sz w:val="22"/>
              </w:rPr>
            </w:pPr>
            <w:proofErr w:type="spellStart"/>
            <w:r w:rsidRPr="00FA3221">
              <w:rPr>
                <w:rFonts w:ascii="ＭＳ ゴシック" w:eastAsia="ＭＳ ゴシック" w:hAnsi="ＭＳ ゴシック"/>
                <w:b/>
                <w:color w:val="000000"/>
                <w:sz w:val="22"/>
              </w:rPr>
              <w:t>商品画像</w:t>
            </w:r>
            <w:proofErr w:type="spellEnd"/>
          </w:p>
        </w:tc>
        <w:tc>
          <w:tcPr>
            <w:tcW w:w="4819" w:type="dxa"/>
            <w:shd w:val="clear" w:color="auto" w:fill="E7E7E7"/>
            <w:vAlign w:val="center"/>
          </w:tcPr>
          <w:p w14:paraId="74F5BCEB" w14:textId="77777777" w:rsidR="007E510F" w:rsidRPr="00FA3221" w:rsidRDefault="00CB6FF7">
            <w:pPr>
              <w:widowControl w:val="0"/>
              <w:snapToGrid w:val="0"/>
              <w:spacing w:line="280" w:lineRule="exact"/>
              <w:jc w:val="center"/>
              <w:rPr>
                <w:sz w:val="22"/>
              </w:rPr>
            </w:pPr>
            <w:proofErr w:type="spellStart"/>
            <w:r w:rsidRPr="00FA3221">
              <w:rPr>
                <w:rFonts w:ascii="ＭＳ ゴシック" w:eastAsia="ＭＳ ゴシック" w:hAnsi="ＭＳ ゴシック"/>
                <w:b/>
                <w:color w:val="000000"/>
                <w:sz w:val="22"/>
              </w:rPr>
              <w:t>商品表示ラベル</w:t>
            </w:r>
            <w:proofErr w:type="spellEnd"/>
          </w:p>
        </w:tc>
      </w:tr>
      <w:tr w:rsidR="007E510F" w:rsidRPr="00FA3221" w14:paraId="5462943A" w14:textId="77777777" w:rsidTr="00301E44">
        <w:trPr>
          <w:cantSplit/>
          <w:trHeight w:val="5401"/>
          <w:jc w:val="center"/>
        </w:trPr>
        <w:tc>
          <w:tcPr>
            <w:tcW w:w="4819" w:type="dxa"/>
            <w:vAlign w:val="center"/>
          </w:tcPr>
          <w:p w14:paraId="28D26D0C" w14:textId="77777777" w:rsidR="007E510F" w:rsidRPr="00FA3221" w:rsidRDefault="007E510F">
            <w:pPr>
              <w:widowControl w:val="0"/>
              <w:snapToGrid w:val="0"/>
              <w:spacing w:line="280" w:lineRule="exact"/>
              <w:rPr>
                <w:sz w:val="22"/>
              </w:rPr>
            </w:pPr>
          </w:p>
        </w:tc>
        <w:tc>
          <w:tcPr>
            <w:tcW w:w="4819" w:type="dxa"/>
            <w:vAlign w:val="center"/>
          </w:tcPr>
          <w:p w14:paraId="2BAE2F8A" w14:textId="77777777" w:rsidR="007E510F" w:rsidRPr="00FA3221" w:rsidRDefault="007E510F">
            <w:pPr>
              <w:widowControl w:val="0"/>
              <w:snapToGrid w:val="0"/>
              <w:spacing w:line="280" w:lineRule="exact"/>
              <w:rPr>
                <w:sz w:val="22"/>
              </w:rPr>
            </w:pPr>
          </w:p>
        </w:tc>
      </w:tr>
    </w:tbl>
    <w:p w14:paraId="64DD5FC4" w14:textId="77777777" w:rsidR="007E510F" w:rsidRDefault="007E510F">
      <w:pPr>
        <w:keepNext/>
        <w:pageBreakBefore/>
        <w:widowControl w:val="0"/>
        <w:snapToGrid w:val="0"/>
        <w:spacing w:line="20" w:lineRule="exact"/>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43939837" w14:textId="77777777">
        <w:trPr>
          <w:cantSplit/>
          <w:trHeight w:val="520"/>
          <w:jc w:val="center"/>
        </w:trPr>
        <w:tc>
          <w:tcPr>
            <w:tcW w:w="9638" w:type="dxa"/>
            <w:shd w:val="clear" w:color="auto" w:fill="E7E7E7"/>
            <w:vAlign w:val="center"/>
          </w:tcPr>
          <w:p w14:paraId="1BAFD538" w14:textId="77777777" w:rsidR="007E510F" w:rsidRDefault="00CB6FF7">
            <w:pPr>
              <w:widowControl w:val="0"/>
              <w:snapToGrid w:val="0"/>
              <w:spacing w:line="320" w:lineRule="exact"/>
              <w:rPr>
                <w:lang w:eastAsia="ja-JP"/>
              </w:rPr>
            </w:pPr>
            <w:r>
              <w:rPr>
                <w:rFonts w:ascii="ＭＳ ゴシック" w:eastAsia="ＭＳ ゴシック" w:hAnsi="ＭＳ ゴシック"/>
                <w:b/>
                <w:color w:val="000000"/>
                <w:sz w:val="23"/>
                <w:lang w:eastAsia="ja-JP"/>
              </w:rPr>
              <w:t>3　製造・加工又はサービス等の提供体制</w:t>
            </w:r>
          </w:p>
        </w:tc>
      </w:tr>
    </w:tbl>
    <w:p w14:paraId="10434BC7" w14:textId="77777777" w:rsidR="007E510F" w:rsidRDefault="007E510F">
      <w:pPr>
        <w:widowControl w:val="0"/>
        <w:snapToGrid w:val="0"/>
        <w:spacing w:line="100" w:lineRule="exact"/>
        <w:rPr>
          <w:lang w:eastAsia="ja-JP"/>
        </w:rPr>
      </w:pPr>
    </w:p>
    <w:p w14:paraId="00BEC3F3" w14:textId="77777777" w:rsidR="007E510F" w:rsidRPr="00FA3221" w:rsidRDefault="00CB6FF7">
      <w:pPr>
        <w:widowControl w:val="0"/>
        <w:snapToGrid w:val="0"/>
        <w:spacing w:after="60" w:line="260" w:lineRule="exact"/>
        <w:rPr>
          <w:sz w:val="28"/>
          <w:szCs w:val="32"/>
          <w:lang w:eastAsia="ja-JP"/>
        </w:rPr>
      </w:pPr>
      <w:r w:rsidRPr="00FA3221">
        <w:rPr>
          <w:rFonts w:ascii="ＭＳ ゴシック" w:eastAsia="ＭＳ ゴシック" w:hAnsi="ＭＳ ゴシック"/>
          <w:color w:val="000000"/>
          <w:sz w:val="22"/>
          <w:szCs w:val="32"/>
          <w:lang w:eastAsia="ja-JP"/>
        </w:rPr>
        <w:t>該当する欄を記入してください。委託がある場合は、委託先の住所と、実際に製造・加工する場所を区別して記載してください。複数の委託先等がある場合は別紙を添付できます。</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rsidRPr="00FA3221" w14:paraId="29B894B8" w14:textId="77777777">
        <w:trPr>
          <w:cantSplit/>
          <w:trHeight w:val="700"/>
          <w:jc w:val="center"/>
        </w:trPr>
        <w:tc>
          <w:tcPr>
            <w:tcW w:w="3458" w:type="dxa"/>
            <w:shd w:val="clear" w:color="auto" w:fill="F2F2F2"/>
            <w:vAlign w:val="center"/>
          </w:tcPr>
          <w:p w14:paraId="316FECA9"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申請者が行う業務（複数選択可）</w:t>
            </w:r>
          </w:p>
        </w:tc>
        <w:tc>
          <w:tcPr>
            <w:tcW w:w="6180" w:type="dxa"/>
            <w:vAlign w:val="center"/>
          </w:tcPr>
          <w:p w14:paraId="2DD6EFC1" w14:textId="74CC2BDE" w:rsidR="007E510F" w:rsidRPr="00FA3221"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1346091759"/>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 生産</w:t>
            </w:r>
            <w:r w:rsidR="00325C34" w:rsidRPr="00FA3221">
              <w:rPr>
                <w:rFonts w:ascii="ＭＳ ゴシック" w:eastAsia="ＭＳ ゴシック" w:hAnsi="ＭＳ ゴシック" w:hint="eastAsia"/>
                <w:color w:val="000000"/>
                <w:sz w:val="22"/>
                <w:lang w:eastAsia="ja-JP"/>
              </w:rPr>
              <w:t xml:space="preserve">　　</w:t>
            </w:r>
            <w:r w:rsidR="00CB6FF7" w:rsidRPr="00FA3221">
              <w:rPr>
                <w:rFonts w:ascii="ＭＳ ゴシック" w:eastAsia="ＭＳ ゴシック" w:hAnsi="ＭＳ ゴシック"/>
                <w:color w:val="000000"/>
                <w:sz w:val="22"/>
                <w:lang w:eastAsia="ja-JP"/>
              </w:rPr>
              <w:t xml:space="preserve">　</w:t>
            </w:r>
            <w:sdt>
              <w:sdtPr>
                <w:rPr>
                  <w:rFonts w:ascii="ＭＳ ゴシック" w:eastAsia="ＭＳ ゴシック" w:hAnsi="ＭＳ ゴシック"/>
                  <w:color w:val="000000"/>
                  <w:sz w:val="22"/>
                  <w:lang w:eastAsia="ja-JP"/>
                </w:rPr>
                <w:id w:val="-1344473679"/>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 加工</w:t>
            </w:r>
            <w:r w:rsidR="00325C34" w:rsidRPr="00FA3221">
              <w:rPr>
                <w:rFonts w:ascii="ＭＳ ゴシック" w:eastAsia="ＭＳ ゴシック" w:hAnsi="ＭＳ ゴシック" w:hint="eastAsia"/>
                <w:color w:val="000000"/>
                <w:sz w:val="22"/>
                <w:lang w:eastAsia="ja-JP"/>
              </w:rPr>
              <w:t xml:space="preserve">　　</w:t>
            </w:r>
            <w:r w:rsidR="00CB6FF7" w:rsidRPr="00FA3221">
              <w:rPr>
                <w:rFonts w:ascii="ＭＳ ゴシック" w:eastAsia="ＭＳ ゴシック" w:hAnsi="ＭＳ ゴシック"/>
                <w:color w:val="000000"/>
                <w:sz w:val="22"/>
                <w:lang w:eastAsia="ja-JP"/>
              </w:rPr>
              <w:t xml:space="preserve">　</w:t>
            </w:r>
            <w:sdt>
              <w:sdtPr>
                <w:rPr>
                  <w:rFonts w:ascii="ＭＳ ゴシック" w:eastAsia="ＭＳ ゴシック" w:hAnsi="ＭＳ ゴシック"/>
                  <w:color w:val="000000"/>
                  <w:sz w:val="22"/>
                  <w:lang w:eastAsia="ja-JP"/>
                </w:rPr>
                <w:id w:val="-1969270177"/>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 企画・開発</w:t>
            </w:r>
            <w:r w:rsidR="00CB6FF7" w:rsidRPr="00FA3221">
              <w:rPr>
                <w:rFonts w:ascii="ＭＳ ゴシック" w:eastAsia="ＭＳ ゴシック" w:hAnsi="ＭＳ ゴシック"/>
                <w:color w:val="000000"/>
                <w:sz w:val="22"/>
                <w:lang w:eastAsia="ja-JP"/>
              </w:rPr>
              <w:br/>
            </w:r>
            <w:sdt>
              <w:sdtPr>
                <w:rPr>
                  <w:rFonts w:ascii="ＭＳ ゴシック" w:eastAsia="ＭＳ ゴシック" w:hAnsi="ＭＳ ゴシック"/>
                  <w:color w:val="000000"/>
                  <w:sz w:val="22"/>
                  <w:lang w:eastAsia="ja-JP"/>
                </w:rPr>
                <w:id w:val="-673264042"/>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 販売</w:t>
            </w:r>
            <w:r w:rsidR="00325C34" w:rsidRPr="00FA3221">
              <w:rPr>
                <w:rFonts w:ascii="ＭＳ ゴシック" w:eastAsia="ＭＳ ゴシック" w:hAnsi="ＭＳ ゴシック" w:hint="eastAsia"/>
                <w:color w:val="000000"/>
                <w:sz w:val="22"/>
                <w:lang w:eastAsia="ja-JP"/>
              </w:rPr>
              <w:t xml:space="preserve">　　</w:t>
            </w:r>
            <w:r w:rsidR="00CB6FF7" w:rsidRPr="00FA3221">
              <w:rPr>
                <w:rFonts w:ascii="ＭＳ ゴシック" w:eastAsia="ＭＳ ゴシック" w:hAnsi="ＭＳ ゴシック"/>
                <w:color w:val="000000"/>
                <w:sz w:val="22"/>
                <w:lang w:eastAsia="ja-JP"/>
              </w:rPr>
              <w:t xml:space="preserve">　</w:t>
            </w:r>
            <w:sdt>
              <w:sdtPr>
                <w:rPr>
                  <w:rFonts w:ascii="ＭＳ ゴシック" w:eastAsia="ＭＳ ゴシック" w:hAnsi="ＭＳ ゴシック"/>
                  <w:color w:val="000000"/>
                  <w:sz w:val="22"/>
                  <w:lang w:eastAsia="ja-JP"/>
                </w:rPr>
                <w:id w:val="-1685889321"/>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 サービス等の提供</w:t>
            </w:r>
          </w:p>
        </w:tc>
      </w:tr>
      <w:tr w:rsidR="007E510F" w:rsidRPr="00FA3221" w14:paraId="650B24E8" w14:textId="77777777">
        <w:trPr>
          <w:cantSplit/>
          <w:trHeight w:val="640"/>
          <w:jc w:val="center"/>
        </w:trPr>
        <w:tc>
          <w:tcPr>
            <w:tcW w:w="3458" w:type="dxa"/>
            <w:shd w:val="clear" w:color="auto" w:fill="F2F2F2"/>
            <w:vAlign w:val="center"/>
          </w:tcPr>
          <w:p w14:paraId="292E319F"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申請者が行う具体的な内容</w:t>
            </w:r>
          </w:p>
        </w:tc>
        <w:tc>
          <w:tcPr>
            <w:tcW w:w="6180" w:type="dxa"/>
            <w:vAlign w:val="center"/>
          </w:tcPr>
          <w:p w14:paraId="6C3269A1" w14:textId="77777777" w:rsidR="007E510F" w:rsidRPr="00FA3221" w:rsidRDefault="007E510F">
            <w:pPr>
              <w:widowControl w:val="0"/>
              <w:snapToGrid w:val="0"/>
              <w:spacing w:line="280" w:lineRule="exact"/>
              <w:rPr>
                <w:sz w:val="22"/>
                <w:lang w:eastAsia="ja-JP"/>
              </w:rPr>
            </w:pPr>
          </w:p>
        </w:tc>
      </w:tr>
      <w:tr w:rsidR="007E510F" w:rsidRPr="00FA3221" w14:paraId="2EF30472" w14:textId="77777777">
        <w:trPr>
          <w:cantSplit/>
          <w:trHeight w:val="700"/>
          <w:jc w:val="center"/>
        </w:trPr>
        <w:tc>
          <w:tcPr>
            <w:tcW w:w="3458" w:type="dxa"/>
            <w:shd w:val="clear" w:color="auto" w:fill="F2F2F2"/>
            <w:vAlign w:val="center"/>
          </w:tcPr>
          <w:p w14:paraId="7793D196"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主な製造・加工施設名</w:t>
            </w:r>
            <w:r w:rsidRPr="00C70DD5">
              <w:rPr>
                <w:rFonts w:ascii="ＭＳ ゴシック" w:eastAsia="ＭＳ ゴシック" w:hAnsi="ＭＳ ゴシック"/>
                <w:b/>
                <w:color w:val="000000"/>
                <w:szCs w:val="21"/>
                <w:lang w:eastAsia="ja-JP"/>
              </w:rPr>
              <w:br/>
              <w:t>又はサービス等の提供場所名</w:t>
            </w:r>
          </w:p>
        </w:tc>
        <w:tc>
          <w:tcPr>
            <w:tcW w:w="6180" w:type="dxa"/>
            <w:vAlign w:val="center"/>
          </w:tcPr>
          <w:p w14:paraId="7CDC6A9D" w14:textId="77777777" w:rsidR="007E510F" w:rsidRPr="00FA3221" w:rsidRDefault="007E510F">
            <w:pPr>
              <w:widowControl w:val="0"/>
              <w:snapToGrid w:val="0"/>
              <w:spacing w:line="280" w:lineRule="exact"/>
              <w:rPr>
                <w:sz w:val="22"/>
                <w:lang w:eastAsia="ja-JP"/>
              </w:rPr>
            </w:pPr>
          </w:p>
        </w:tc>
      </w:tr>
      <w:tr w:rsidR="007E510F" w:rsidRPr="00FA3221" w14:paraId="349D6EB5" w14:textId="77777777" w:rsidTr="00301E44">
        <w:trPr>
          <w:cantSplit/>
          <w:trHeight w:val="600"/>
          <w:jc w:val="center"/>
        </w:trPr>
        <w:tc>
          <w:tcPr>
            <w:tcW w:w="3458" w:type="dxa"/>
            <w:tcBorders>
              <w:bottom w:val="single" w:sz="4" w:space="0" w:color="777777"/>
            </w:tcBorders>
            <w:shd w:val="clear" w:color="auto" w:fill="F2F2F2"/>
            <w:vAlign w:val="center"/>
          </w:tcPr>
          <w:p w14:paraId="3BFE432F"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上記施設・提供場所の所在地</w:t>
            </w:r>
          </w:p>
        </w:tc>
        <w:tc>
          <w:tcPr>
            <w:tcW w:w="6180" w:type="dxa"/>
            <w:tcBorders>
              <w:bottom w:val="single" w:sz="4" w:space="0" w:color="777777"/>
            </w:tcBorders>
            <w:vAlign w:val="center"/>
          </w:tcPr>
          <w:p w14:paraId="24643DA3" w14:textId="77777777" w:rsidR="007E510F" w:rsidRPr="00FA3221" w:rsidRDefault="007E510F">
            <w:pPr>
              <w:widowControl w:val="0"/>
              <w:snapToGrid w:val="0"/>
              <w:spacing w:line="280" w:lineRule="exact"/>
              <w:rPr>
                <w:sz w:val="22"/>
                <w:lang w:eastAsia="ja-JP"/>
              </w:rPr>
            </w:pPr>
          </w:p>
        </w:tc>
      </w:tr>
      <w:tr w:rsidR="007E510F" w:rsidRPr="00FA3221" w14:paraId="24F7B83A" w14:textId="77777777" w:rsidTr="00301E44">
        <w:trPr>
          <w:cantSplit/>
          <w:trHeight w:val="700"/>
          <w:jc w:val="center"/>
        </w:trPr>
        <w:tc>
          <w:tcPr>
            <w:tcW w:w="3458" w:type="dxa"/>
            <w:tcBorders>
              <w:top w:val="single" w:sz="4" w:space="0" w:color="777777"/>
              <w:left w:val="single" w:sz="4" w:space="0" w:color="777777"/>
              <w:bottom w:val="dashed" w:sz="4" w:space="0" w:color="777777"/>
              <w:right w:val="single" w:sz="4" w:space="0" w:color="777777"/>
            </w:tcBorders>
            <w:shd w:val="clear" w:color="auto" w:fill="F2F2F2"/>
            <w:vAlign w:val="center"/>
          </w:tcPr>
          <w:p w14:paraId="16ACDD17"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委託製造・加工の有無</w:t>
            </w:r>
          </w:p>
        </w:tc>
        <w:tc>
          <w:tcPr>
            <w:tcW w:w="6180" w:type="dxa"/>
            <w:tcBorders>
              <w:top w:val="single" w:sz="4" w:space="0" w:color="777777"/>
              <w:left w:val="single" w:sz="4" w:space="0" w:color="777777"/>
              <w:bottom w:val="dashed" w:sz="4" w:space="0" w:color="777777"/>
              <w:right w:val="single" w:sz="4" w:space="0" w:color="777777"/>
            </w:tcBorders>
            <w:vAlign w:val="center"/>
          </w:tcPr>
          <w:p w14:paraId="00AA6BD7" w14:textId="547FE9F8" w:rsidR="007E510F" w:rsidRPr="00FA3221"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1217583062"/>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なし　</w:t>
            </w:r>
            <w:sdt>
              <w:sdtPr>
                <w:rPr>
                  <w:rFonts w:ascii="ＭＳ ゴシック" w:eastAsia="ＭＳ ゴシック" w:hAnsi="ＭＳ ゴシック"/>
                  <w:color w:val="000000"/>
                  <w:sz w:val="22"/>
                  <w:lang w:eastAsia="ja-JP"/>
                </w:rPr>
                <w:id w:val="-136953789"/>
                <w14:checkbox>
                  <w14:checked w14:val="0"/>
                  <w14:checkedState w14:val="2611" w14:font="Segoe UI Symbol"/>
                  <w14:uncheckedState w14:val="2610" w14:font="ＭＳ ゴシック"/>
                </w14:checkbox>
              </w:sdtPr>
              <w:sdtContent>
                <w:r w:rsidR="00325C34" w:rsidRPr="00FA3221">
                  <w:rPr>
                    <w:rFonts w:ascii="ＭＳ ゴシック" w:eastAsia="ＭＳ ゴシック" w:hAnsi="ＭＳ ゴシック" w:hint="eastAsia"/>
                    <w:color w:val="000000"/>
                    <w:sz w:val="22"/>
                    <w:lang w:eastAsia="ja-JP"/>
                  </w:rPr>
                  <w:t>☐</w:t>
                </w:r>
              </w:sdtContent>
            </w:sdt>
            <w:r w:rsidR="00CB6FF7" w:rsidRPr="00FA3221">
              <w:rPr>
                <w:rFonts w:ascii="ＭＳ ゴシック" w:eastAsia="ＭＳ ゴシック" w:hAnsi="ＭＳ ゴシック"/>
                <w:color w:val="000000"/>
                <w:sz w:val="22"/>
                <w:lang w:eastAsia="ja-JP"/>
              </w:rPr>
              <w:t xml:space="preserve"> あり</w:t>
            </w:r>
            <w:r w:rsidR="00CB6FF7" w:rsidRPr="00FA3221">
              <w:rPr>
                <w:rFonts w:ascii="ＭＳ ゴシック" w:eastAsia="ＭＳ ゴシック" w:hAnsi="ＭＳ ゴシック"/>
                <w:color w:val="000000"/>
                <w:sz w:val="22"/>
                <w:lang w:eastAsia="ja-JP"/>
              </w:rPr>
              <w:br/>
              <w:t>（いわゆるOEM製品その他の委託製造品を含む。）</w:t>
            </w:r>
          </w:p>
        </w:tc>
      </w:tr>
      <w:tr w:rsidR="007E510F" w:rsidRPr="00FA3221" w14:paraId="73C812F1" w14:textId="77777777" w:rsidTr="00301E44">
        <w:trPr>
          <w:cantSplit/>
          <w:trHeight w:val="480"/>
          <w:jc w:val="center"/>
        </w:trPr>
        <w:tc>
          <w:tcPr>
            <w:tcW w:w="3458" w:type="dxa"/>
            <w:tcBorders>
              <w:top w:val="dashed" w:sz="4" w:space="0" w:color="777777"/>
              <w:left w:val="single" w:sz="4" w:space="0" w:color="777777"/>
              <w:bottom w:val="dashed" w:sz="4" w:space="0" w:color="777777"/>
              <w:right w:val="single" w:sz="4" w:space="0" w:color="777777"/>
            </w:tcBorders>
            <w:shd w:val="clear" w:color="auto" w:fill="F2F2F2"/>
            <w:vAlign w:val="center"/>
          </w:tcPr>
          <w:p w14:paraId="4E63477C" w14:textId="77777777" w:rsidR="007E510F" w:rsidRPr="00C70DD5" w:rsidRDefault="00CB6FF7">
            <w:pPr>
              <w:widowControl w:val="0"/>
              <w:snapToGrid w:val="0"/>
              <w:spacing w:line="280" w:lineRule="exact"/>
              <w:rPr>
                <w:szCs w:val="21"/>
              </w:rPr>
            </w:pPr>
            <w:proofErr w:type="spellStart"/>
            <w:r w:rsidRPr="00C70DD5">
              <w:rPr>
                <w:rFonts w:ascii="ＭＳ ゴシック" w:eastAsia="ＭＳ ゴシック" w:hAnsi="ＭＳ ゴシック"/>
                <w:b/>
                <w:color w:val="000000"/>
                <w:szCs w:val="21"/>
              </w:rPr>
              <w:t>委託先の事業者名</w:t>
            </w:r>
            <w:proofErr w:type="spellEnd"/>
          </w:p>
        </w:tc>
        <w:tc>
          <w:tcPr>
            <w:tcW w:w="6180" w:type="dxa"/>
            <w:tcBorders>
              <w:top w:val="dashed" w:sz="4" w:space="0" w:color="777777"/>
              <w:left w:val="single" w:sz="4" w:space="0" w:color="777777"/>
              <w:bottom w:val="dashed" w:sz="4" w:space="0" w:color="777777"/>
              <w:right w:val="single" w:sz="4" w:space="0" w:color="777777"/>
            </w:tcBorders>
            <w:vAlign w:val="center"/>
          </w:tcPr>
          <w:p w14:paraId="51BA5126" w14:textId="77777777" w:rsidR="007E510F" w:rsidRPr="00FA3221" w:rsidRDefault="007E510F">
            <w:pPr>
              <w:widowControl w:val="0"/>
              <w:snapToGrid w:val="0"/>
              <w:spacing w:line="280" w:lineRule="exact"/>
              <w:rPr>
                <w:sz w:val="22"/>
              </w:rPr>
            </w:pPr>
          </w:p>
        </w:tc>
      </w:tr>
      <w:tr w:rsidR="007E510F" w:rsidRPr="00FA3221" w14:paraId="04F9D5DE" w14:textId="77777777" w:rsidTr="00301E44">
        <w:trPr>
          <w:cantSplit/>
          <w:trHeight w:val="600"/>
          <w:jc w:val="center"/>
        </w:trPr>
        <w:tc>
          <w:tcPr>
            <w:tcW w:w="3458" w:type="dxa"/>
            <w:tcBorders>
              <w:top w:val="dashed" w:sz="4" w:space="0" w:color="777777"/>
              <w:left w:val="single" w:sz="4" w:space="0" w:color="777777"/>
              <w:bottom w:val="dashed" w:sz="4" w:space="0" w:color="777777"/>
              <w:right w:val="single" w:sz="4" w:space="0" w:color="777777"/>
            </w:tcBorders>
            <w:shd w:val="clear" w:color="auto" w:fill="F2F2F2"/>
            <w:vAlign w:val="center"/>
          </w:tcPr>
          <w:p w14:paraId="5D8B9638" w14:textId="77777777" w:rsidR="007E510F" w:rsidRPr="00C70DD5" w:rsidRDefault="00CB6FF7">
            <w:pPr>
              <w:widowControl w:val="0"/>
              <w:snapToGrid w:val="0"/>
              <w:spacing w:line="280" w:lineRule="exact"/>
              <w:rPr>
                <w:szCs w:val="21"/>
              </w:rPr>
            </w:pPr>
            <w:proofErr w:type="spellStart"/>
            <w:r w:rsidRPr="00C70DD5">
              <w:rPr>
                <w:rFonts w:ascii="ＭＳ ゴシック" w:eastAsia="ＭＳ ゴシック" w:hAnsi="ＭＳ ゴシック"/>
                <w:b/>
                <w:color w:val="000000"/>
                <w:szCs w:val="21"/>
              </w:rPr>
              <w:t>委託先の所在地</w:t>
            </w:r>
            <w:proofErr w:type="spellEnd"/>
          </w:p>
        </w:tc>
        <w:tc>
          <w:tcPr>
            <w:tcW w:w="6180" w:type="dxa"/>
            <w:tcBorders>
              <w:top w:val="dashed" w:sz="4" w:space="0" w:color="777777"/>
              <w:left w:val="single" w:sz="4" w:space="0" w:color="777777"/>
              <w:bottom w:val="dashed" w:sz="4" w:space="0" w:color="777777"/>
              <w:right w:val="single" w:sz="4" w:space="0" w:color="777777"/>
            </w:tcBorders>
            <w:vAlign w:val="center"/>
          </w:tcPr>
          <w:p w14:paraId="4F0EC71F" w14:textId="77777777" w:rsidR="007E510F" w:rsidRPr="00FA3221" w:rsidRDefault="007E510F">
            <w:pPr>
              <w:widowControl w:val="0"/>
              <w:snapToGrid w:val="0"/>
              <w:spacing w:line="280" w:lineRule="exact"/>
              <w:rPr>
                <w:sz w:val="22"/>
              </w:rPr>
            </w:pPr>
          </w:p>
        </w:tc>
      </w:tr>
      <w:tr w:rsidR="007E510F" w:rsidRPr="00FA3221" w14:paraId="662DAE17" w14:textId="77777777" w:rsidTr="00301E44">
        <w:trPr>
          <w:cantSplit/>
          <w:trHeight w:val="600"/>
          <w:jc w:val="center"/>
        </w:trPr>
        <w:tc>
          <w:tcPr>
            <w:tcW w:w="3458" w:type="dxa"/>
            <w:tcBorders>
              <w:top w:val="dashed" w:sz="4" w:space="0" w:color="777777"/>
              <w:left w:val="single" w:sz="4" w:space="0" w:color="777777"/>
              <w:bottom w:val="dashed" w:sz="4" w:space="0" w:color="777777"/>
              <w:right w:val="single" w:sz="4" w:space="0" w:color="777777"/>
            </w:tcBorders>
            <w:shd w:val="clear" w:color="auto" w:fill="F2F2F2"/>
            <w:vAlign w:val="center"/>
          </w:tcPr>
          <w:p w14:paraId="7F8E64CF" w14:textId="77777777" w:rsidR="007E510F" w:rsidRPr="00C70DD5" w:rsidRDefault="00CB6FF7">
            <w:pPr>
              <w:widowControl w:val="0"/>
              <w:snapToGrid w:val="0"/>
              <w:spacing w:line="280" w:lineRule="exact"/>
              <w:rPr>
                <w:szCs w:val="21"/>
              </w:rPr>
            </w:pPr>
            <w:proofErr w:type="spellStart"/>
            <w:r w:rsidRPr="00C70DD5">
              <w:rPr>
                <w:rFonts w:ascii="ＭＳ ゴシック" w:eastAsia="ＭＳ ゴシック" w:hAnsi="ＭＳ ゴシック"/>
                <w:b/>
                <w:color w:val="000000"/>
                <w:szCs w:val="21"/>
              </w:rPr>
              <w:t>委託する工程</w:t>
            </w:r>
            <w:proofErr w:type="spellEnd"/>
          </w:p>
        </w:tc>
        <w:tc>
          <w:tcPr>
            <w:tcW w:w="6180" w:type="dxa"/>
            <w:tcBorders>
              <w:top w:val="dashed" w:sz="4" w:space="0" w:color="777777"/>
              <w:left w:val="single" w:sz="4" w:space="0" w:color="777777"/>
              <w:bottom w:val="dashed" w:sz="4" w:space="0" w:color="777777"/>
              <w:right w:val="single" w:sz="4" w:space="0" w:color="777777"/>
            </w:tcBorders>
            <w:vAlign w:val="center"/>
          </w:tcPr>
          <w:p w14:paraId="14BE5E20" w14:textId="77777777" w:rsidR="007E510F" w:rsidRPr="00FA3221" w:rsidRDefault="007E510F">
            <w:pPr>
              <w:widowControl w:val="0"/>
              <w:snapToGrid w:val="0"/>
              <w:spacing w:line="280" w:lineRule="exact"/>
              <w:rPr>
                <w:sz w:val="22"/>
              </w:rPr>
            </w:pPr>
          </w:p>
        </w:tc>
      </w:tr>
      <w:tr w:rsidR="007E510F" w:rsidRPr="00FA3221" w14:paraId="56415D71" w14:textId="77777777" w:rsidTr="00301E44">
        <w:trPr>
          <w:cantSplit/>
          <w:trHeight w:val="600"/>
          <w:jc w:val="center"/>
        </w:trPr>
        <w:tc>
          <w:tcPr>
            <w:tcW w:w="3458" w:type="dxa"/>
            <w:tcBorders>
              <w:top w:val="dashed" w:sz="4" w:space="0" w:color="777777"/>
              <w:left w:val="single" w:sz="4" w:space="0" w:color="777777"/>
              <w:bottom w:val="dashed" w:sz="4" w:space="0" w:color="777777"/>
              <w:right w:val="single" w:sz="4" w:space="0" w:color="777777"/>
            </w:tcBorders>
            <w:shd w:val="clear" w:color="auto" w:fill="F2F2F2"/>
            <w:vAlign w:val="center"/>
          </w:tcPr>
          <w:p w14:paraId="017C989A"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委託品を実際に製造・加工する施設名</w:t>
            </w:r>
          </w:p>
        </w:tc>
        <w:tc>
          <w:tcPr>
            <w:tcW w:w="6180" w:type="dxa"/>
            <w:tcBorders>
              <w:top w:val="dashed" w:sz="4" w:space="0" w:color="777777"/>
              <w:left w:val="single" w:sz="4" w:space="0" w:color="777777"/>
              <w:bottom w:val="dashed" w:sz="4" w:space="0" w:color="777777"/>
              <w:right w:val="single" w:sz="4" w:space="0" w:color="777777"/>
            </w:tcBorders>
            <w:vAlign w:val="center"/>
          </w:tcPr>
          <w:p w14:paraId="23F7032B" w14:textId="77777777" w:rsidR="007E510F" w:rsidRPr="00FA3221" w:rsidRDefault="007E510F">
            <w:pPr>
              <w:widowControl w:val="0"/>
              <w:snapToGrid w:val="0"/>
              <w:spacing w:line="280" w:lineRule="exact"/>
              <w:rPr>
                <w:sz w:val="22"/>
                <w:lang w:eastAsia="ja-JP"/>
              </w:rPr>
            </w:pPr>
          </w:p>
        </w:tc>
      </w:tr>
      <w:tr w:rsidR="007E510F" w:rsidRPr="00FA3221" w14:paraId="0BE3487A" w14:textId="77777777" w:rsidTr="00301E44">
        <w:trPr>
          <w:cantSplit/>
          <w:trHeight w:val="600"/>
          <w:jc w:val="center"/>
        </w:trPr>
        <w:tc>
          <w:tcPr>
            <w:tcW w:w="3458" w:type="dxa"/>
            <w:tcBorders>
              <w:top w:val="dashed" w:sz="4" w:space="0" w:color="777777"/>
              <w:bottom w:val="single" w:sz="4" w:space="0" w:color="777777"/>
            </w:tcBorders>
            <w:shd w:val="clear" w:color="auto" w:fill="F2F2F2"/>
            <w:vAlign w:val="center"/>
          </w:tcPr>
          <w:p w14:paraId="24AA8EB5"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上記の製造・加工施設の所在地</w:t>
            </w:r>
          </w:p>
        </w:tc>
        <w:tc>
          <w:tcPr>
            <w:tcW w:w="6180" w:type="dxa"/>
            <w:tcBorders>
              <w:top w:val="dashed" w:sz="4" w:space="0" w:color="777777"/>
              <w:bottom w:val="single" w:sz="4" w:space="0" w:color="777777"/>
            </w:tcBorders>
            <w:vAlign w:val="center"/>
          </w:tcPr>
          <w:p w14:paraId="3E317F09" w14:textId="77777777" w:rsidR="007E510F" w:rsidRPr="00FA3221" w:rsidRDefault="007E510F">
            <w:pPr>
              <w:widowControl w:val="0"/>
              <w:snapToGrid w:val="0"/>
              <w:spacing w:line="280" w:lineRule="exact"/>
              <w:rPr>
                <w:sz w:val="22"/>
                <w:lang w:eastAsia="ja-JP"/>
              </w:rPr>
            </w:pPr>
          </w:p>
        </w:tc>
      </w:tr>
      <w:tr w:rsidR="007E510F" w:rsidRPr="00FA3221" w14:paraId="1DB6C53F" w14:textId="77777777" w:rsidTr="00301E44">
        <w:trPr>
          <w:cantSplit/>
          <w:trHeight w:val="500"/>
          <w:jc w:val="center"/>
        </w:trPr>
        <w:tc>
          <w:tcPr>
            <w:tcW w:w="3458" w:type="dxa"/>
            <w:tcBorders>
              <w:top w:val="single" w:sz="4" w:space="0" w:color="777777"/>
              <w:bottom w:val="dashed" w:sz="4" w:space="0" w:color="777777"/>
            </w:tcBorders>
            <w:shd w:val="clear" w:color="auto" w:fill="F2F2F2"/>
            <w:vAlign w:val="center"/>
          </w:tcPr>
          <w:p w14:paraId="29601962"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沖縄本島外での製造・加工の有無</w:t>
            </w:r>
          </w:p>
        </w:tc>
        <w:tc>
          <w:tcPr>
            <w:tcW w:w="6180" w:type="dxa"/>
            <w:tcBorders>
              <w:top w:val="single" w:sz="4" w:space="0" w:color="777777"/>
              <w:bottom w:val="dashed" w:sz="4" w:space="0" w:color="777777"/>
            </w:tcBorders>
            <w:vAlign w:val="center"/>
          </w:tcPr>
          <w:p w14:paraId="66BA8CC1" w14:textId="77777777" w:rsidR="007E510F" w:rsidRPr="00FA3221" w:rsidRDefault="00CB6FF7">
            <w:pPr>
              <w:widowControl w:val="0"/>
              <w:snapToGrid w:val="0"/>
              <w:spacing w:line="280" w:lineRule="exact"/>
              <w:rPr>
                <w:sz w:val="22"/>
              </w:rPr>
            </w:pPr>
            <w:r w:rsidRPr="00FA3221">
              <w:rPr>
                <w:rFonts w:ascii="ＭＳ ゴシック" w:eastAsia="ＭＳ ゴシック" w:hAnsi="ＭＳ ゴシック"/>
                <w:color w:val="000000"/>
                <w:sz w:val="22"/>
              </w:rPr>
              <w:t xml:space="preserve">□ </w:t>
            </w:r>
            <w:proofErr w:type="spellStart"/>
            <w:r w:rsidRPr="00FA3221">
              <w:rPr>
                <w:rFonts w:ascii="ＭＳ ゴシック" w:eastAsia="ＭＳ ゴシック" w:hAnsi="ＭＳ ゴシック"/>
                <w:color w:val="000000"/>
                <w:sz w:val="22"/>
              </w:rPr>
              <w:t>なし</w:t>
            </w:r>
            <w:proofErr w:type="spellEnd"/>
            <w:r w:rsidRPr="00FA3221">
              <w:rPr>
                <w:rFonts w:ascii="ＭＳ ゴシック" w:eastAsia="ＭＳ ゴシック" w:hAnsi="ＭＳ ゴシック"/>
                <w:color w:val="000000"/>
                <w:sz w:val="22"/>
              </w:rPr>
              <w:t xml:space="preserve">　□ </w:t>
            </w:r>
            <w:proofErr w:type="spellStart"/>
            <w:r w:rsidRPr="00FA3221">
              <w:rPr>
                <w:rFonts w:ascii="ＭＳ ゴシック" w:eastAsia="ＭＳ ゴシック" w:hAnsi="ＭＳ ゴシック"/>
                <w:color w:val="000000"/>
                <w:sz w:val="22"/>
              </w:rPr>
              <w:t>あり</w:t>
            </w:r>
            <w:proofErr w:type="spellEnd"/>
          </w:p>
        </w:tc>
      </w:tr>
      <w:tr w:rsidR="007E510F" w:rsidRPr="00FA3221" w14:paraId="16C894DF" w14:textId="77777777" w:rsidTr="00301E44">
        <w:trPr>
          <w:cantSplit/>
          <w:trHeight w:val="520"/>
          <w:jc w:val="center"/>
        </w:trPr>
        <w:tc>
          <w:tcPr>
            <w:tcW w:w="3458" w:type="dxa"/>
            <w:tcBorders>
              <w:top w:val="dashed" w:sz="4" w:space="0" w:color="777777"/>
              <w:bottom w:val="dashed" w:sz="4" w:space="0" w:color="777777"/>
            </w:tcBorders>
            <w:shd w:val="clear" w:color="auto" w:fill="F2F2F2"/>
            <w:vAlign w:val="center"/>
          </w:tcPr>
          <w:p w14:paraId="07B9C267"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沖縄本島外で行う工程</w:t>
            </w:r>
          </w:p>
        </w:tc>
        <w:tc>
          <w:tcPr>
            <w:tcW w:w="6180" w:type="dxa"/>
            <w:tcBorders>
              <w:top w:val="dashed" w:sz="4" w:space="0" w:color="777777"/>
              <w:bottom w:val="dashed" w:sz="4" w:space="0" w:color="777777"/>
            </w:tcBorders>
            <w:vAlign w:val="center"/>
          </w:tcPr>
          <w:p w14:paraId="7C63ABF3" w14:textId="77777777" w:rsidR="007E510F" w:rsidRPr="00FA3221" w:rsidRDefault="007E510F">
            <w:pPr>
              <w:widowControl w:val="0"/>
              <w:snapToGrid w:val="0"/>
              <w:spacing w:line="280" w:lineRule="exact"/>
              <w:rPr>
                <w:sz w:val="22"/>
                <w:lang w:eastAsia="ja-JP"/>
              </w:rPr>
            </w:pPr>
          </w:p>
        </w:tc>
      </w:tr>
      <w:tr w:rsidR="007E510F" w:rsidRPr="00FA3221" w14:paraId="6B770BB6" w14:textId="77777777" w:rsidTr="00301E44">
        <w:trPr>
          <w:cantSplit/>
          <w:trHeight w:val="800"/>
          <w:jc w:val="center"/>
        </w:trPr>
        <w:tc>
          <w:tcPr>
            <w:tcW w:w="3458" w:type="dxa"/>
            <w:tcBorders>
              <w:top w:val="dashed" w:sz="4" w:space="0" w:color="777777"/>
              <w:bottom w:val="dashed" w:sz="4" w:space="0" w:color="777777"/>
            </w:tcBorders>
            <w:shd w:val="clear" w:color="auto" w:fill="F2F2F2"/>
            <w:vAlign w:val="center"/>
          </w:tcPr>
          <w:p w14:paraId="2803F1C6"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沖縄本島内での製造・加工が困難な理由</w:t>
            </w:r>
          </w:p>
        </w:tc>
        <w:tc>
          <w:tcPr>
            <w:tcW w:w="6180" w:type="dxa"/>
            <w:tcBorders>
              <w:top w:val="dashed" w:sz="4" w:space="0" w:color="777777"/>
              <w:bottom w:val="dashed" w:sz="4" w:space="0" w:color="777777"/>
            </w:tcBorders>
            <w:vAlign w:val="center"/>
          </w:tcPr>
          <w:p w14:paraId="3A5F0CB3" w14:textId="77777777" w:rsidR="007E510F" w:rsidRPr="00FA3221" w:rsidRDefault="007E510F">
            <w:pPr>
              <w:widowControl w:val="0"/>
              <w:snapToGrid w:val="0"/>
              <w:spacing w:line="280" w:lineRule="exact"/>
              <w:rPr>
                <w:sz w:val="22"/>
                <w:lang w:eastAsia="ja-JP"/>
              </w:rPr>
            </w:pPr>
          </w:p>
        </w:tc>
      </w:tr>
      <w:tr w:rsidR="007E510F" w:rsidRPr="00FA3221" w14:paraId="22BBBFA5" w14:textId="77777777" w:rsidTr="00301E44">
        <w:trPr>
          <w:cantSplit/>
          <w:trHeight w:val="700"/>
          <w:jc w:val="center"/>
        </w:trPr>
        <w:tc>
          <w:tcPr>
            <w:tcW w:w="3458" w:type="dxa"/>
            <w:tcBorders>
              <w:top w:val="dashed" w:sz="4" w:space="0" w:color="777777"/>
              <w:bottom w:val="single" w:sz="4" w:space="0" w:color="777777"/>
            </w:tcBorders>
            <w:shd w:val="clear" w:color="auto" w:fill="F2F2F2"/>
            <w:vAlign w:val="center"/>
          </w:tcPr>
          <w:p w14:paraId="51093968"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必要な特殊技術又は設備</w:t>
            </w:r>
            <w:r w:rsidRPr="00C70DD5">
              <w:rPr>
                <w:rFonts w:ascii="ＭＳ ゴシック" w:eastAsia="ＭＳ ゴシック" w:hAnsi="ＭＳ ゴシック"/>
                <w:b/>
                <w:color w:val="000000"/>
                <w:szCs w:val="21"/>
                <w:lang w:eastAsia="ja-JP"/>
              </w:rPr>
              <w:br/>
              <w:t>（本島外での製造・加工の場合）</w:t>
            </w:r>
          </w:p>
        </w:tc>
        <w:tc>
          <w:tcPr>
            <w:tcW w:w="6180" w:type="dxa"/>
            <w:tcBorders>
              <w:top w:val="dashed" w:sz="4" w:space="0" w:color="777777"/>
              <w:bottom w:val="single" w:sz="4" w:space="0" w:color="777777"/>
            </w:tcBorders>
            <w:vAlign w:val="center"/>
          </w:tcPr>
          <w:p w14:paraId="69EC2105" w14:textId="77777777" w:rsidR="007E510F" w:rsidRPr="00FA3221" w:rsidRDefault="007E510F">
            <w:pPr>
              <w:widowControl w:val="0"/>
              <w:snapToGrid w:val="0"/>
              <w:spacing w:line="280" w:lineRule="exact"/>
              <w:rPr>
                <w:sz w:val="22"/>
                <w:lang w:eastAsia="ja-JP"/>
              </w:rPr>
            </w:pPr>
          </w:p>
        </w:tc>
      </w:tr>
      <w:tr w:rsidR="007E510F" w:rsidRPr="00FA3221" w14:paraId="2A11CBCC" w14:textId="77777777" w:rsidTr="00301E44">
        <w:trPr>
          <w:cantSplit/>
          <w:trHeight w:val="500"/>
          <w:jc w:val="center"/>
        </w:trPr>
        <w:tc>
          <w:tcPr>
            <w:tcW w:w="3458" w:type="dxa"/>
            <w:tcBorders>
              <w:top w:val="single" w:sz="4" w:space="0" w:color="777777"/>
            </w:tcBorders>
            <w:shd w:val="clear" w:color="auto" w:fill="F2F2F2"/>
            <w:vAlign w:val="center"/>
          </w:tcPr>
          <w:p w14:paraId="17B3D5F7" w14:textId="77777777" w:rsidR="007E510F" w:rsidRPr="00C70DD5" w:rsidRDefault="00CB6FF7">
            <w:pPr>
              <w:widowControl w:val="0"/>
              <w:snapToGrid w:val="0"/>
              <w:spacing w:line="280" w:lineRule="exact"/>
              <w:rPr>
                <w:b/>
                <w:color w:val="000000"/>
                <w:szCs w:val="21"/>
                <w:lang w:eastAsia="ja-JP"/>
              </w:rPr>
            </w:pPr>
            <w:r w:rsidRPr="00C70DD5">
              <w:rPr>
                <w:rFonts w:ascii="ＭＳ ゴシック" w:eastAsia="ＭＳ ゴシック" w:hAnsi="ＭＳ ゴシック"/>
                <w:b/>
                <w:color w:val="000000"/>
                <w:szCs w:val="21"/>
                <w:lang w:eastAsia="ja-JP"/>
              </w:rPr>
              <w:t>年間生産・供給予定数量（製品）</w:t>
            </w:r>
          </w:p>
        </w:tc>
        <w:tc>
          <w:tcPr>
            <w:tcW w:w="6180" w:type="dxa"/>
            <w:tcBorders>
              <w:top w:val="single" w:sz="4" w:space="0" w:color="777777"/>
            </w:tcBorders>
            <w:vAlign w:val="center"/>
          </w:tcPr>
          <w:p w14:paraId="692420F8" w14:textId="77777777" w:rsidR="007E510F" w:rsidRPr="00FA3221" w:rsidRDefault="00CB6FF7">
            <w:pPr>
              <w:widowControl w:val="0"/>
              <w:snapToGrid w:val="0"/>
              <w:spacing w:line="280" w:lineRule="exact"/>
              <w:rPr>
                <w:sz w:val="22"/>
              </w:rPr>
            </w:pPr>
            <w:proofErr w:type="spellStart"/>
            <w:r w:rsidRPr="00FA3221">
              <w:rPr>
                <w:rFonts w:ascii="ＭＳ ゴシック" w:eastAsia="ＭＳ ゴシック" w:hAnsi="ＭＳ ゴシック"/>
                <w:color w:val="000000"/>
                <w:sz w:val="22"/>
              </w:rPr>
              <w:t>年間</w:t>
            </w:r>
            <w:proofErr w:type="spellEnd"/>
            <w:r w:rsidRPr="00FA3221">
              <w:rPr>
                <w:rFonts w:ascii="ＭＳ ゴシック" w:eastAsia="ＭＳ ゴシック" w:hAnsi="ＭＳ ゴシック"/>
                <w:color w:val="000000"/>
                <w:sz w:val="22"/>
              </w:rPr>
              <w:t xml:space="preserve">　　　　　　　　　　（</w:t>
            </w:r>
            <w:proofErr w:type="spellStart"/>
            <w:r w:rsidRPr="00FA3221">
              <w:rPr>
                <w:rFonts w:ascii="ＭＳ ゴシック" w:eastAsia="ＭＳ ゴシック" w:hAnsi="ＭＳ ゴシック"/>
                <w:color w:val="000000"/>
                <w:sz w:val="22"/>
              </w:rPr>
              <w:t>単位</w:t>
            </w:r>
            <w:proofErr w:type="spellEnd"/>
            <w:r w:rsidRPr="00FA3221">
              <w:rPr>
                <w:rFonts w:ascii="ＭＳ ゴシック" w:eastAsia="ＭＳ ゴシック" w:hAnsi="ＭＳ ゴシック"/>
                <w:color w:val="000000"/>
                <w:sz w:val="22"/>
              </w:rPr>
              <w:t>：　　　　　　）</w:t>
            </w:r>
          </w:p>
        </w:tc>
      </w:tr>
      <w:tr w:rsidR="007E510F" w:rsidRPr="00FA3221" w14:paraId="1D2BD324" w14:textId="77777777">
        <w:trPr>
          <w:cantSplit/>
          <w:trHeight w:val="500"/>
          <w:jc w:val="center"/>
        </w:trPr>
        <w:tc>
          <w:tcPr>
            <w:tcW w:w="3458" w:type="dxa"/>
            <w:shd w:val="clear" w:color="auto" w:fill="F2F2F2"/>
            <w:vAlign w:val="center"/>
          </w:tcPr>
          <w:p w14:paraId="07C414B3"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年間提供予定件数（サービス等）</w:t>
            </w:r>
          </w:p>
        </w:tc>
        <w:tc>
          <w:tcPr>
            <w:tcW w:w="6180" w:type="dxa"/>
            <w:vAlign w:val="center"/>
          </w:tcPr>
          <w:p w14:paraId="085AC45D" w14:textId="77777777" w:rsidR="007E510F" w:rsidRPr="00FA3221" w:rsidRDefault="00CB6FF7">
            <w:pPr>
              <w:widowControl w:val="0"/>
              <w:snapToGrid w:val="0"/>
              <w:spacing w:line="280" w:lineRule="exact"/>
              <w:rPr>
                <w:sz w:val="22"/>
              </w:rPr>
            </w:pPr>
            <w:proofErr w:type="spellStart"/>
            <w:r w:rsidRPr="00FA3221">
              <w:rPr>
                <w:rFonts w:ascii="ＭＳ ゴシック" w:eastAsia="ＭＳ ゴシック" w:hAnsi="ＭＳ ゴシック"/>
                <w:color w:val="000000"/>
                <w:sz w:val="22"/>
              </w:rPr>
              <w:t>年間</w:t>
            </w:r>
            <w:proofErr w:type="spellEnd"/>
            <w:r w:rsidRPr="00FA3221">
              <w:rPr>
                <w:rFonts w:ascii="ＭＳ ゴシック" w:eastAsia="ＭＳ ゴシック" w:hAnsi="ＭＳ ゴシック"/>
                <w:color w:val="000000"/>
                <w:sz w:val="22"/>
              </w:rPr>
              <w:t xml:space="preserve">　　　　　　　　　　件</w:t>
            </w:r>
          </w:p>
        </w:tc>
      </w:tr>
      <w:tr w:rsidR="007E510F" w:rsidRPr="00FA3221" w14:paraId="03088CC3" w14:textId="77777777">
        <w:trPr>
          <w:cantSplit/>
          <w:trHeight w:val="600"/>
          <w:jc w:val="center"/>
        </w:trPr>
        <w:tc>
          <w:tcPr>
            <w:tcW w:w="3458" w:type="dxa"/>
            <w:shd w:val="clear" w:color="auto" w:fill="F2F2F2"/>
            <w:vAlign w:val="center"/>
          </w:tcPr>
          <w:p w14:paraId="354FDE20" w14:textId="3988EBEE"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1回当たりの受入可能人数（サービス等）</w:t>
            </w:r>
          </w:p>
        </w:tc>
        <w:tc>
          <w:tcPr>
            <w:tcW w:w="6180" w:type="dxa"/>
            <w:vAlign w:val="center"/>
          </w:tcPr>
          <w:p w14:paraId="5409477E" w14:textId="77777777" w:rsidR="007E510F" w:rsidRPr="00FA3221" w:rsidRDefault="00CB6FF7">
            <w:pPr>
              <w:widowControl w:val="0"/>
              <w:snapToGrid w:val="0"/>
              <w:spacing w:line="280" w:lineRule="exact"/>
              <w:rPr>
                <w:sz w:val="22"/>
                <w:lang w:eastAsia="ja-JP"/>
              </w:rPr>
            </w:pPr>
            <w:r w:rsidRPr="00FA3221">
              <w:rPr>
                <w:rFonts w:ascii="ＭＳ ゴシック" w:eastAsia="ＭＳ ゴシック" w:hAnsi="ＭＳ ゴシック"/>
                <w:color w:val="000000"/>
                <w:sz w:val="22"/>
                <w:lang w:eastAsia="ja-JP"/>
              </w:rPr>
              <w:t>1回当たり　　　　　　　　人</w:t>
            </w:r>
          </w:p>
        </w:tc>
      </w:tr>
      <w:tr w:rsidR="007E510F" w:rsidRPr="00FA3221" w14:paraId="6C5B4C4B" w14:textId="77777777">
        <w:trPr>
          <w:cantSplit/>
          <w:trHeight w:val="540"/>
          <w:jc w:val="center"/>
        </w:trPr>
        <w:tc>
          <w:tcPr>
            <w:tcW w:w="3458" w:type="dxa"/>
            <w:shd w:val="clear" w:color="auto" w:fill="F2F2F2"/>
            <w:vAlign w:val="center"/>
          </w:tcPr>
          <w:p w14:paraId="7A0CBC19" w14:textId="77777777" w:rsidR="007E510F" w:rsidRPr="00C70DD5" w:rsidRDefault="00CB6FF7">
            <w:pPr>
              <w:widowControl w:val="0"/>
              <w:snapToGrid w:val="0"/>
              <w:spacing w:line="280" w:lineRule="exact"/>
              <w:rPr>
                <w:szCs w:val="21"/>
              </w:rPr>
            </w:pPr>
            <w:proofErr w:type="spellStart"/>
            <w:r w:rsidRPr="00C70DD5">
              <w:rPr>
                <w:rFonts w:ascii="ＭＳ ゴシック" w:eastAsia="ＭＳ ゴシック" w:hAnsi="ＭＳ ゴシック"/>
                <w:b/>
                <w:color w:val="000000"/>
                <w:szCs w:val="21"/>
              </w:rPr>
              <w:t>販売先</w:t>
            </w:r>
            <w:proofErr w:type="spellEnd"/>
          </w:p>
        </w:tc>
        <w:tc>
          <w:tcPr>
            <w:tcW w:w="6180" w:type="dxa"/>
            <w:vAlign w:val="center"/>
          </w:tcPr>
          <w:p w14:paraId="5599122E" w14:textId="77777777" w:rsidR="007E510F" w:rsidRPr="00FA3221" w:rsidRDefault="007E510F">
            <w:pPr>
              <w:widowControl w:val="0"/>
              <w:snapToGrid w:val="0"/>
              <w:spacing w:line="280" w:lineRule="exact"/>
              <w:rPr>
                <w:sz w:val="22"/>
              </w:rPr>
            </w:pPr>
          </w:p>
        </w:tc>
      </w:tr>
      <w:tr w:rsidR="007E510F" w:rsidRPr="00FA3221" w14:paraId="51C2787E" w14:textId="77777777">
        <w:trPr>
          <w:cantSplit/>
          <w:trHeight w:val="540"/>
          <w:jc w:val="center"/>
        </w:trPr>
        <w:tc>
          <w:tcPr>
            <w:tcW w:w="3458" w:type="dxa"/>
            <w:shd w:val="clear" w:color="auto" w:fill="F2F2F2"/>
            <w:vAlign w:val="center"/>
          </w:tcPr>
          <w:p w14:paraId="058AD46F" w14:textId="77777777" w:rsidR="007E510F" w:rsidRPr="00C70DD5" w:rsidRDefault="00CB6FF7">
            <w:pPr>
              <w:widowControl w:val="0"/>
              <w:snapToGrid w:val="0"/>
              <w:spacing w:line="280" w:lineRule="exact"/>
              <w:rPr>
                <w:szCs w:val="21"/>
              </w:rPr>
            </w:pPr>
            <w:proofErr w:type="spellStart"/>
            <w:r w:rsidRPr="00C70DD5">
              <w:rPr>
                <w:rFonts w:ascii="ＭＳ ゴシック" w:eastAsia="ＭＳ ゴシック" w:hAnsi="ＭＳ ゴシック"/>
                <w:b/>
                <w:color w:val="000000"/>
                <w:szCs w:val="21"/>
              </w:rPr>
              <w:t>販売方法</w:t>
            </w:r>
            <w:proofErr w:type="spellEnd"/>
          </w:p>
        </w:tc>
        <w:tc>
          <w:tcPr>
            <w:tcW w:w="6180" w:type="dxa"/>
            <w:vAlign w:val="center"/>
          </w:tcPr>
          <w:p w14:paraId="3A044B1D" w14:textId="77777777" w:rsidR="007E510F" w:rsidRPr="00FA3221" w:rsidRDefault="007E510F">
            <w:pPr>
              <w:widowControl w:val="0"/>
              <w:snapToGrid w:val="0"/>
              <w:spacing w:line="280" w:lineRule="exact"/>
              <w:rPr>
                <w:sz w:val="22"/>
              </w:rPr>
            </w:pPr>
          </w:p>
        </w:tc>
      </w:tr>
      <w:tr w:rsidR="007E510F" w:rsidRPr="00FA3221" w14:paraId="02FE35BE" w14:textId="77777777">
        <w:trPr>
          <w:cantSplit/>
          <w:trHeight w:val="540"/>
          <w:jc w:val="center"/>
        </w:trPr>
        <w:tc>
          <w:tcPr>
            <w:tcW w:w="3458" w:type="dxa"/>
            <w:shd w:val="clear" w:color="auto" w:fill="F2F2F2"/>
            <w:vAlign w:val="center"/>
          </w:tcPr>
          <w:p w14:paraId="2C955543"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サービス等の申込・予約方法</w:t>
            </w:r>
          </w:p>
        </w:tc>
        <w:tc>
          <w:tcPr>
            <w:tcW w:w="6180" w:type="dxa"/>
            <w:vAlign w:val="center"/>
          </w:tcPr>
          <w:p w14:paraId="77F4BCDC" w14:textId="77777777" w:rsidR="007E510F" w:rsidRPr="00FA3221" w:rsidRDefault="007E510F">
            <w:pPr>
              <w:widowControl w:val="0"/>
              <w:snapToGrid w:val="0"/>
              <w:spacing w:line="280" w:lineRule="exact"/>
              <w:rPr>
                <w:sz w:val="22"/>
                <w:lang w:eastAsia="ja-JP"/>
              </w:rPr>
            </w:pPr>
          </w:p>
        </w:tc>
      </w:tr>
      <w:tr w:rsidR="007E510F" w:rsidRPr="00FA3221" w14:paraId="25C7EA44" w14:textId="77777777">
        <w:trPr>
          <w:cantSplit/>
          <w:trHeight w:val="540"/>
          <w:jc w:val="center"/>
        </w:trPr>
        <w:tc>
          <w:tcPr>
            <w:tcW w:w="3458" w:type="dxa"/>
            <w:shd w:val="clear" w:color="auto" w:fill="F2F2F2"/>
            <w:vAlign w:val="center"/>
          </w:tcPr>
          <w:p w14:paraId="6D606A33" w14:textId="77777777" w:rsidR="007E510F" w:rsidRPr="00C70DD5" w:rsidRDefault="00CB6FF7">
            <w:pPr>
              <w:widowControl w:val="0"/>
              <w:snapToGrid w:val="0"/>
              <w:spacing w:line="280" w:lineRule="exact"/>
              <w:rPr>
                <w:szCs w:val="21"/>
                <w:lang w:eastAsia="ja-JP"/>
              </w:rPr>
            </w:pPr>
            <w:r w:rsidRPr="00C70DD5">
              <w:rPr>
                <w:rFonts w:ascii="ＭＳ ゴシック" w:eastAsia="ＭＳ ゴシック" w:hAnsi="ＭＳ ゴシック"/>
                <w:b/>
                <w:color w:val="000000"/>
                <w:szCs w:val="21"/>
                <w:lang w:eastAsia="ja-JP"/>
              </w:rPr>
              <w:t>サービス等の提供方法</w:t>
            </w:r>
          </w:p>
        </w:tc>
        <w:tc>
          <w:tcPr>
            <w:tcW w:w="6180" w:type="dxa"/>
            <w:vAlign w:val="center"/>
          </w:tcPr>
          <w:p w14:paraId="26D71EDE" w14:textId="77777777" w:rsidR="007E510F" w:rsidRPr="00FA3221" w:rsidRDefault="007E510F">
            <w:pPr>
              <w:widowControl w:val="0"/>
              <w:snapToGrid w:val="0"/>
              <w:spacing w:line="280" w:lineRule="exact"/>
              <w:rPr>
                <w:sz w:val="22"/>
                <w:lang w:eastAsia="ja-JP"/>
              </w:rPr>
            </w:pPr>
          </w:p>
        </w:tc>
      </w:tr>
    </w:tbl>
    <w:p w14:paraId="0172EE5A" w14:textId="77777777" w:rsidR="007E510F" w:rsidRDefault="007E510F">
      <w:pPr>
        <w:keepNext/>
        <w:pageBreakBefore/>
        <w:widowControl w:val="0"/>
        <w:snapToGrid w:val="0"/>
        <w:spacing w:line="20" w:lineRule="exact"/>
        <w:rPr>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63485313" w14:textId="77777777">
        <w:trPr>
          <w:cantSplit/>
          <w:trHeight w:val="520"/>
          <w:jc w:val="center"/>
        </w:trPr>
        <w:tc>
          <w:tcPr>
            <w:tcW w:w="9638" w:type="dxa"/>
            <w:shd w:val="clear" w:color="auto" w:fill="E7E7E7"/>
            <w:vAlign w:val="center"/>
          </w:tcPr>
          <w:p w14:paraId="312E964A" w14:textId="77777777" w:rsidR="007E510F" w:rsidRDefault="00CB6FF7">
            <w:pPr>
              <w:widowControl w:val="0"/>
              <w:snapToGrid w:val="0"/>
              <w:spacing w:line="320" w:lineRule="exact"/>
              <w:rPr>
                <w:lang w:eastAsia="ja-JP"/>
              </w:rPr>
            </w:pPr>
            <w:r>
              <w:rPr>
                <w:rFonts w:ascii="ＭＳ ゴシック" w:eastAsia="ＭＳ ゴシック" w:hAnsi="ＭＳ ゴシック"/>
                <w:b/>
                <w:color w:val="000000"/>
                <w:sz w:val="23"/>
                <w:lang w:eastAsia="ja-JP"/>
              </w:rPr>
              <w:t>4　法令、安全及び品質管理に関する事項（1／2）</w:t>
            </w:r>
          </w:p>
        </w:tc>
      </w:tr>
    </w:tbl>
    <w:p w14:paraId="68A7DC19" w14:textId="77777777" w:rsidR="007E510F" w:rsidRDefault="007E510F">
      <w:pPr>
        <w:widowControl w:val="0"/>
        <w:snapToGrid w:val="0"/>
        <w:spacing w:line="100" w:lineRule="exact"/>
        <w:rPr>
          <w:lang w:eastAsia="ja-JP"/>
        </w:rPr>
      </w:pPr>
    </w:p>
    <w:p w14:paraId="0AB3ABAA" w14:textId="77777777" w:rsidR="007E510F" w:rsidRPr="00BF5138" w:rsidRDefault="00CB6FF7">
      <w:pPr>
        <w:keepNext/>
        <w:widowControl w:val="0"/>
        <w:snapToGrid w:val="0"/>
        <w:spacing w:before="100" w:after="60" w:line="280" w:lineRule="exact"/>
        <w:rPr>
          <w:sz w:val="24"/>
          <w:szCs w:val="28"/>
          <w:lang w:eastAsia="ja-JP"/>
        </w:rPr>
      </w:pPr>
      <w:r w:rsidRPr="00BF5138">
        <w:rPr>
          <w:rFonts w:ascii="ＭＳ ゴシック" w:eastAsia="ＭＳ ゴシック" w:hAnsi="ＭＳ ゴシック"/>
          <w:b/>
          <w:color w:val="000000"/>
          <w:sz w:val="24"/>
          <w:szCs w:val="28"/>
          <w:lang w:eastAsia="ja-JP"/>
        </w:rPr>
        <w:t>（1）許認可等・保険・権利の確認【共通】</w:t>
      </w:r>
    </w:p>
    <w:p w14:paraId="29CD408C" w14:textId="77777777" w:rsidR="007E510F" w:rsidRPr="00BF5138" w:rsidRDefault="00CB6FF7">
      <w:pPr>
        <w:widowControl w:val="0"/>
        <w:snapToGrid w:val="0"/>
        <w:spacing w:after="60" w:line="260" w:lineRule="exact"/>
        <w:rPr>
          <w:sz w:val="28"/>
          <w:szCs w:val="32"/>
          <w:lang w:eastAsia="ja-JP"/>
        </w:rPr>
      </w:pPr>
      <w:r w:rsidRPr="00BF5138">
        <w:rPr>
          <w:rFonts w:ascii="ＭＳ ゴシック" w:eastAsia="ＭＳ ゴシック" w:hAnsi="ＭＳ ゴシック"/>
          <w:color w:val="000000"/>
          <w:sz w:val="22"/>
          <w:szCs w:val="32"/>
          <w:lang w:eastAsia="ja-JP"/>
        </w:rPr>
        <w:t>許認可等が複数ある場合は、以下の項目ごとに別紙を添付してください。取得前・確認中の場合は、事務局にご相談ください。</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rsidRPr="00BF5138" w14:paraId="2DB1B924" w14:textId="77777777" w:rsidTr="00982B95">
        <w:trPr>
          <w:cantSplit/>
          <w:trHeight w:val="540"/>
          <w:jc w:val="center"/>
        </w:trPr>
        <w:tc>
          <w:tcPr>
            <w:tcW w:w="3458" w:type="dxa"/>
            <w:shd w:val="clear" w:color="auto" w:fill="F2F2F2"/>
            <w:vAlign w:val="center"/>
          </w:tcPr>
          <w:p w14:paraId="4231FFA5" w14:textId="77777777" w:rsidR="007E510F" w:rsidRPr="00BF5138" w:rsidRDefault="00CB6FF7">
            <w:pPr>
              <w:widowControl w:val="0"/>
              <w:snapToGrid w:val="0"/>
              <w:spacing w:line="280" w:lineRule="exact"/>
              <w:rPr>
                <w:szCs w:val="21"/>
                <w:lang w:eastAsia="ja-JP"/>
              </w:rPr>
            </w:pPr>
            <w:r w:rsidRPr="00BF5138">
              <w:rPr>
                <w:rFonts w:ascii="ＭＳ ゴシック" w:eastAsia="ＭＳ ゴシック" w:hAnsi="ＭＳ ゴシック"/>
                <w:b/>
                <w:color w:val="000000"/>
                <w:szCs w:val="21"/>
                <w:lang w:eastAsia="ja-JP"/>
              </w:rPr>
              <w:t>必要な許認可等の取得状況</w:t>
            </w:r>
          </w:p>
        </w:tc>
        <w:tc>
          <w:tcPr>
            <w:tcW w:w="6181" w:type="dxa"/>
            <w:vAlign w:val="center"/>
          </w:tcPr>
          <w:p w14:paraId="13292D0B" w14:textId="655BAFD6" w:rsidR="007E510F" w:rsidRPr="00BF5138"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368105416"/>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不要　</w:t>
            </w:r>
            <w:r w:rsidR="000827A8" w:rsidRPr="00BF5138">
              <w:rPr>
                <w:rFonts w:ascii="ＭＳ ゴシック" w:eastAsia="ＭＳ ゴシック" w:hAnsi="ＭＳ ゴシック" w:hint="eastAsia"/>
                <w:color w:val="000000"/>
                <w:sz w:val="22"/>
                <w:lang w:eastAsia="ja-JP"/>
              </w:rPr>
              <w:t xml:space="preserve">   </w:t>
            </w:r>
            <w:sdt>
              <w:sdtPr>
                <w:rPr>
                  <w:rFonts w:ascii="ＭＳ ゴシック" w:eastAsia="ＭＳ ゴシック" w:hAnsi="ＭＳ ゴシック"/>
                  <w:color w:val="000000"/>
                  <w:sz w:val="22"/>
                  <w:lang w:eastAsia="ja-JP"/>
                </w:rPr>
                <w:id w:val="-267395292"/>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取得済み　</w:t>
            </w:r>
          </w:p>
        </w:tc>
      </w:tr>
      <w:tr w:rsidR="007E510F" w:rsidRPr="00BF5138" w14:paraId="79572202" w14:textId="77777777" w:rsidTr="00982B95">
        <w:trPr>
          <w:cantSplit/>
          <w:trHeight w:val="480"/>
          <w:jc w:val="center"/>
        </w:trPr>
        <w:tc>
          <w:tcPr>
            <w:tcW w:w="3458" w:type="dxa"/>
            <w:shd w:val="clear" w:color="auto" w:fill="F2F2F2"/>
            <w:vAlign w:val="center"/>
          </w:tcPr>
          <w:p w14:paraId="1618721F" w14:textId="77777777" w:rsidR="007E510F" w:rsidRPr="00BF5138" w:rsidRDefault="00CB6FF7">
            <w:pPr>
              <w:widowControl w:val="0"/>
              <w:snapToGrid w:val="0"/>
              <w:spacing w:line="280" w:lineRule="exact"/>
              <w:rPr>
                <w:szCs w:val="21"/>
              </w:rPr>
            </w:pPr>
            <w:proofErr w:type="spellStart"/>
            <w:r w:rsidRPr="00BF5138">
              <w:rPr>
                <w:rFonts w:ascii="ＭＳ ゴシック" w:eastAsia="ＭＳ ゴシック" w:hAnsi="ＭＳ ゴシック"/>
                <w:b/>
                <w:color w:val="000000"/>
                <w:szCs w:val="21"/>
              </w:rPr>
              <w:t>許認可等の名称</w:t>
            </w:r>
            <w:proofErr w:type="spellEnd"/>
          </w:p>
        </w:tc>
        <w:tc>
          <w:tcPr>
            <w:tcW w:w="6181" w:type="dxa"/>
            <w:vAlign w:val="center"/>
          </w:tcPr>
          <w:p w14:paraId="42DED326" w14:textId="77777777" w:rsidR="007E510F" w:rsidRPr="00BF5138" w:rsidRDefault="007E510F">
            <w:pPr>
              <w:widowControl w:val="0"/>
              <w:snapToGrid w:val="0"/>
              <w:spacing w:line="280" w:lineRule="exact"/>
              <w:rPr>
                <w:sz w:val="22"/>
              </w:rPr>
            </w:pPr>
          </w:p>
        </w:tc>
      </w:tr>
      <w:tr w:rsidR="007E510F" w:rsidRPr="00BF5138" w14:paraId="724393CE" w14:textId="77777777" w:rsidTr="00982B95">
        <w:trPr>
          <w:cantSplit/>
          <w:trHeight w:val="640"/>
          <w:jc w:val="center"/>
        </w:trPr>
        <w:tc>
          <w:tcPr>
            <w:tcW w:w="3458" w:type="dxa"/>
            <w:shd w:val="clear" w:color="auto" w:fill="F2F2F2"/>
            <w:vAlign w:val="center"/>
          </w:tcPr>
          <w:p w14:paraId="1EC09253" w14:textId="77777777" w:rsidR="007E510F" w:rsidRPr="00BF5138" w:rsidRDefault="00CB6FF7">
            <w:pPr>
              <w:widowControl w:val="0"/>
              <w:snapToGrid w:val="0"/>
              <w:spacing w:line="280" w:lineRule="exact"/>
              <w:rPr>
                <w:szCs w:val="21"/>
                <w:lang w:eastAsia="ja-JP"/>
              </w:rPr>
            </w:pPr>
            <w:r w:rsidRPr="00BF5138">
              <w:rPr>
                <w:rFonts w:ascii="ＭＳ ゴシック" w:eastAsia="ＭＳ ゴシック" w:hAnsi="ＭＳ ゴシック"/>
                <w:b/>
                <w:color w:val="000000"/>
                <w:szCs w:val="21"/>
                <w:lang w:eastAsia="ja-JP"/>
              </w:rPr>
              <w:t>許認可等の名義人</w:t>
            </w:r>
            <w:r w:rsidRPr="00BF5138">
              <w:rPr>
                <w:rFonts w:ascii="ＭＳ ゴシック" w:eastAsia="ＭＳ ゴシック" w:hAnsi="ＭＳ ゴシック"/>
                <w:b/>
                <w:color w:val="000000"/>
                <w:szCs w:val="21"/>
                <w:lang w:eastAsia="ja-JP"/>
              </w:rPr>
              <w:br/>
              <w:t>（申請者又は委託先等）</w:t>
            </w:r>
          </w:p>
        </w:tc>
        <w:tc>
          <w:tcPr>
            <w:tcW w:w="6181" w:type="dxa"/>
            <w:vAlign w:val="center"/>
          </w:tcPr>
          <w:p w14:paraId="5CBA4DB2" w14:textId="77777777" w:rsidR="007E510F" w:rsidRPr="00BF5138" w:rsidRDefault="007E510F">
            <w:pPr>
              <w:widowControl w:val="0"/>
              <w:snapToGrid w:val="0"/>
              <w:spacing w:line="280" w:lineRule="exact"/>
              <w:rPr>
                <w:sz w:val="22"/>
                <w:lang w:eastAsia="ja-JP"/>
              </w:rPr>
            </w:pPr>
          </w:p>
        </w:tc>
      </w:tr>
      <w:tr w:rsidR="007E510F" w:rsidRPr="00BF5138" w14:paraId="6E3A47F0" w14:textId="77777777" w:rsidTr="00982B95">
        <w:trPr>
          <w:cantSplit/>
          <w:trHeight w:val="480"/>
          <w:jc w:val="center"/>
        </w:trPr>
        <w:tc>
          <w:tcPr>
            <w:tcW w:w="3458" w:type="dxa"/>
            <w:shd w:val="clear" w:color="auto" w:fill="F2F2F2"/>
            <w:vAlign w:val="center"/>
          </w:tcPr>
          <w:p w14:paraId="258A467D" w14:textId="77777777" w:rsidR="007E510F" w:rsidRPr="00BF5138" w:rsidRDefault="00CB6FF7">
            <w:pPr>
              <w:widowControl w:val="0"/>
              <w:snapToGrid w:val="0"/>
              <w:spacing w:line="280" w:lineRule="exact"/>
              <w:rPr>
                <w:szCs w:val="21"/>
              </w:rPr>
            </w:pPr>
            <w:proofErr w:type="spellStart"/>
            <w:r w:rsidRPr="00BF5138">
              <w:rPr>
                <w:rFonts w:ascii="ＭＳ ゴシック" w:eastAsia="ＭＳ ゴシック" w:hAnsi="ＭＳ ゴシック"/>
                <w:b/>
                <w:color w:val="000000"/>
                <w:szCs w:val="21"/>
              </w:rPr>
              <w:t>許認可等の番号</w:t>
            </w:r>
            <w:proofErr w:type="spellEnd"/>
          </w:p>
        </w:tc>
        <w:tc>
          <w:tcPr>
            <w:tcW w:w="6181" w:type="dxa"/>
            <w:vAlign w:val="center"/>
          </w:tcPr>
          <w:p w14:paraId="44BEFE9B" w14:textId="77777777" w:rsidR="007E510F" w:rsidRPr="00BF5138" w:rsidRDefault="007E510F">
            <w:pPr>
              <w:widowControl w:val="0"/>
              <w:snapToGrid w:val="0"/>
              <w:spacing w:line="280" w:lineRule="exact"/>
              <w:rPr>
                <w:sz w:val="22"/>
              </w:rPr>
            </w:pPr>
          </w:p>
        </w:tc>
      </w:tr>
      <w:tr w:rsidR="007E510F" w:rsidRPr="00BF5138" w14:paraId="07A36CF2" w14:textId="77777777" w:rsidTr="00982B95">
        <w:trPr>
          <w:cantSplit/>
          <w:trHeight w:val="500"/>
          <w:jc w:val="center"/>
        </w:trPr>
        <w:tc>
          <w:tcPr>
            <w:tcW w:w="3458" w:type="dxa"/>
            <w:shd w:val="clear" w:color="auto" w:fill="F2F2F2"/>
            <w:vAlign w:val="center"/>
          </w:tcPr>
          <w:p w14:paraId="4CE6B4E7" w14:textId="77777777" w:rsidR="007E510F" w:rsidRPr="00BF5138" w:rsidRDefault="00CB6FF7">
            <w:pPr>
              <w:widowControl w:val="0"/>
              <w:snapToGrid w:val="0"/>
              <w:spacing w:line="280" w:lineRule="exact"/>
              <w:rPr>
                <w:szCs w:val="21"/>
              </w:rPr>
            </w:pPr>
            <w:proofErr w:type="spellStart"/>
            <w:r w:rsidRPr="00BF5138">
              <w:rPr>
                <w:rFonts w:ascii="ＭＳ ゴシック" w:eastAsia="ＭＳ ゴシック" w:hAnsi="ＭＳ ゴシック"/>
                <w:b/>
                <w:color w:val="000000"/>
                <w:szCs w:val="21"/>
              </w:rPr>
              <w:t>有効期限</w:t>
            </w:r>
            <w:proofErr w:type="spellEnd"/>
          </w:p>
        </w:tc>
        <w:tc>
          <w:tcPr>
            <w:tcW w:w="6181" w:type="dxa"/>
            <w:vAlign w:val="center"/>
          </w:tcPr>
          <w:p w14:paraId="49B6DF5A" w14:textId="0316FA24" w:rsidR="007E510F" w:rsidRPr="00BF5138" w:rsidRDefault="00CB6FF7">
            <w:pPr>
              <w:widowControl w:val="0"/>
              <w:snapToGrid w:val="0"/>
              <w:spacing w:line="280" w:lineRule="exact"/>
              <w:rPr>
                <w:sz w:val="22"/>
                <w:lang w:eastAsia="ja-JP"/>
              </w:rPr>
            </w:pPr>
            <w:r w:rsidRPr="00BF5138">
              <w:rPr>
                <w:rFonts w:ascii="ＭＳ ゴシック" w:eastAsia="ＭＳ ゴシック" w:hAnsi="ＭＳ ゴシック"/>
                <w:color w:val="000000"/>
                <w:sz w:val="22"/>
                <w:lang w:eastAsia="ja-JP"/>
              </w:rPr>
              <w:t xml:space="preserve">　　　　年　　　月　　　日　／　</w:t>
            </w:r>
            <w:sdt>
              <w:sdtPr>
                <w:rPr>
                  <w:rFonts w:ascii="ＭＳ ゴシック" w:eastAsia="ＭＳ ゴシック" w:hAnsi="ＭＳ ゴシック"/>
                  <w:color w:val="000000"/>
                  <w:sz w:val="22"/>
                  <w:lang w:eastAsia="ja-JP"/>
                </w:rPr>
                <w:id w:val="572165001"/>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325C34" w:rsidRPr="00BF5138">
              <w:rPr>
                <w:rFonts w:ascii="ＭＳ ゴシック" w:eastAsia="ＭＳ ゴシック" w:hAnsi="ＭＳ ゴシック" w:hint="eastAsia"/>
                <w:color w:val="000000"/>
                <w:sz w:val="22"/>
                <w:lang w:eastAsia="ja-JP"/>
              </w:rPr>
              <w:t xml:space="preserve"> </w:t>
            </w:r>
            <w:r w:rsidRPr="00BF5138">
              <w:rPr>
                <w:rFonts w:ascii="ＭＳ ゴシック" w:eastAsia="ＭＳ ゴシック" w:hAnsi="ＭＳ ゴシック"/>
                <w:color w:val="000000"/>
                <w:sz w:val="22"/>
                <w:lang w:eastAsia="ja-JP"/>
              </w:rPr>
              <w:t>期限なし</w:t>
            </w:r>
          </w:p>
        </w:tc>
      </w:tr>
      <w:tr w:rsidR="007E510F" w:rsidRPr="00BF5138" w14:paraId="73900097" w14:textId="77777777" w:rsidTr="00982B95">
        <w:trPr>
          <w:cantSplit/>
          <w:trHeight w:val="540"/>
          <w:jc w:val="center"/>
        </w:trPr>
        <w:tc>
          <w:tcPr>
            <w:tcW w:w="3458" w:type="dxa"/>
            <w:shd w:val="clear" w:color="auto" w:fill="F2F2F2"/>
            <w:vAlign w:val="center"/>
          </w:tcPr>
          <w:p w14:paraId="18106B31" w14:textId="77777777" w:rsidR="007E510F" w:rsidRPr="00BF5138" w:rsidRDefault="00CB6FF7">
            <w:pPr>
              <w:widowControl w:val="0"/>
              <w:snapToGrid w:val="0"/>
              <w:spacing w:line="280" w:lineRule="exact"/>
              <w:rPr>
                <w:szCs w:val="21"/>
                <w:lang w:eastAsia="ja-JP"/>
              </w:rPr>
            </w:pPr>
            <w:r w:rsidRPr="00BF5138">
              <w:rPr>
                <w:rFonts w:ascii="ＭＳ ゴシック" w:eastAsia="ＭＳ ゴシック" w:hAnsi="ＭＳ ゴシック"/>
                <w:b/>
                <w:color w:val="000000"/>
                <w:szCs w:val="21"/>
                <w:lang w:eastAsia="ja-JP"/>
              </w:rPr>
              <w:t>保険加入の状況（複数選択可）</w:t>
            </w:r>
          </w:p>
        </w:tc>
        <w:tc>
          <w:tcPr>
            <w:tcW w:w="6181" w:type="dxa"/>
            <w:vAlign w:val="center"/>
          </w:tcPr>
          <w:p w14:paraId="48ED057A" w14:textId="3D19EF42" w:rsidR="002F6BE5" w:rsidRPr="00BF5138" w:rsidRDefault="00000000">
            <w:pPr>
              <w:widowControl w:val="0"/>
              <w:snapToGrid w:val="0"/>
              <w:spacing w:line="280" w:lineRule="exact"/>
              <w:rPr>
                <w:color w:val="000000"/>
                <w:sz w:val="22"/>
                <w:lang w:eastAsia="ja-JP"/>
              </w:rPr>
            </w:pPr>
            <w:sdt>
              <w:sdtPr>
                <w:rPr>
                  <w:rFonts w:ascii="ＭＳ ゴシック" w:eastAsia="ＭＳ ゴシック" w:hAnsi="ＭＳ ゴシック"/>
                  <w:color w:val="000000"/>
                  <w:sz w:val="22"/>
                  <w:lang w:eastAsia="ja-JP"/>
                </w:rPr>
                <w:id w:val="-137493988"/>
                <w14:checkbox>
                  <w14:checked w14:val="0"/>
                  <w14:checkedState w14:val="2611" w14:font="Segoe UI Symbol"/>
                  <w14:uncheckedState w14:val="2610" w14:font="ＭＳ ゴシック"/>
                </w14:checkbox>
              </w:sdtPr>
              <w:sdtContent>
                <w:r w:rsidR="003C3910">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PL保険　</w:t>
            </w:r>
            <w:r w:rsidR="002F6BE5" w:rsidRPr="00BF5138">
              <w:rPr>
                <w:rFonts w:ascii="ＭＳ ゴシック" w:eastAsia="ＭＳ ゴシック" w:hAnsi="ＭＳ ゴシック" w:hint="eastAsia"/>
                <w:color w:val="000000"/>
                <w:sz w:val="22"/>
                <w:lang w:eastAsia="ja-JP"/>
              </w:rPr>
              <w:t xml:space="preserve">　</w:t>
            </w:r>
            <w:sdt>
              <w:sdtPr>
                <w:rPr>
                  <w:rFonts w:ascii="ＭＳ ゴシック" w:eastAsia="ＭＳ ゴシック" w:hAnsi="ＭＳ ゴシック"/>
                  <w:color w:val="000000"/>
                  <w:sz w:val="22"/>
                  <w:lang w:eastAsia="ja-JP"/>
                </w:rPr>
                <w:id w:val="-1191987809"/>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賠償責任保険</w:t>
            </w:r>
          </w:p>
          <w:p w14:paraId="47F7E885" w14:textId="2811D790" w:rsidR="002F6BE5" w:rsidRPr="00BF5138" w:rsidRDefault="00000000">
            <w:pPr>
              <w:widowControl w:val="0"/>
              <w:snapToGrid w:val="0"/>
              <w:spacing w:line="280" w:lineRule="exact"/>
              <w:rPr>
                <w:color w:val="000000"/>
                <w:sz w:val="22"/>
                <w:lang w:eastAsia="ja-JP"/>
              </w:rPr>
            </w:pPr>
            <w:sdt>
              <w:sdtPr>
                <w:rPr>
                  <w:rFonts w:ascii="ＭＳ ゴシック" w:eastAsia="ＭＳ ゴシック" w:hAnsi="ＭＳ ゴシック"/>
                  <w:color w:val="000000"/>
                  <w:sz w:val="22"/>
                  <w:lang w:eastAsia="ja-JP"/>
                </w:rPr>
                <w:id w:val="-1536042838"/>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その他</w:t>
            </w:r>
            <w:r w:rsidR="002F6BE5" w:rsidRPr="00BF5138">
              <w:rPr>
                <w:rFonts w:ascii="ＭＳ ゴシック" w:eastAsia="ＭＳ ゴシック" w:hAnsi="ＭＳ ゴシック" w:hint="eastAsia"/>
                <w:color w:val="000000"/>
                <w:sz w:val="22"/>
                <w:lang w:eastAsia="ja-JP"/>
              </w:rPr>
              <w:t>（　　　　　　　　）</w:t>
            </w:r>
          </w:p>
          <w:p w14:paraId="0CA00FEF" w14:textId="56F6DC7F" w:rsidR="007E510F" w:rsidRPr="00BF5138"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985673728"/>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加入なし</w:t>
            </w:r>
          </w:p>
        </w:tc>
      </w:tr>
      <w:tr w:rsidR="007E510F" w:rsidRPr="00BF5138" w14:paraId="1AA4D111" w14:textId="77777777" w:rsidTr="00982B95">
        <w:trPr>
          <w:cantSplit/>
          <w:trHeight w:val="680"/>
          <w:jc w:val="center"/>
        </w:trPr>
        <w:tc>
          <w:tcPr>
            <w:tcW w:w="3458" w:type="dxa"/>
            <w:shd w:val="clear" w:color="auto" w:fill="F2F2F2"/>
            <w:vAlign w:val="center"/>
          </w:tcPr>
          <w:p w14:paraId="7673869B" w14:textId="77777777" w:rsidR="007E510F" w:rsidRPr="00BF5138" w:rsidRDefault="00CB6FF7">
            <w:pPr>
              <w:widowControl w:val="0"/>
              <w:snapToGrid w:val="0"/>
              <w:spacing w:line="280" w:lineRule="exact"/>
              <w:rPr>
                <w:szCs w:val="21"/>
                <w:lang w:eastAsia="ja-JP"/>
              </w:rPr>
            </w:pPr>
            <w:r w:rsidRPr="00BF5138">
              <w:rPr>
                <w:rFonts w:ascii="ＭＳ ゴシック" w:eastAsia="ＭＳ ゴシック" w:hAnsi="ＭＳ ゴシック"/>
                <w:b/>
                <w:color w:val="000000"/>
                <w:szCs w:val="21"/>
                <w:lang w:eastAsia="ja-JP"/>
              </w:rPr>
              <w:t>商品名・パッケージ等の商標に関する確認状況</w:t>
            </w:r>
          </w:p>
        </w:tc>
        <w:tc>
          <w:tcPr>
            <w:tcW w:w="6181" w:type="dxa"/>
            <w:vAlign w:val="center"/>
          </w:tcPr>
          <w:p w14:paraId="48FFDBEC" w14:textId="16B617A3" w:rsidR="007E510F" w:rsidRPr="00BF5138"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252717254"/>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確認済み　</w:t>
            </w:r>
            <w:sdt>
              <w:sdtPr>
                <w:rPr>
                  <w:rFonts w:ascii="ＭＳ ゴシック" w:eastAsia="ＭＳ ゴシック" w:hAnsi="ＭＳ ゴシック"/>
                  <w:color w:val="000000"/>
                  <w:sz w:val="22"/>
                  <w:lang w:eastAsia="ja-JP"/>
                </w:rPr>
                <w:id w:val="1377663636"/>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確認中　</w:t>
            </w:r>
            <w:sdt>
              <w:sdtPr>
                <w:rPr>
                  <w:rFonts w:ascii="ＭＳ ゴシック" w:eastAsia="ＭＳ ゴシック" w:hAnsi="ＭＳ ゴシック"/>
                  <w:color w:val="000000"/>
                  <w:sz w:val="22"/>
                  <w:lang w:eastAsia="ja-JP"/>
                </w:rPr>
                <w:id w:val="-126945063"/>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未確認　</w:t>
            </w:r>
            <w:sdt>
              <w:sdtPr>
                <w:rPr>
                  <w:rFonts w:ascii="ＭＳ ゴシック" w:eastAsia="ＭＳ ゴシック" w:hAnsi="ＭＳ ゴシック"/>
                  <w:color w:val="000000"/>
                  <w:sz w:val="22"/>
                  <w:lang w:eastAsia="ja-JP"/>
                </w:rPr>
                <w:id w:val="736358851"/>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該当なし</w:t>
            </w:r>
          </w:p>
        </w:tc>
      </w:tr>
      <w:tr w:rsidR="007E510F" w:rsidRPr="00BF5138" w14:paraId="736CD0DB" w14:textId="77777777" w:rsidTr="00982B95">
        <w:trPr>
          <w:cantSplit/>
          <w:trHeight w:val="680"/>
          <w:jc w:val="center"/>
        </w:trPr>
        <w:tc>
          <w:tcPr>
            <w:tcW w:w="3458" w:type="dxa"/>
            <w:shd w:val="clear" w:color="auto" w:fill="F2F2F2"/>
            <w:vAlign w:val="center"/>
          </w:tcPr>
          <w:p w14:paraId="3FF534F8" w14:textId="77777777" w:rsidR="007E510F" w:rsidRPr="00BF5138" w:rsidRDefault="00CB6FF7">
            <w:pPr>
              <w:widowControl w:val="0"/>
              <w:snapToGrid w:val="0"/>
              <w:spacing w:line="280" w:lineRule="exact"/>
              <w:rPr>
                <w:szCs w:val="21"/>
                <w:lang w:eastAsia="ja-JP"/>
              </w:rPr>
            </w:pPr>
            <w:r w:rsidRPr="00BF5138">
              <w:rPr>
                <w:rFonts w:ascii="ＭＳ ゴシック" w:eastAsia="ＭＳ ゴシック" w:hAnsi="ＭＳ ゴシック"/>
                <w:b/>
                <w:color w:val="000000"/>
                <w:szCs w:val="21"/>
                <w:lang w:eastAsia="ja-JP"/>
              </w:rPr>
              <w:t>他者の名称・ロゴ・画像等を使用する場合の許諾状況</w:t>
            </w:r>
          </w:p>
        </w:tc>
        <w:tc>
          <w:tcPr>
            <w:tcW w:w="6181" w:type="dxa"/>
            <w:vAlign w:val="center"/>
          </w:tcPr>
          <w:p w14:paraId="3CFDE5FC" w14:textId="3BA77A9D" w:rsidR="007E510F" w:rsidRPr="00BF5138"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821433805"/>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許諾取得済み　</w:t>
            </w:r>
            <w:sdt>
              <w:sdtPr>
                <w:rPr>
                  <w:rFonts w:ascii="ＭＳ ゴシック" w:eastAsia="ＭＳ ゴシック" w:hAnsi="ＭＳ ゴシック"/>
                  <w:color w:val="000000"/>
                  <w:sz w:val="22"/>
                  <w:lang w:eastAsia="ja-JP"/>
                </w:rPr>
                <w:id w:val="533694617"/>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確認中　</w:t>
            </w:r>
            <w:sdt>
              <w:sdtPr>
                <w:rPr>
                  <w:rFonts w:ascii="ＭＳ ゴシック" w:eastAsia="ＭＳ ゴシック" w:hAnsi="ＭＳ ゴシック"/>
                  <w:color w:val="000000"/>
                  <w:sz w:val="22"/>
                  <w:lang w:eastAsia="ja-JP"/>
                </w:rPr>
                <w:id w:val="-2100707266"/>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未取得　</w:t>
            </w:r>
            <w:sdt>
              <w:sdtPr>
                <w:rPr>
                  <w:rFonts w:ascii="ＭＳ ゴシック" w:eastAsia="ＭＳ ゴシック" w:hAnsi="ＭＳ ゴシック"/>
                  <w:color w:val="000000"/>
                  <w:sz w:val="22"/>
                  <w:lang w:eastAsia="ja-JP"/>
                </w:rPr>
                <w:id w:val="171542833"/>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lang w:eastAsia="ja-JP"/>
                  </w:rPr>
                  <w:t>☐</w:t>
                </w:r>
              </w:sdtContent>
            </w:sdt>
            <w:r w:rsidR="00CB6FF7" w:rsidRPr="00BF5138">
              <w:rPr>
                <w:rFonts w:ascii="ＭＳ ゴシック" w:eastAsia="ＭＳ ゴシック" w:hAnsi="ＭＳ ゴシック"/>
                <w:color w:val="000000"/>
                <w:sz w:val="22"/>
                <w:lang w:eastAsia="ja-JP"/>
              </w:rPr>
              <w:t xml:space="preserve"> 該当なし</w:t>
            </w:r>
          </w:p>
        </w:tc>
      </w:tr>
    </w:tbl>
    <w:p w14:paraId="2B171ECE" w14:textId="60BFBA9A" w:rsidR="007E510F" w:rsidRPr="00BF5138" w:rsidRDefault="00CB6FF7" w:rsidP="009121AA">
      <w:pPr>
        <w:widowControl w:val="0"/>
        <w:snapToGrid w:val="0"/>
        <w:spacing w:after="60" w:line="240" w:lineRule="exact"/>
        <w:rPr>
          <w:rFonts w:ascii="ＭＳ ゴシック" w:eastAsia="ＭＳ ゴシック" w:hAnsi="ＭＳ ゴシック"/>
          <w:color w:val="000000"/>
          <w:sz w:val="22"/>
          <w:lang w:eastAsia="ja-JP"/>
        </w:rPr>
      </w:pPr>
      <w:r w:rsidRPr="00BF5138">
        <w:rPr>
          <w:rFonts w:ascii="ＭＳ ゴシック" w:eastAsia="ＭＳ ゴシック" w:hAnsi="ＭＳ ゴシック"/>
          <w:color w:val="000000"/>
          <w:sz w:val="22"/>
          <w:lang w:eastAsia="ja-JP"/>
        </w:rPr>
        <w:t>※PL保険等への加入を推奨します。保険欄は加入状況を確認するもので、加入を一律の申請条件とするものではありません。商標等の欄も確認状況を記載するもので、商標登録を求めるものではありません。</w:t>
      </w:r>
    </w:p>
    <w:p w14:paraId="158330B8" w14:textId="77777777" w:rsidR="009121AA" w:rsidRDefault="009121AA" w:rsidP="009121AA">
      <w:pPr>
        <w:widowControl w:val="0"/>
        <w:snapToGrid w:val="0"/>
        <w:spacing w:after="60" w:line="240" w:lineRule="exact"/>
        <w:rPr>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3FC7A2F8" w14:textId="77777777">
        <w:trPr>
          <w:cantSplit/>
          <w:trHeight w:val="520"/>
          <w:jc w:val="center"/>
        </w:trPr>
        <w:tc>
          <w:tcPr>
            <w:tcW w:w="9638" w:type="dxa"/>
            <w:shd w:val="clear" w:color="auto" w:fill="E7E7E7"/>
            <w:vAlign w:val="center"/>
          </w:tcPr>
          <w:p w14:paraId="31059F93" w14:textId="77777777" w:rsidR="007E510F" w:rsidRDefault="00CB6FF7">
            <w:pPr>
              <w:widowControl w:val="0"/>
              <w:snapToGrid w:val="0"/>
              <w:spacing w:line="320" w:lineRule="exact"/>
              <w:rPr>
                <w:lang w:eastAsia="ja-JP"/>
              </w:rPr>
            </w:pPr>
            <w:r>
              <w:rPr>
                <w:rFonts w:ascii="ＭＳ ゴシック" w:eastAsia="ＭＳ ゴシック" w:hAnsi="ＭＳ ゴシック"/>
                <w:b/>
                <w:color w:val="000000"/>
                <w:sz w:val="23"/>
                <w:lang w:eastAsia="ja-JP"/>
              </w:rPr>
              <w:t>4　法令、安全及び品質管理に関する事項（2／2）</w:t>
            </w:r>
          </w:p>
        </w:tc>
      </w:tr>
    </w:tbl>
    <w:p w14:paraId="68C3D264" w14:textId="77777777" w:rsidR="007E510F" w:rsidRDefault="007E510F">
      <w:pPr>
        <w:widowControl w:val="0"/>
        <w:snapToGrid w:val="0"/>
        <w:spacing w:line="100" w:lineRule="exact"/>
        <w:rPr>
          <w:lang w:eastAsia="ja-JP"/>
        </w:rPr>
      </w:pPr>
    </w:p>
    <w:p w14:paraId="3B6B3F6A" w14:textId="77777777" w:rsidR="007E510F" w:rsidRPr="00BF5138" w:rsidRDefault="00CB6FF7">
      <w:pPr>
        <w:keepNext/>
        <w:widowControl w:val="0"/>
        <w:snapToGrid w:val="0"/>
        <w:spacing w:before="100" w:after="60" w:line="280" w:lineRule="exact"/>
        <w:rPr>
          <w:sz w:val="24"/>
          <w:szCs w:val="24"/>
          <w:lang w:eastAsia="ja-JP"/>
        </w:rPr>
      </w:pPr>
      <w:r w:rsidRPr="00BF5138">
        <w:rPr>
          <w:rFonts w:ascii="ＭＳ ゴシック" w:eastAsia="ＭＳ ゴシック" w:hAnsi="ＭＳ ゴシック"/>
          <w:b/>
          <w:color w:val="000000"/>
          <w:sz w:val="24"/>
          <w:szCs w:val="24"/>
          <w:lang w:eastAsia="ja-JP"/>
        </w:rPr>
        <w:t>（4）衛生管理・期限設定【飲食料品】</w:t>
      </w:r>
    </w:p>
    <w:p w14:paraId="1C6C8D5E" w14:textId="77777777" w:rsidR="007E510F" w:rsidRPr="00BF5138" w:rsidRDefault="00CB6FF7">
      <w:pPr>
        <w:widowControl w:val="0"/>
        <w:snapToGrid w:val="0"/>
        <w:spacing w:after="60" w:line="260" w:lineRule="exact"/>
        <w:rPr>
          <w:sz w:val="22"/>
          <w:lang w:eastAsia="ja-JP"/>
        </w:rPr>
      </w:pPr>
      <w:r w:rsidRPr="00BF5138">
        <w:rPr>
          <w:rFonts w:ascii="ＭＳ ゴシック" w:eastAsia="ＭＳ ゴシック" w:hAnsi="ＭＳ ゴシック"/>
          <w:color w:val="000000"/>
          <w:sz w:val="22"/>
          <w:lang w:eastAsia="ja-JP"/>
        </w:rPr>
        <w:t>HACCPに基づいた衛生管理の実施状況について、申請品の製造・加工を行う施設の状況を記載してください。委託製造の場合は委託先に確認してください。</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2B99AFAD" w14:textId="77777777">
        <w:trPr>
          <w:cantSplit/>
          <w:trHeight w:val="460"/>
          <w:jc w:val="center"/>
        </w:trPr>
        <w:tc>
          <w:tcPr>
            <w:tcW w:w="3458" w:type="dxa"/>
            <w:shd w:val="clear" w:color="auto" w:fill="F2F2F2"/>
            <w:vAlign w:val="center"/>
          </w:tcPr>
          <w:p w14:paraId="0B780A0C" w14:textId="77777777" w:rsidR="007E510F" w:rsidRDefault="00CB6FF7">
            <w:pPr>
              <w:widowControl w:val="0"/>
              <w:snapToGrid w:val="0"/>
              <w:spacing w:line="280" w:lineRule="exact"/>
              <w:rPr>
                <w:lang w:eastAsia="ja-JP"/>
              </w:rPr>
            </w:pPr>
            <w:r>
              <w:rPr>
                <w:rFonts w:ascii="ＭＳ ゴシック" w:eastAsia="ＭＳ ゴシック" w:hAnsi="ＭＳ ゴシック"/>
                <w:b/>
                <w:color w:val="000000"/>
                <w:lang w:eastAsia="ja-JP"/>
              </w:rPr>
              <w:t>衛生管理計画の作成状況</w:t>
            </w:r>
          </w:p>
        </w:tc>
        <w:tc>
          <w:tcPr>
            <w:tcW w:w="6180" w:type="dxa"/>
            <w:vAlign w:val="center"/>
          </w:tcPr>
          <w:p w14:paraId="172618FF" w14:textId="753585E3" w:rsidR="007E510F" w:rsidRPr="00BF5138" w:rsidRDefault="00000000">
            <w:pPr>
              <w:widowControl w:val="0"/>
              <w:snapToGrid w:val="0"/>
              <w:spacing w:line="280" w:lineRule="exact"/>
              <w:rPr>
                <w:sz w:val="22"/>
                <w:szCs w:val="24"/>
                <w:lang w:eastAsia="ja-JP"/>
              </w:rPr>
            </w:pPr>
            <w:sdt>
              <w:sdtPr>
                <w:rPr>
                  <w:rFonts w:ascii="ＭＳ ゴシック" w:eastAsia="ＭＳ ゴシック" w:hAnsi="ＭＳ ゴシック"/>
                  <w:color w:val="000000"/>
                  <w:sz w:val="22"/>
                  <w:szCs w:val="24"/>
                  <w:lang w:eastAsia="ja-JP"/>
                </w:rPr>
                <w:id w:val="1819157090"/>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lang w:eastAsia="ja-JP"/>
              </w:rPr>
              <w:t xml:space="preserve"> 作成済み　</w:t>
            </w:r>
            <w:sdt>
              <w:sdtPr>
                <w:rPr>
                  <w:rFonts w:ascii="ＭＳ ゴシック" w:eastAsia="ＭＳ ゴシック" w:hAnsi="ＭＳ ゴシック"/>
                  <w:color w:val="000000"/>
                  <w:sz w:val="22"/>
                  <w:szCs w:val="24"/>
                  <w:lang w:eastAsia="ja-JP"/>
                </w:rPr>
                <w:id w:val="938795565"/>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lang w:eastAsia="ja-JP"/>
              </w:rPr>
              <w:t xml:space="preserve"> 作成中　</w:t>
            </w:r>
            <w:sdt>
              <w:sdtPr>
                <w:rPr>
                  <w:rFonts w:ascii="ＭＳ ゴシック" w:eastAsia="ＭＳ ゴシック" w:hAnsi="ＭＳ ゴシック"/>
                  <w:color w:val="000000"/>
                  <w:sz w:val="22"/>
                  <w:szCs w:val="24"/>
                  <w:lang w:eastAsia="ja-JP"/>
                </w:rPr>
                <w:id w:val="-1357877658"/>
                <w14:checkbox>
                  <w14:checked w14:val="1"/>
                  <w14:checkedState w14:val="2611" w14:font="Segoe UI Symbol"/>
                  <w14:uncheckedState w14:val="2610" w14:font="ＭＳ ゴシック"/>
                </w14:checkbox>
              </w:sdtPr>
              <w:sdtContent>
                <w:r w:rsidR="00BF5138" w:rsidRPr="00BF5138">
                  <w:rPr>
                    <w:rFonts w:ascii="Segoe UI Symbol" w:eastAsia="ＭＳ ゴシック" w:hAnsi="Segoe UI Symbol"/>
                    <w:color w:val="000000"/>
                    <w:sz w:val="22"/>
                    <w:szCs w:val="24"/>
                    <w:lang w:eastAsia="ja-JP"/>
                  </w:rPr>
                  <w:t>☑</w:t>
                </w:r>
              </w:sdtContent>
            </w:sdt>
            <w:r w:rsidR="00CB6FF7" w:rsidRPr="00BF5138">
              <w:rPr>
                <w:rFonts w:ascii="ＭＳ ゴシック" w:eastAsia="ＭＳ ゴシック" w:hAnsi="ＭＳ ゴシック"/>
                <w:color w:val="000000"/>
                <w:sz w:val="22"/>
                <w:szCs w:val="24"/>
                <w:lang w:eastAsia="ja-JP"/>
              </w:rPr>
              <w:t xml:space="preserve"> 未作成　</w:t>
            </w:r>
            <w:sdt>
              <w:sdtPr>
                <w:rPr>
                  <w:rFonts w:ascii="ＭＳ ゴシック" w:eastAsia="ＭＳ ゴシック" w:hAnsi="ＭＳ ゴシック"/>
                  <w:color w:val="000000"/>
                  <w:sz w:val="22"/>
                  <w:szCs w:val="24"/>
                  <w:lang w:eastAsia="ja-JP"/>
                </w:rPr>
                <w:id w:val="-901747798"/>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lang w:eastAsia="ja-JP"/>
              </w:rPr>
              <w:t xml:space="preserve"> 確認中</w:t>
            </w:r>
          </w:p>
        </w:tc>
      </w:tr>
      <w:tr w:rsidR="007E510F" w14:paraId="05AFC2DF" w14:textId="77777777">
        <w:trPr>
          <w:cantSplit/>
          <w:trHeight w:val="460"/>
          <w:jc w:val="center"/>
        </w:trPr>
        <w:tc>
          <w:tcPr>
            <w:tcW w:w="3458" w:type="dxa"/>
            <w:shd w:val="clear" w:color="auto" w:fill="F2F2F2"/>
            <w:vAlign w:val="center"/>
          </w:tcPr>
          <w:p w14:paraId="41F54CCD" w14:textId="77777777" w:rsidR="007E510F" w:rsidRDefault="00CB6FF7">
            <w:pPr>
              <w:widowControl w:val="0"/>
              <w:snapToGrid w:val="0"/>
              <w:spacing w:line="280" w:lineRule="exact"/>
              <w:rPr>
                <w:lang w:eastAsia="ja-JP"/>
              </w:rPr>
            </w:pPr>
            <w:r>
              <w:rPr>
                <w:rFonts w:ascii="ＭＳ ゴシック" w:eastAsia="ＭＳ ゴシック" w:hAnsi="ＭＳ ゴシック"/>
                <w:b/>
                <w:color w:val="000000"/>
                <w:lang w:eastAsia="ja-JP"/>
              </w:rPr>
              <w:t>計画に基づく衛生管理の実施状況</w:t>
            </w:r>
          </w:p>
        </w:tc>
        <w:tc>
          <w:tcPr>
            <w:tcW w:w="6180" w:type="dxa"/>
            <w:vAlign w:val="center"/>
          </w:tcPr>
          <w:p w14:paraId="7A901CDA" w14:textId="24267F5E" w:rsidR="007E510F" w:rsidRPr="00BF5138" w:rsidRDefault="00000000">
            <w:pPr>
              <w:widowControl w:val="0"/>
              <w:snapToGrid w:val="0"/>
              <w:spacing w:line="280" w:lineRule="exact"/>
              <w:rPr>
                <w:sz w:val="22"/>
                <w:szCs w:val="24"/>
              </w:rPr>
            </w:pPr>
            <w:sdt>
              <w:sdtPr>
                <w:rPr>
                  <w:rFonts w:ascii="ＭＳ ゴシック" w:eastAsia="ＭＳ ゴシック" w:hAnsi="ＭＳ ゴシック"/>
                  <w:color w:val="000000"/>
                  <w:sz w:val="22"/>
                  <w:szCs w:val="24"/>
                  <w:lang w:eastAsia="ja-JP"/>
                </w:rPr>
                <w:id w:val="1852987005"/>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rPr>
              <w:t xml:space="preserve"> </w:t>
            </w:r>
            <w:proofErr w:type="spellStart"/>
            <w:r w:rsidR="00CB6FF7" w:rsidRPr="00BF5138">
              <w:rPr>
                <w:rFonts w:ascii="ＭＳ ゴシック" w:eastAsia="ＭＳ ゴシック" w:hAnsi="ＭＳ ゴシック"/>
                <w:color w:val="000000"/>
                <w:sz w:val="22"/>
                <w:szCs w:val="24"/>
              </w:rPr>
              <w:t>実施中</w:t>
            </w:r>
            <w:proofErr w:type="spellEnd"/>
            <w:r w:rsidR="00CB6FF7" w:rsidRPr="00BF5138">
              <w:rPr>
                <w:rFonts w:ascii="ＭＳ ゴシック" w:eastAsia="ＭＳ ゴシック" w:hAnsi="ＭＳ ゴシック"/>
                <w:color w:val="000000"/>
                <w:sz w:val="22"/>
                <w:szCs w:val="24"/>
              </w:rPr>
              <w:t xml:space="preserve">　</w:t>
            </w:r>
            <w:sdt>
              <w:sdtPr>
                <w:rPr>
                  <w:rFonts w:ascii="ＭＳ ゴシック" w:eastAsia="ＭＳ ゴシック" w:hAnsi="ＭＳ ゴシック"/>
                  <w:color w:val="000000"/>
                  <w:sz w:val="22"/>
                  <w:szCs w:val="24"/>
                  <w:lang w:eastAsia="ja-JP"/>
                </w:rPr>
                <w:id w:val="-1843548065"/>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rPr>
              <w:t xml:space="preserve"> </w:t>
            </w:r>
            <w:proofErr w:type="spellStart"/>
            <w:r w:rsidR="00CB6FF7" w:rsidRPr="00BF5138">
              <w:rPr>
                <w:rFonts w:ascii="ＭＳ ゴシック" w:eastAsia="ＭＳ ゴシック" w:hAnsi="ＭＳ ゴシック"/>
                <w:color w:val="000000"/>
                <w:sz w:val="22"/>
                <w:szCs w:val="24"/>
              </w:rPr>
              <w:t>開始準備中</w:t>
            </w:r>
            <w:proofErr w:type="spellEnd"/>
            <w:r w:rsidR="00CB6FF7" w:rsidRPr="00BF5138">
              <w:rPr>
                <w:rFonts w:ascii="ＭＳ ゴシック" w:eastAsia="ＭＳ ゴシック" w:hAnsi="ＭＳ ゴシック"/>
                <w:color w:val="000000"/>
                <w:sz w:val="22"/>
                <w:szCs w:val="24"/>
              </w:rPr>
              <w:t xml:space="preserve">　</w:t>
            </w:r>
            <w:sdt>
              <w:sdtPr>
                <w:rPr>
                  <w:rFonts w:ascii="ＭＳ ゴシック" w:eastAsia="ＭＳ ゴシック" w:hAnsi="ＭＳ ゴシック"/>
                  <w:color w:val="000000"/>
                  <w:sz w:val="22"/>
                  <w:szCs w:val="24"/>
                  <w:lang w:eastAsia="ja-JP"/>
                </w:rPr>
                <w:id w:val="-746110871"/>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rPr>
              <w:t xml:space="preserve"> </w:t>
            </w:r>
            <w:proofErr w:type="spellStart"/>
            <w:r w:rsidR="00CB6FF7" w:rsidRPr="00BF5138">
              <w:rPr>
                <w:rFonts w:ascii="ＭＳ ゴシック" w:eastAsia="ＭＳ ゴシック" w:hAnsi="ＭＳ ゴシック"/>
                <w:color w:val="000000"/>
                <w:sz w:val="22"/>
                <w:szCs w:val="24"/>
              </w:rPr>
              <w:t>未実施</w:t>
            </w:r>
            <w:proofErr w:type="spellEnd"/>
            <w:r w:rsidR="00CB6FF7" w:rsidRPr="00BF5138">
              <w:rPr>
                <w:rFonts w:ascii="ＭＳ ゴシック" w:eastAsia="ＭＳ ゴシック" w:hAnsi="ＭＳ ゴシック"/>
                <w:color w:val="000000"/>
                <w:sz w:val="22"/>
                <w:szCs w:val="24"/>
              </w:rPr>
              <w:t xml:space="preserve">　</w:t>
            </w:r>
            <w:sdt>
              <w:sdtPr>
                <w:rPr>
                  <w:rFonts w:ascii="ＭＳ ゴシック" w:eastAsia="ＭＳ ゴシック" w:hAnsi="ＭＳ ゴシック"/>
                  <w:color w:val="000000"/>
                  <w:sz w:val="22"/>
                  <w:szCs w:val="24"/>
                  <w:lang w:eastAsia="ja-JP"/>
                </w:rPr>
                <w:id w:val="-1971432492"/>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rPr>
              <w:t xml:space="preserve"> </w:t>
            </w:r>
            <w:proofErr w:type="spellStart"/>
            <w:r w:rsidR="00CB6FF7" w:rsidRPr="00BF5138">
              <w:rPr>
                <w:rFonts w:ascii="ＭＳ ゴシック" w:eastAsia="ＭＳ ゴシック" w:hAnsi="ＭＳ ゴシック"/>
                <w:color w:val="000000"/>
                <w:sz w:val="22"/>
                <w:szCs w:val="24"/>
              </w:rPr>
              <w:t>確認中</w:t>
            </w:r>
            <w:proofErr w:type="spellEnd"/>
          </w:p>
        </w:tc>
      </w:tr>
      <w:tr w:rsidR="007E510F" w14:paraId="0A8EB2EE" w14:textId="77777777">
        <w:trPr>
          <w:cantSplit/>
          <w:trHeight w:val="460"/>
          <w:jc w:val="center"/>
        </w:trPr>
        <w:tc>
          <w:tcPr>
            <w:tcW w:w="3458" w:type="dxa"/>
            <w:shd w:val="clear" w:color="auto" w:fill="F2F2F2"/>
            <w:vAlign w:val="center"/>
          </w:tcPr>
          <w:p w14:paraId="42D3993D" w14:textId="77777777" w:rsidR="007E510F" w:rsidRDefault="00CB6FF7">
            <w:pPr>
              <w:widowControl w:val="0"/>
              <w:snapToGrid w:val="0"/>
              <w:spacing w:line="280" w:lineRule="exact"/>
              <w:rPr>
                <w:lang w:eastAsia="ja-JP"/>
              </w:rPr>
            </w:pPr>
            <w:r>
              <w:rPr>
                <w:rFonts w:ascii="ＭＳ ゴシック" w:eastAsia="ＭＳ ゴシック" w:hAnsi="ＭＳ ゴシック"/>
                <w:b/>
                <w:color w:val="000000"/>
                <w:lang w:eastAsia="ja-JP"/>
              </w:rPr>
              <w:t>衛生管理の実施記録の状況</w:t>
            </w:r>
          </w:p>
        </w:tc>
        <w:tc>
          <w:tcPr>
            <w:tcW w:w="6180" w:type="dxa"/>
            <w:vAlign w:val="center"/>
          </w:tcPr>
          <w:p w14:paraId="4AAA83CA" w14:textId="02466704" w:rsidR="007E510F" w:rsidRPr="00BF5138" w:rsidRDefault="00000000">
            <w:pPr>
              <w:widowControl w:val="0"/>
              <w:snapToGrid w:val="0"/>
              <w:spacing w:line="280" w:lineRule="exact"/>
              <w:rPr>
                <w:sz w:val="22"/>
                <w:szCs w:val="24"/>
                <w:lang w:eastAsia="ja-JP"/>
              </w:rPr>
            </w:pPr>
            <w:sdt>
              <w:sdtPr>
                <w:rPr>
                  <w:rFonts w:ascii="ＭＳ ゴシック" w:eastAsia="ＭＳ ゴシック" w:hAnsi="ＭＳ ゴシック"/>
                  <w:color w:val="000000"/>
                  <w:lang w:eastAsia="ja-JP"/>
                </w:rPr>
                <w:id w:val="-2127688103"/>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lang w:eastAsia="ja-JP"/>
                  </w:rPr>
                  <w:t>☐</w:t>
                </w:r>
              </w:sdtContent>
            </w:sdt>
            <w:r w:rsidR="00CB6FF7" w:rsidRPr="00BF5138">
              <w:rPr>
                <w:rFonts w:ascii="ＭＳ ゴシック" w:eastAsia="ＭＳ ゴシック" w:hAnsi="ＭＳ ゴシック"/>
                <w:color w:val="000000"/>
                <w:lang w:eastAsia="ja-JP"/>
              </w:rPr>
              <w:t xml:space="preserve"> 記録・保管している　</w:t>
            </w:r>
            <w:sdt>
              <w:sdtPr>
                <w:rPr>
                  <w:rFonts w:ascii="ＭＳ ゴシック" w:eastAsia="ＭＳ ゴシック" w:hAnsi="ＭＳ ゴシック"/>
                  <w:color w:val="000000"/>
                  <w:lang w:eastAsia="ja-JP"/>
                </w:rPr>
                <w:id w:val="-90548779"/>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lang w:eastAsia="ja-JP"/>
                  </w:rPr>
                  <w:t>☐</w:t>
                </w:r>
              </w:sdtContent>
            </w:sdt>
            <w:r w:rsidR="00CB6FF7" w:rsidRPr="00BF5138">
              <w:rPr>
                <w:rFonts w:ascii="ＭＳ ゴシック" w:eastAsia="ＭＳ ゴシック" w:hAnsi="ＭＳ ゴシック"/>
                <w:color w:val="000000"/>
                <w:lang w:eastAsia="ja-JP"/>
              </w:rPr>
              <w:t xml:space="preserve"> 準備中　</w:t>
            </w:r>
            <w:sdt>
              <w:sdtPr>
                <w:rPr>
                  <w:rFonts w:ascii="ＭＳ ゴシック" w:eastAsia="ＭＳ ゴシック" w:hAnsi="ＭＳ ゴシック"/>
                  <w:color w:val="000000"/>
                  <w:lang w:eastAsia="ja-JP"/>
                </w:rPr>
                <w:id w:val="-1819717935"/>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lang w:eastAsia="ja-JP"/>
                  </w:rPr>
                  <w:t>☐</w:t>
                </w:r>
              </w:sdtContent>
            </w:sdt>
            <w:r w:rsidR="00CB6FF7" w:rsidRPr="00BF5138">
              <w:rPr>
                <w:rFonts w:ascii="ＭＳ ゴシック" w:eastAsia="ＭＳ ゴシック" w:hAnsi="ＭＳ ゴシック"/>
                <w:color w:val="000000"/>
                <w:lang w:eastAsia="ja-JP"/>
              </w:rPr>
              <w:t xml:space="preserve"> 記録なし　</w:t>
            </w:r>
            <w:sdt>
              <w:sdtPr>
                <w:rPr>
                  <w:rFonts w:ascii="ＭＳ ゴシック" w:eastAsia="ＭＳ ゴシック" w:hAnsi="ＭＳ ゴシック"/>
                  <w:color w:val="000000"/>
                  <w:lang w:eastAsia="ja-JP"/>
                </w:rPr>
                <w:id w:val="458163489"/>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lang w:eastAsia="ja-JP"/>
                  </w:rPr>
                  <w:t>☐</w:t>
                </w:r>
              </w:sdtContent>
            </w:sdt>
            <w:r w:rsidR="00CB6FF7" w:rsidRPr="00BF5138">
              <w:rPr>
                <w:rFonts w:ascii="ＭＳ ゴシック" w:eastAsia="ＭＳ ゴシック" w:hAnsi="ＭＳ ゴシック"/>
                <w:color w:val="000000"/>
                <w:lang w:eastAsia="ja-JP"/>
              </w:rPr>
              <w:t xml:space="preserve"> 確認中</w:t>
            </w:r>
          </w:p>
        </w:tc>
      </w:tr>
      <w:tr w:rsidR="007E510F" w14:paraId="553089CA" w14:textId="77777777">
        <w:trPr>
          <w:cantSplit/>
          <w:trHeight w:val="640"/>
          <w:jc w:val="center"/>
        </w:trPr>
        <w:tc>
          <w:tcPr>
            <w:tcW w:w="3458" w:type="dxa"/>
            <w:shd w:val="clear" w:color="auto" w:fill="F2F2F2"/>
            <w:vAlign w:val="center"/>
          </w:tcPr>
          <w:p w14:paraId="1F730012" w14:textId="77777777" w:rsidR="007E510F" w:rsidRDefault="00CB6FF7">
            <w:pPr>
              <w:widowControl w:val="0"/>
              <w:snapToGrid w:val="0"/>
              <w:spacing w:line="280" w:lineRule="exact"/>
              <w:rPr>
                <w:lang w:eastAsia="ja-JP"/>
              </w:rPr>
            </w:pPr>
            <w:r>
              <w:rPr>
                <w:rFonts w:ascii="ＭＳ ゴシック" w:eastAsia="ＭＳ ゴシック" w:hAnsi="ＭＳ ゴシック"/>
                <w:b/>
                <w:color w:val="000000"/>
                <w:lang w:eastAsia="ja-JP"/>
              </w:rPr>
              <w:t>具体的な衛生管理の取組</w:t>
            </w:r>
          </w:p>
        </w:tc>
        <w:tc>
          <w:tcPr>
            <w:tcW w:w="6180" w:type="dxa"/>
            <w:vAlign w:val="center"/>
          </w:tcPr>
          <w:p w14:paraId="19D68171" w14:textId="77777777" w:rsidR="007E510F" w:rsidRPr="00BF5138" w:rsidRDefault="007E510F">
            <w:pPr>
              <w:widowControl w:val="0"/>
              <w:snapToGrid w:val="0"/>
              <w:spacing w:line="280" w:lineRule="exact"/>
              <w:rPr>
                <w:sz w:val="22"/>
                <w:szCs w:val="24"/>
                <w:lang w:eastAsia="ja-JP"/>
              </w:rPr>
            </w:pPr>
          </w:p>
        </w:tc>
      </w:tr>
      <w:tr w:rsidR="007E510F" w14:paraId="17DD1D05" w14:textId="77777777">
        <w:trPr>
          <w:cantSplit/>
          <w:trHeight w:val="460"/>
          <w:jc w:val="center"/>
        </w:trPr>
        <w:tc>
          <w:tcPr>
            <w:tcW w:w="3458" w:type="dxa"/>
            <w:shd w:val="clear" w:color="auto" w:fill="F2F2F2"/>
            <w:vAlign w:val="center"/>
          </w:tcPr>
          <w:p w14:paraId="4222FDFF" w14:textId="77777777" w:rsidR="007E510F" w:rsidRDefault="00CB6FF7">
            <w:pPr>
              <w:widowControl w:val="0"/>
              <w:snapToGrid w:val="0"/>
              <w:spacing w:line="280" w:lineRule="exact"/>
            </w:pPr>
            <w:proofErr w:type="spellStart"/>
            <w:r>
              <w:rPr>
                <w:rFonts w:ascii="ＭＳ ゴシック" w:eastAsia="ＭＳ ゴシック" w:hAnsi="ＭＳ ゴシック"/>
                <w:b/>
                <w:color w:val="000000"/>
              </w:rPr>
              <w:t>保存方法</w:t>
            </w:r>
            <w:proofErr w:type="spellEnd"/>
          </w:p>
        </w:tc>
        <w:tc>
          <w:tcPr>
            <w:tcW w:w="6180" w:type="dxa"/>
            <w:vAlign w:val="center"/>
          </w:tcPr>
          <w:p w14:paraId="537703E4" w14:textId="77777777" w:rsidR="007E510F" w:rsidRPr="00BF5138" w:rsidRDefault="007E510F">
            <w:pPr>
              <w:widowControl w:val="0"/>
              <w:snapToGrid w:val="0"/>
              <w:spacing w:line="280" w:lineRule="exact"/>
              <w:rPr>
                <w:sz w:val="22"/>
                <w:szCs w:val="24"/>
              </w:rPr>
            </w:pPr>
          </w:p>
        </w:tc>
      </w:tr>
      <w:tr w:rsidR="007E510F" w14:paraId="186B0198" w14:textId="77777777">
        <w:trPr>
          <w:cantSplit/>
          <w:trHeight w:val="460"/>
          <w:jc w:val="center"/>
        </w:trPr>
        <w:tc>
          <w:tcPr>
            <w:tcW w:w="3458" w:type="dxa"/>
            <w:shd w:val="clear" w:color="auto" w:fill="F2F2F2"/>
            <w:vAlign w:val="center"/>
          </w:tcPr>
          <w:p w14:paraId="18AEFE78" w14:textId="77777777" w:rsidR="007E510F" w:rsidRDefault="00CB6FF7">
            <w:pPr>
              <w:widowControl w:val="0"/>
              <w:snapToGrid w:val="0"/>
              <w:spacing w:line="280" w:lineRule="exact"/>
            </w:pPr>
            <w:proofErr w:type="spellStart"/>
            <w:r>
              <w:rPr>
                <w:rFonts w:ascii="ＭＳ ゴシック" w:eastAsia="ＭＳ ゴシック" w:hAnsi="ＭＳ ゴシック"/>
                <w:b/>
                <w:color w:val="000000"/>
              </w:rPr>
              <w:t>表示する期限の種類</w:t>
            </w:r>
            <w:proofErr w:type="spellEnd"/>
          </w:p>
        </w:tc>
        <w:tc>
          <w:tcPr>
            <w:tcW w:w="6180" w:type="dxa"/>
            <w:vAlign w:val="center"/>
          </w:tcPr>
          <w:p w14:paraId="0C64F72C" w14:textId="4D344670" w:rsidR="007E510F" w:rsidRPr="00BF5138" w:rsidRDefault="00000000">
            <w:pPr>
              <w:widowControl w:val="0"/>
              <w:snapToGrid w:val="0"/>
              <w:spacing w:line="280" w:lineRule="exact"/>
              <w:rPr>
                <w:sz w:val="22"/>
                <w:szCs w:val="24"/>
              </w:rPr>
            </w:pPr>
            <w:sdt>
              <w:sdtPr>
                <w:rPr>
                  <w:rFonts w:ascii="ＭＳ ゴシック" w:eastAsia="ＭＳ ゴシック" w:hAnsi="ＭＳ ゴシック"/>
                  <w:color w:val="000000"/>
                  <w:sz w:val="22"/>
                  <w:szCs w:val="24"/>
                  <w:lang w:eastAsia="ja-JP"/>
                </w:rPr>
                <w:id w:val="-1182123037"/>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rPr>
              <w:t xml:space="preserve"> </w:t>
            </w:r>
            <w:proofErr w:type="spellStart"/>
            <w:r w:rsidR="00CB6FF7" w:rsidRPr="00BF5138">
              <w:rPr>
                <w:rFonts w:ascii="ＭＳ ゴシック" w:eastAsia="ＭＳ ゴシック" w:hAnsi="ＭＳ ゴシック"/>
                <w:color w:val="000000"/>
                <w:sz w:val="22"/>
                <w:szCs w:val="24"/>
              </w:rPr>
              <w:t>賞味期限</w:t>
            </w:r>
            <w:proofErr w:type="spellEnd"/>
            <w:r w:rsidR="00CB6FF7" w:rsidRPr="00BF5138">
              <w:rPr>
                <w:rFonts w:ascii="ＭＳ ゴシック" w:eastAsia="ＭＳ ゴシック" w:hAnsi="ＭＳ ゴシック"/>
                <w:color w:val="000000"/>
                <w:sz w:val="22"/>
                <w:szCs w:val="24"/>
              </w:rPr>
              <w:t xml:space="preserve">　</w:t>
            </w:r>
            <w:sdt>
              <w:sdtPr>
                <w:rPr>
                  <w:rFonts w:ascii="ＭＳ ゴシック" w:eastAsia="ＭＳ ゴシック" w:hAnsi="ＭＳ ゴシック"/>
                  <w:color w:val="000000"/>
                  <w:sz w:val="22"/>
                  <w:szCs w:val="24"/>
                  <w:lang w:eastAsia="ja-JP"/>
                </w:rPr>
                <w:id w:val="-354429757"/>
                <w14:checkbox>
                  <w14:checked w14:val="0"/>
                  <w14:checkedState w14:val="2611" w14:font="Segoe UI Symbol"/>
                  <w14:uncheckedState w14:val="2610" w14:font="ＭＳ ゴシック"/>
                </w14:checkbox>
              </w:sdtPr>
              <w:sdtContent>
                <w:r w:rsidR="00325C34" w:rsidRPr="00BF5138">
                  <w:rPr>
                    <w:rFonts w:ascii="ＭＳ ゴシック" w:eastAsia="ＭＳ ゴシック" w:hAnsi="ＭＳ ゴシック" w:hint="eastAsia"/>
                    <w:color w:val="000000"/>
                    <w:sz w:val="22"/>
                    <w:szCs w:val="24"/>
                    <w:lang w:eastAsia="ja-JP"/>
                  </w:rPr>
                  <w:t>☐</w:t>
                </w:r>
              </w:sdtContent>
            </w:sdt>
            <w:r w:rsidR="00CB6FF7" w:rsidRPr="00BF5138">
              <w:rPr>
                <w:rFonts w:ascii="ＭＳ ゴシック" w:eastAsia="ＭＳ ゴシック" w:hAnsi="ＭＳ ゴシック"/>
                <w:color w:val="000000"/>
                <w:sz w:val="22"/>
                <w:szCs w:val="24"/>
              </w:rPr>
              <w:t xml:space="preserve"> </w:t>
            </w:r>
            <w:proofErr w:type="spellStart"/>
            <w:r w:rsidR="00CB6FF7" w:rsidRPr="00BF5138">
              <w:rPr>
                <w:rFonts w:ascii="ＭＳ ゴシック" w:eastAsia="ＭＳ ゴシック" w:hAnsi="ＭＳ ゴシック"/>
                <w:color w:val="000000"/>
                <w:sz w:val="22"/>
                <w:szCs w:val="24"/>
              </w:rPr>
              <w:t>消費期限</w:t>
            </w:r>
            <w:proofErr w:type="spellEnd"/>
          </w:p>
        </w:tc>
      </w:tr>
      <w:tr w:rsidR="007E510F" w14:paraId="72322EB9" w14:textId="77777777">
        <w:trPr>
          <w:cantSplit/>
          <w:trHeight w:val="460"/>
          <w:jc w:val="center"/>
        </w:trPr>
        <w:tc>
          <w:tcPr>
            <w:tcW w:w="3458" w:type="dxa"/>
            <w:shd w:val="clear" w:color="auto" w:fill="F2F2F2"/>
            <w:vAlign w:val="center"/>
          </w:tcPr>
          <w:p w14:paraId="5C28D6F2" w14:textId="77777777" w:rsidR="007E510F" w:rsidRDefault="00CB6FF7">
            <w:pPr>
              <w:widowControl w:val="0"/>
              <w:snapToGrid w:val="0"/>
              <w:spacing w:line="280" w:lineRule="exact"/>
              <w:rPr>
                <w:lang w:eastAsia="ja-JP"/>
              </w:rPr>
            </w:pPr>
            <w:r>
              <w:rPr>
                <w:rFonts w:ascii="ＭＳ ゴシック" w:eastAsia="ＭＳ ゴシック" w:hAnsi="ＭＳ ゴシック"/>
                <w:b/>
                <w:color w:val="000000"/>
                <w:lang w:eastAsia="ja-JP"/>
              </w:rPr>
              <w:t>製造日からの期限（日数等）</w:t>
            </w:r>
          </w:p>
        </w:tc>
        <w:tc>
          <w:tcPr>
            <w:tcW w:w="6180" w:type="dxa"/>
            <w:vAlign w:val="center"/>
          </w:tcPr>
          <w:p w14:paraId="25CADAA2" w14:textId="77777777" w:rsidR="007E510F" w:rsidRPr="00BF5138" w:rsidRDefault="007E510F">
            <w:pPr>
              <w:widowControl w:val="0"/>
              <w:snapToGrid w:val="0"/>
              <w:spacing w:line="280" w:lineRule="exact"/>
              <w:rPr>
                <w:sz w:val="22"/>
                <w:szCs w:val="24"/>
                <w:lang w:eastAsia="ja-JP"/>
              </w:rPr>
            </w:pPr>
          </w:p>
        </w:tc>
      </w:tr>
      <w:tr w:rsidR="007E510F" w14:paraId="26957F79" w14:textId="77777777">
        <w:trPr>
          <w:cantSplit/>
          <w:trHeight w:val="640"/>
          <w:jc w:val="center"/>
        </w:trPr>
        <w:tc>
          <w:tcPr>
            <w:tcW w:w="3458" w:type="dxa"/>
            <w:shd w:val="clear" w:color="auto" w:fill="F2F2F2"/>
            <w:vAlign w:val="center"/>
          </w:tcPr>
          <w:p w14:paraId="0A37600D" w14:textId="77777777" w:rsidR="007E510F" w:rsidRDefault="00CB6FF7">
            <w:pPr>
              <w:widowControl w:val="0"/>
              <w:snapToGrid w:val="0"/>
              <w:spacing w:line="280" w:lineRule="exact"/>
              <w:rPr>
                <w:lang w:eastAsia="ja-JP"/>
              </w:rPr>
            </w:pPr>
            <w:r>
              <w:rPr>
                <w:rFonts w:ascii="ＭＳ ゴシック" w:eastAsia="ＭＳ ゴシック" w:hAnsi="ＭＳ ゴシック"/>
                <w:b/>
                <w:color w:val="000000"/>
                <w:lang w:eastAsia="ja-JP"/>
              </w:rPr>
              <w:t>期限設定の根拠</w:t>
            </w:r>
            <w:r>
              <w:rPr>
                <w:rFonts w:ascii="ＭＳ ゴシック" w:eastAsia="ＭＳ ゴシック" w:hAnsi="ＭＳ ゴシック"/>
                <w:b/>
                <w:color w:val="000000"/>
                <w:lang w:eastAsia="ja-JP"/>
              </w:rPr>
              <w:br/>
              <w:t>（試験結果・検査機関の資料等）</w:t>
            </w:r>
          </w:p>
        </w:tc>
        <w:tc>
          <w:tcPr>
            <w:tcW w:w="6180" w:type="dxa"/>
            <w:vAlign w:val="center"/>
          </w:tcPr>
          <w:p w14:paraId="096C9B7B" w14:textId="77777777" w:rsidR="007E510F" w:rsidRPr="00BF5138" w:rsidRDefault="007E510F">
            <w:pPr>
              <w:widowControl w:val="0"/>
              <w:snapToGrid w:val="0"/>
              <w:spacing w:line="280" w:lineRule="exact"/>
              <w:rPr>
                <w:sz w:val="22"/>
                <w:szCs w:val="24"/>
                <w:lang w:eastAsia="ja-JP"/>
              </w:rPr>
            </w:pPr>
          </w:p>
        </w:tc>
      </w:tr>
    </w:tbl>
    <w:p w14:paraId="74BC58E2" w14:textId="77777777" w:rsidR="00360099" w:rsidRDefault="00360099">
      <w:pPr>
        <w:keepNext/>
        <w:widowControl w:val="0"/>
        <w:snapToGrid w:val="0"/>
        <w:spacing w:before="100" w:after="60" w:line="280" w:lineRule="exact"/>
        <w:rPr>
          <w:rFonts w:ascii="ＭＳ ゴシック" w:eastAsia="ＭＳ ゴシック" w:hAnsi="ＭＳ ゴシック"/>
          <w:b/>
          <w:color w:val="000000"/>
          <w:sz w:val="24"/>
          <w:szCs w:val="28"/>
          <w:lang w:eastAsia="ja-JP"/>
        </w:rPr>
      </w:pPr>
    </w:p>
    <w:p w14:paraId="4DEC147F" w14:textId="77777777" w:rsidR="00360099" w:rsidRDefault="00360099">
      <w:pPr>
        <w:spacing w:after="200" w:line="276" w:lineRule="auto"/>
        <w:rPr>
          <w:rFonts w:ascii="ＭＳ ゴシック" w:eastAsia="ＭＳ ゴシック" w:hAnsi="ＭＳ ゴシック"/>
          <w:b/>
          <w:color w:val="000000"/>
          <w:sz w:val="24"/>
          <w:szCs w:val="28"/>
          <w:lang w:eastAsia="ja-JP"/>
        </w:rPr>
      </w:pPr>
      <w:r>
        <w:rPr>
          <w:rFonts w:ascii="ＭＳ ゴシック" w:eastAsia="ＭＳ ゴシック" w:hAnsi="ＭＳ ゴシック"/>
          <w:b/>
          <w:color w:val="000000"/>
          <w:sz w:val="24"/>
          <w:szCs w:val="28"/>
          <w:lang w:eastAsia="ja-JP"/>
        </w:rPr>
        <w:br w:type="page"/>
      </w:r>
    </w:p>
    <w:p w14:paraId="50480ADD" w14:textId="78AADCF8" w:rsidR="007E510F" w:rsidRPr="00013F19" w:rsidRDefault="00CB6FF7">
      <w:pPr>
        <w:keepNext/>
        <w:widowControl w:val="0"/>
        <w:snapToGrid w:val="0"/>
        <w:spacing w:before="100" w:after="60" w:line="280" w:lineRule="exact"/>
        <w:rPr>
          <w:sz w:val="24"/>
          <w:szCs w:val="28"/>
          <w:lang w:eastAsia="ja-JP"/>
        </w:rPr>
      </w:pPr>
      <w:r w:rsidRPr="00013F19">
        <w:rPr>
          <w:rFonts w:ascii="ＭＳ ゴシック" w:eastAsia="ＭＳ ゴシック" w:hAnsi="ＭＳ ゴシック"/>
          <w:b/>
          <w:color w:val="000000"/>
          <w:sz w:val="24"/>
          <w:szCs w:val="28"/>
          <w:lang w:eastAsia="ja-JP"/>
        </w:rPr>
        <w:lastRenderedPageBreak/>
        <w:t>（5）商品表示ラベルの確認【商品】</w:t>
      </w:r>
    </w:p>
    <w:p w14:paraId="76D5AC2E" w14:textId="77777777" w:rsidR="007E510F" w:rsidRPr="00013F19" w:rsidRDefault="00CB6FF7">
      <w:pPr>
        <w:widowControl w:val="0"/>
        <w:snapToGrid w:val="0"/>
        <w:spacing w:after="60" w:line="260" w:lineRule="exact"/>
        <w:rPr>
          <w:sz w:val="22"/>
          <w:lang w:eastAsia="ja-JP"/>
        </w:rPr>
      </w:pPr>
      <w:r w:rsidRPr="00013F19">
        <w:rPr>
          <w:rFonts w:ascii="ＭＳ ゴシック" w:eastAsia="ＭＳ ゴシック" w:hAnsi="ＭＳ ゴシック"/>
          <w:color w:val="000000"/>
          <w:sz w:val="22"/>
          <w:lang w:eastAsia="ja-JP"/>
        </w:rPr>
        <w:t>2の貼付欄に添付したラベルについて回答してください。食品表示等に不明な点がある場合は、関係機関等への相談・確認をおすすめします。</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rsidRPr="00013F19" w14:paraId="2BFC9F0A" w14:textId="77777777" w:rsidTr="00596D2E">
        <w:trPr>
          <w:cantSplit/>
          <w:trHeight w:val="480"/>
          <w:jc w:val="center"/>
        </w:trPr>
        <w:tc>
          <w:tcPr>
            <w:tcW w:w="3458" w:type="dxa"/>
            <w:shd w:val="clear" w:color="auto" w:fill="F2F2F2"/>
            <w:vAlign w:val="center"/>
          </w:tcPr>
          <w:p w14:paraId="7E3B5020" w14:textId="77777777" w:rsidR="007E510F" w:rsidRPr="00013F19" w:rsidRDefault="00CB6FF7">
            <w:pPr>
              <w:widowControl w:val="0"/>
              <w:snapToGrid w:val="0"/>
              <w:spacing w:line="280" w:lineRule="exact"/>
              <w:rPr>
                <w:sz w:val="22"/>
              </w:rPr>
            </w:pPr>
            <w:proofErr w:type="spellStart"/>
            <w:r w:rsidRPr="00013F19">
              <w:rPr>
                <w:rFonts w:ascii="ＭＳ ゴシック" w:eastAsia="ＭＳ ゴシック" w:hAnsi="ＭＳ ゴシック"/>
                <w:b/>
                <w:color w:val="000000"/>
                <w:sz w:val="22"/>
              </w:rPr>
              <w:t>表示内容の確認状況</w:t>
            </w:r>
            <w:proofErr w:type="spellEnd"/>
          </w:p>
        </w:tc>
        <w:tc>
          <w:tcPr>
            <w:tcW w:w="6181" w:type="dxa"/>
            <w:vAlign w:val="center"/>
          </w:tcPr>
          <w:p w14:paraId="447DDFB9" w14:textId="670E3A22" w:rsidR="007E510F" w:rsidRPr="00013F19" w:rsidRDefault="00000000">
            <w:pPr>
              <w:widowControl w:val="0"/>
              <w:snapToGrid w:val="0"/>
              <w:spacing w:line="280" w:lineRule="exact"/>
              <w:rPr>
                <w:sz w:val="22"/>
                <w:lang w:eastAsia="ja-JP"/>
              </w:rPr>
            </w:pPr>
            <w:sdt>
              <w:sdtPr>
                <w:rPr>
                  <w:rFonts w:ascii="ＭＳ ゴシック" w:eastAsia="ＭＳ ゴシック" w:hAnsi="ＭＳ ゴシック"/>
                  <w:color w:val="000000"/>
                  <w:sz w:val="22"/>
                  <w:lang w:eastAsia="ja-JP"/>
                </w:rPr>
                <w:id w:val="110408363"/>
                <w14:checkbox>
                  <w14:checked w14:val="0"/>
                  <w14:checkedState w14:val="2611" w14:font="Segoe UI Symbol"/>
                  <w14:uncheckedState w14:val="2610" w14:font="ＭＳ ゴシック"/>
                </w14:checkbox>
              </w:sdtPr>
              <w:sdtContent>
                <w:r w:rsidR="00325C34" w:rsidRPr="00013F19">
                  <w:rPr>
                    <w:rFonts w:ascii="ＭＳ ゴシック" w:eastAsia="ＭＳ ゴシック" w:hAnsi="ＭＳ ゴシック" w:hint="eastAsia"/>
                    <w:color w:val="000000"/>
                    <w:sz w:val="22"/>
                    <w:lang w:eastAsia="ja-JP"/>
                  </w:rPr>
                  <w:t>☐</w:t>
                </w:r>
              </w:sdtContent>
            </w:sdt>
            <w:r w:rsidR="00CB6FF7" w:rsidRPr="00013F19">
              <w:rPr>
                <w:rFonts w:ascii="ＭＳ ゴシック" w:eastAsia="ＭＳ ゴシック" w:hAnsi="ＭＳ ゴシック"/>
                <w:color w:val="000000"/>
                <w:sz w:val="22"/>
                <w:lang w:eastAsia="ja-JP"/>
              </w:rPr>
              <w:t xml:space="preserve"> 確認済み　</w:t>
            </w:r>
            <w:sdt>
              <w:sdtPr>
                <w:rPr>
                  <w:rFonts w:ascii="ＭＳ ゴシック" w:eastAsia="ＭＳ ゴシック" w:hAnsi="ＭＳ ゴシック"/>
                  <w:color w:val="000000"/>
                  <w:sz w:val="22"/>
                  <w:lang w:eastAsia="ja-JP"/>
                </w:rPr>
                <w:id w:val="1077328564"/>
                <w14:checkbox>
                  <w14:checked w14:val="0"/>
                  <w14:checkedState w14:val="2611" w14:font="Segoe UI Symbol"/>
                  <w14:uncheckedState w14:val="2610" w14:font="ＭＳ ゴシック"/>
                </w14:checkbox>
              </w:sdtPr>
              <w:sdtContent>
                <w:r w:rsidR="00325C34" w:rsidRPr="00013F19">
                  <w:rPr>
                    <w:rFonts w:ascii="ＭＳ ゴシック" w:eastAsia="ＭＳ ゴシック" w:hAnsi="ＭＳ ゴシック" w:hint="eastAsia"/>
                    <w:color w:val="000000"/>
                    <w:sz w:val="22"/>
                    <w:lang w:eastAsia="ja-JP"/>
                  </w:rPr>
                  <w:t>☐</w:t>
                </w:r>
              </w:sdtContent>
            </w:sdt>
            <w:r w:rsidR="00CB6FF7" w:rsidRPr="00013F19">
              <w:rPr>
                <w:rFonts w:ascii="ＭＳ ゴシック" w:eastAsia="ＭＳ ゴシック" w:hAnsi="ＭＳ ゴシック"/>
                <w:color w:val="000000"/>
                <w:sz w:val="22"/>
                <w:lang w:eastAsia="ja-JP"/>
              </w:rPr>
              <w:t xml:space="preserve"> 確認中　</w:t>
            </w:r>
            <w:sdt>
              <w:sdtPr>
                <w:rPr>
                  <w:rFonts w:ascii="ＭＳ ゴシック" w:eastAsia="ＭＳ ゴシック" w:hAnsi="ＭＳ ゴシック"/>
                  <w:color w:val="000000"/>
                  <w:sz w:val="22"/>
                  <w:lang w:eastAsia="ja-JP"/>
                </w:rPr>
                <w:id w:val="-2100856629"/>
                <w14:checkbox>
                  <w14:checked w14:val="0"/>
                  <w14:checkedState w14:val="2611" w14:font="Segoe UI Symbol"/>
                  <w14:uncheckedState w14:val="2610" w14:font="ＭＳ ゴシック"/>
                </w14:checkbox>
              </w:sdtPr>
              <w:sdtContent>
                <w:r w:rsidR="00325C34" w:rsidRPr="00013F19">
                  <w:rPr>
                    <w:rFonts w:ascii="ＭＳ ゴシック" w:eastAsia="ＭＳ ゴシック" w:hAnsi="ＭＳ ゴシック" w:hint="eastAsia"/>
                    <w:color w:val="000000"/>
                    <w:sz w:val="22"/>
                    <w:lang w:eastAsia="ja-JP"/>
                  </w:rPr>
                  <w:t>☐</w:t>
                </w:r>
              </w:sdtContent>
            </w:sdt>
            <w:r w:rsidR="00CB6FF7" w:rsidRPr="00013F19">
              <w:rPr>
                <w:rFonts w:ascii="ＭＳ ゴシック" w:eastAsia="ＭＳ ゴシック" w:hAnsi="ＭＳ ゴシック"/>
                <w:color w:val="000000"/>
                <w:sz w:val="22"/>
                <w:lang w:eastAsia="ja-JP"/>
              </w:rPr>
              <w:t xml:space="preserve"> 未確認　</w:t>
            </w:r>
            <w:sdt>
              <w:sdtPr>
                <w:rPr>
                  <w:rFonts w:ascii="ＭＳ ゴシック" w:eastAsia="ＭＳ ゴシック" w:hAnsi="ＭＳ ゴシック"/>
                  <w:color w:val="000000"/>
                  <w:sz w:val="22"/>
                  <w:lang w:eastAsia="ja-JP"/>
                </w:rPr>
                <w:id w:val="39720878"/>
                <w14:checkbox>
                  <w14:checked w14:val="0"/>
                  <w14:checkedState w14:val="2611" w14:font="Segoe UI Symbol"/>
                  <w14:uncheckedState w14:val="2610" w14:font="ＭＳ ゴシック"/>
                </w14:checkbox>
              </w:sdtPr>
              <w:sdtContent>
                <w:r w:rsidR="00325C34" w:rsidRPr="00013F19">
                  <w:rPr>
                    <w:rFonts w:ascii="ＭＳ ゴシック" w:eastAsia="ＭＳ ゴシック" w:hAnsi="ＭＳ ゴシック" w:hint="eastAsia"/>
                    <w:color w:val="000000"/>
                    <w:sz w:val="22"/>
                    <w:lang w:eastAsia="ja-JP"/>
                  </w:rPr>
                  <w:t>☐</w:t>
                </w:r>
              </w:sdtContent>
            </w:sdt>
            <w:r w:rsidR="00CB6FF7" w:rsidRPr="00013F19">
              <w:rPr>
                <w:rFonts w:ascii="ＭＳ ゴシック" w:eastAsia="ＭＳ ゴシック" w:hAnsi="ＭＳ ゴシック"/>
                <w:color w:val="000000"/>
                <w:sz w:val="22"/>
                <w:lang w:eastAsia="ja-JP"/>
              </w:rPr>
              <w:t xml:space="preserve"> 該当なし</w:t>
            </w:r>
          </w:p>
        </w:tc>
      </w:tr>
    </w:tbl>
    <w:p w14:paraId="156E0C84" w14:textId="77777777" w:rsidR="007E510F" w:rsidRPr="00013F19" w:rsidRDefault="007E510F">
      <w:pPr>
        <w:widowControl w:val="0"/>
        <w:snapToGrid w:val="0"/>
        <w:spacing w:line="100" w:lineRule="exact"/>
        <w:rPr>
          <w:sz w:val="22"/>
          <w:lang w:eastAsia="ja-JP"/>
        </w:rPr>
      </w:pPr>
    </w:p>
    <w:p w14:paraId="39E2DB2D" w14:textId="77777777" w:rsidR="00DB44C5" w:rsidRPr="00013F19" w:rsidRDefault="00DB44C5">
      <w:pPr>
        <w:widowControl w:val="0"/>
        <w:snapToGrid w:val="0"/>
        <w:spacing w:line="100" w:lineRule="exact"/>
        <w:rPr>
          <w:sz w:val="22"/>
          <w:lang w:eastAsia="ja-JP"/>
        </w:rPr>
      </w:pPr>
    </w:p>
    <w:p w14:paraId="4EFF222A" w14:textId="77777777" w:rsidR="00DB44C5" w:rsidRPr="00013F19" w:rsidRDefault="00DB44C5">
      <w:pPr>
        <w:widowControl w:val="0"/>
        <w:snapToGrid w:val="0"/>
        <w:spacing w:line="100" w:lineRule="exact"/>
        <w:rPr>
          <w:sz w:val="22"/>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rsidRPr="00013F19" w14:paraId="0C7B0AE4" w14:textId="77777777">
        <w:trPr>
          <w:cantSplit/>
          <w:trHeight w:val="520"/>
          <w:jc w:val="center"/>
        </w:trPr>
        <w:tc>
          <w:tcPr>
            <w:tcW w:w="9638" w:type="dxa"/>
            <w:shd w:val="clear" w:color="auto" w:fill="E7E7E7"/>
            <w:vAlign w:val="center"/>
          </w:tcPr>
          <w:p w14:paraId="2CCE96C7" w14:textId="77777777" w:rsidR="007E510F" w:rsidRPr="00013F19" w:rsidRDefault="00CB6FF7">
            <w:pPr>
              <w:widowControl w:val="0"/>
              <w:snapToGrid w:val="0"/>
              <w:spacing w:line="320" w:lineRule="exact"/>
              <w:rPr>
                <w:sz w:val="22"/>
                <w:lang w:eastAsia="ja-JP"/>
              </w:rPr>
            </w:pPr>
            <w:r w:rsidRPr="00013F19">
              <w:rPr>
                <w:rFonts w:ascii="ＭＳ ゴシック" w:eastAsia="ＭＳ ゴシック" w:hAnsi="ＭＳ ゴシック"/>
                <w:b/>
                <w:color w:val="000000"/>
                <w:sz w:val="22"/>
                <w:lang w:eastAsia="ja-JP"/>
              </w:rPr>
              <w:t>5　添付書類チェック欄</w:t>
            </w:r>
          </w:p>
        </w:tc>
      </w:tr>
    </w:tbl>
    <w:p w14:paraId="675D81F3" w14:textId="77777777" w:rsidR="007E510F" w:rsidRPr="00013F19" w:rsidRDefault="007E510F">
      <w:pPr>
        <w:widowControl w:val="0"/>
        <w:snapToGrid w:val="0"/>
        <w:spacing w:line="100" w:lineRule="exact"/>
        <w:rPr>
          <w:sz w:val="22"/>
          <w:lang w:eastAsia="ja-JP"/>
        </w:rPr>
      </w:pPr>
    </w:p>
    <w:p w14:paraId="094F3F2B" w14:textId="77777777" w:rsidR="007E510F" w:rsidRPr="00013F19" w:rsidRDefault="00CB6FF7">
      <w:pPr>
        <w:widowControl w:val="0"/>
        <w:snapToGrid w:val="0"/>
        <w:spacing w:after="40" w:line="260" w:lineRule="exact"/>
        <w:rPr>
          <w:sz w:val="22"/>
          <w:lang w:eastAsia="ja-JP"/>
        </w:rPr>
      </w:pPr>
      <w:r w:rsidRPr="00013F19">
        <w:rPr>
          <w:rFonts w:ascii="ＭＳ ゴシック" w:eastAsia="ＭＳ ゴシック" w:hAnsi="ＭＳ ゴシック"/>
          <w:color w:val="000000"/>
          <w:sz w:val="22"/>
          <w:lang w:eastAsia="ja-JP"/>
        </w:rPr>
        <w:t>次の資料を添付又は申請書に貼り付け、該当する項目にチェックしてください。</w:t>
      </w:r>
    </w:p>
    <w:p w14:paraId="4036F9B6" w14:textId="77777777" w:rsidR="00F15CCD" w:rsidRPr="00013F19" w:rsidRDefault="00BD524B">
      <w:pPr>
        <w:spacing w:before="20" w:after="40"/>
        <w:rPr>
          <w:sz w:val="22"/>
          <w:lang w:eastAsia="ja-JP"/>
        </w:rPr>
      </w:pPr>
      <w:r w:rsidRPr="00013F19">
        <w:rPr>
          <w:rFonts w:ascii="ＭＳ ゴシック" w:eastAsia="ＭＳ ゴシック" w:hAnsi="ＭＳ ゴシック"/>
          <w:color w:val="000000"/>
          <w:sz w:val="22"/>
          <w:lang w:eastAsia="ja-JP"/>
        </w:rPr>
        <w:t>※審査に必要な追加資料は、申請受付後に事務局から個別に提出をお願いする場合があります。</w:t>
      </w:r>
    </w:p>
    <w:tbl>
      <w:tblPr>
        <w:tblW w:w="9773"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9773"/>
      </w:tblGrid>
      <w:tr w:rsidR="00F15CCD" w:rsidRPr="00013F19" w14:paraId="34DBF27F" w14:textId="77777777" w:rsidTr="009121AA">
        <w:trPr>
          <w:jc w:val="center"/>
        </w:trPr>
        <w:tc>
          <w:tcPr>
            <w:tcW w:w="9773" w:type="dxa"/>
            <w:tcMar>
              <w:top w:w="90" w:type="dxa"/>
              <w:left w:w="100" w:type="dxa"/>
              <w:bottom w:w="90" w:type="dxa"/>
              <w:right w:w="100" w:type="dxa"/>
            </w:tcMar>
            <w:vAlign w:val="center"/>
          </w:tcPr>
          <w:p w14:paraId="18169196" w14:textId="51EB7C9E" w:rsidR="00F15CCD" w:rsidRPr="00013F19" w:rsidRDefault="00000000">
            <w:pPr>
              <w:rPr>
                <w:sz w:val="22"/>
                <w:lang w:eastAsia="ja-JP"/>
              </w:rPr>
            </w:pPr>
            <w:sdt>
              <w:sdtPr>
                <w:rPr>
                  <w:rFonts w:ascii="ＭＳ ゴシック" w:eastAsia="ＭＳ ゴシック" w:hAnsi="ＭＳ ゴシック"/>
                  <w:color w:val="000000"/>
                  <w:sz w:val="22"/>
                  <w:lang w:eastAsia="ja-JP"/>
                </w:rPr>
                <w:id w:val="-209423199"/>
                <w14:checkbox>
                  <w14:checked w14:val="0"/>
                  <w14:checkedState w14:val="2611" w14:font="Segoe UI Symbol"/>
                  <w14:uncheckedState w14:val="2610" w14:font="ＭＳ ゴシック"/>
                </w14:checkbox>
              </w:sdtPr>
              <w:sdtContent>
                <w:r w:rsidR="009121AA" w:rsidRPr="00013F19">
                  <w:rPr>
                    <w:rFonts w:ascii="ＭＳ ゴシック" w:eastAsia="ＭＳ ゴシック" w:hAnsi="ＭＳ ゴシック" w:hint="eastAsia"/>
                    <w:color w:val="000000"/>
                    <w:sz w:val="22"/>
                    <w:lang w:eastAsia="ja-JP"/>
                  </w:rPr>
                  <w:t>☐</w:t>
                </w:r>
              </w:sdtContent>
            </w:sdt>
            <w:r w:rsidR="009121AA" w:rsidRPr="00013F19">
              <w:rPr>
                <w:rFonts w:ascii="ＭＳ ゴシック" w:eastAsia="ＭＳ ゴシック" w:hAnsi="ＭＳ ゴシック"/>
                <w:color w:val="000000"/>
                <w:sz w:val="22"/>
                <w:lang w:eastAsia="ja-JP"/>
              </w:rPr>
              <w:t xml:space="preserve"> 商品画像（2へ貼付又は別添）</w:t>
            </w:r>
          </w:p>
        </w:tc>
      </w:tr>
      <w:tr w:rsidR="00F15CCD" w:rsidRPr="00013F19" w14:paraId="20827343" w14:textId="77777777" w:rsidTr="009121AA">
        <w:trPr>
          <w:jc w:val="center"/>
        </w:trPr>
        <w:tc>
          <w:tcPr>
            <w:tcW w:w="9773" w:type="dxa"/>
            <w:tcMar>
              <w:top w:w="90" w:type="dxa"/>
              <w:left w:w="100" w:type="dxa"/>
              <w:bottom w:w="90" w:type="dxa"/>
              <w:right w:w="100" w:type="dxa"/>
            </w:tcMar>
            <w:vAlign w:val="center"/>
          </w:tcPr>
          <w:p w14:paraId="74F2C528" w14:textId="4A4DFA1D" w:rsidR="00F15CCD" w:rsidRPr="00013F19" w:rsidRDefault="00000000">
            <w:pPr>
              <w:rPr>
                <w:sz w:val="22"/>
                <w:lang w:eastAsia="ja-JP"/>
              </w:rPr>
            </w:pPr>
            <w:sdt>
              <w:sdtPr>
                <w:rPr>
                  <w:rFonts w:ascii="ＭＳ ゴシック" w:eastAsia="ＭＳ ゴシック" w:hAnsi="ＭＳ ゴシック"/>
                  <w:color w:val="000000"/>
                  <w:sz w:val="22"/>
                  <w:lang w:eastAsia="ja-JP"/>
                </w:rPr>
                <w:id w:val="736742053"/>
                <w14:checkbox>
                  <w14:checked w14:val="0"/>
                  <w14:checkedState w14:val="2611" w14:font="Segoe UI Symbol"/>
                  <w14:uncheckedState w14:val="2610" w14:font="ＭＳ ゴシック"/>
                </w14:checkbox>
              </w:sdtPr>
              <w:sdtContent>
                <w:r w:rsidR="009121AA" w:rsidRPr="00013F19">
                  <w:rPr>
                    <w:rFonts w:ascii="ＭＳ ゴシック" w:eastAsia="ＭＳ ゴシック" w:hAnsi="ＭＳ ゴシック" w:hint="eastAsia"/>
                    <w:color w:val="000000"/>
                    <w:sz w:val="22"/>
                    <w:lang w:eastAsia="ja-JP"/>
                  </w:rPr>
                  <w:t>☐</w:t>
                </w:r>
              </w:sdtContent>
            </w:sdt>
            <w:r w:rsidR="009121AA" w:rsidRPr="00013F19">
              <w:rPr>
                <w:rFonts w:ascii="ＭＳ ゴシック" w:eastAsia="ＭＳ ゴシック" w:hAnsi="ＭＳ ゴシック"/>
                <w:color w:val="000000"/>
                <w:sz w:val="22"/>
                <w:lang w:eastAsia="ja-JP"/>
              </w:rPr>
              <w:t xml:space="preserve"> 商品表示ラベル（2へ貼付又は別添）</w:t>
            </w:r>
          </w:p>
        </w:tc>
      </w:tr>
      <w:tr w:rsidR="00F15CCD" w:rsidRPr="00013F19" w14:paraId="7936E4E6" w14:textId="77777777" w:rsidTr="009121AA">
        <w:trPr>
          <w:jc w:val="center"/>
        </w:trPr>
        <w:tc>
          <w:tcPr>
            <w:tcW w:w="9773" w:type="dxa"/>
            <w:tcMar>
              <w:top w:w="90" w:type="dxa"/>
              <w:left w:w="100" w:type="dxa"/>
              <w:bottom w:w="90" w:type="dxa"/>
              <w:right w:w="100" w:type="dxa"/>
            </w:tcMar>
            <w:vAlign w:val="center"/>
          </w:tcPr>
          <w:p w14:paraId="478CA230" w14:textId="206C4872" w:rsidR="00F15CCD" w:rsidRPr="00013F19" w:rsidRDefault="00000000">
            <w:pPr>
              <w:rPr>
                <w:sz w:val="22"/>
                <w:lang w:eastAsia="ja-JP"/>
              </w:rPr>
            </w:pPr>
            <w:sdt>
              <w:sdtPr>
                <w:rPr>
                  <w:rFonts w:ascii="ＭＳ ゴシック" w:eastAsia="ＭＳ ゴシック" w:hAnsi="ＭＳ ゴシック"/>
                  <w:color w:val="000000"/>
                  <w:sz w:val="22"/>
                  <w:lang w:eastAsia="ja-JP"/>
                </w:rPr>
                <w:id w:val="-597409349"/>
                <w14:checkbox>
                  <w14:checked w14:val="0"/>
                  <w14:checkedState w14:val="2611" w14:font="Segoe UI Symbol"/>
                  <w14:uncheckedState w14:val="2610" w14:font="ＭＳ ゴシック"/>
                </w14:checkbox>
              </w:sdtPr>
              <w:sdtContent>
                <w:r w:rsidR="009121AA" w:rsidRPr="00013F19">
                  <w:rPr>
                    <w:rFonts w:ascii="ＭＳ ゴシック" w:eastAsia="ＭＳ ゴシック" w:hAnsi="ＭＳ ゴシック" w:hint="eastAsia"/>
                    <w:color w:val="000000"/>
                    <w:sz w:val="22"/>
                    <w:lang w:eastAsia="ja-JP"/>
                  </w:rPr>
                  <w:t>☐</w:t>
                </w:r>
              </w:sdtContent>
            </w:sdt>
            <w:r w:rsidR="009121AA" w:rsidRPr="00013F19">
              <w:rPr>
                <w:rFonts w:ascii="ＭＳ ゴシック" w:eastAsia="ＭＳ ゴシック" w:hAnsi="ＭＳ ゴシック"/>
                <w:color w:val="000000"/>
                <w:sz w:val="22"/>
                <w:lang w:eastAsia="ja-JP"/>
              </w:rPr>
              <w:t xml:space="preserve"> 許認可証等の写し（必要な場合）</w:t>
            </w:r>
          </w:p>
        </w:tc>
      </w:tr>
    </w:tbl>
    <w:p w14:paraId="49F8471C" w14:textId="77777777" w:rsidR="007E510F" w:rsidRDefault="007E510F">
      <w:pPr>
        <w:keepNext/>
        <w:pageBreakBefore/>
        <w:widowControl w:val="0"/>
        <w:snapToGrid w:val="0"/>
        <w:spacing w:line="20" w:lineRule="exact"/>
        <w:rPr>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54697CD8" w14:textId="77777777">
        <w:trPr>
          <w:cantSplit/>
          <w:trHeight w:val="520"/>
          <w:jc w:val="center"/>
        </w:trPr>
        <w:tc>
          <w:tcPr>
            <w:tcW w:w="9638" w:type="dxa"/>
            <w:shd w:val="clear" w:color="auto" w:fill="E7E7E7"/>
            <w:vAlign w:val="center"/>
          </w:tcPr>
          <w:p w14:paraId="54CCEB3E" w14:textId="77777777" w:rsidR="007E510F" w:rsidRDefault="00CB6FF7">
            <w:pPr>
              <w:widowControl w:val="0"/>
              <w:snapToGrid w:val="0"/>
              <w:spacing w:line="320" w:lineRule="exact"/>
              <w:rPr>
                <w:lang w:eastAsia="ja-JP"/>
              </w:rPr>
            </w:pPr>
            <w:r>
              <w:rPr>
                <w:rFonts w:ascii="ＭＳ ゴシック" w:eastAsia="ＭＳ ゴシック" w:hAnsi="ＭＳ ゴシック"/>
                <w:b/>
                <w:color w:val="000000"/>
                <w:sz w:val="23"/>
                <w:lang w:eastAsia="ja-JP"/>
              </w:rPr>
              <w:t>6　飲食料品の審査に必要な記載事項</w:t>
            </w:r>
          </w:p>
        </w:tc>
      </w:tr>
    </w:tbl>
    <w:p w14:paraId="6D9532EC" w14:textId="6A562DE0" w:rsidR="000827A8" w:rsidRPr="000827A8" w:rsidRDefault="000827A8" w:rsidP="000827A8">
      <w:pPr>
        <w:rPr>
          <w:rFonts w:ascii="ＭＳ Ｐ明朝" w:eastAsia="ＭＳ Ｐ明朝" w:hAnsi="ＭＳ Ｐ明朝"/>
          <w:szCs w:val="21"/>
          <w:lang w:eastAsia="ja-JP"/>
        </w:rPr>
      </w:pPr>
      <w:r w:rsidRPr="000827A8">
        <w:rPr>
          <w:rFonts w:ascii="ＭＳ ゴシック" w:eastAsia="ＭＳ ゴシック" w:hAnsi="ＭＳ ゴシック" w:hint="eastAsia"/>
          <w:szCs w:val="21"/>
          <w:lang w:eastAsia="ja-JP"/>
        </w:rPr>
        <w:t xml:space="preserve">〇 </w:t>
      </w:r>
      <w:r w:rsidRPr="000827A8">
        <w:rPr>
          <w:rFonts w:ascii="ＭＳ ゴシック" w:eastAsia="ＭＳ ゴシック" w:hAnsi="ＭＳ ゴシック"/>
          <w:szCs w:val="21"/>
          <w:lang w:eastAsia="ja-JP"/>
        </w:rPr>
        <w:t>質問中の例示すべてに該当する必要はありません。申請する商品・サービス等に当てはまる内容を</w:t>
      </w:r>
      <w:r w:rsidRPr="000827A8">
        <w:rPr>
          <w:rFonts w:ascii="ＭＳ ゴシック" w:eastAsia="ＭＳ ゴシック" w:hAnsi="ＭＳ ゴシック" w:hint="eastAsia"/>
          <w:szCs w:val="21"/>
          <w:lang w:eastAsia="ja-JP"/>
        </w:rPr>
        <w:t xml:space="preserve"> </w:t>
      </w:r>
      <w:r w:rsidRPr="000827A8">
        <w:rPr>
          <w:rFonts w:ascii="ＭＳ ゴシック" w:eastAsia="ＭＳ ゴシック" w:hAnsi="ＭＳ ゴシック"/>
          <w:szCs w:val="21"/>
          <w:lang w:eastAsia="ja-JP"/>
        </w:rPr>
        <w:t>記載してください。該当しない場合は、「該当なし」と記載してください。</w:t>
      </w:r>
    </w:p>
    <w:p w14:paraId="0FCF8744" w14:textId="77777777" w:rsidR="000827A8" w:rsidRPr="000827A8" w:rsidRDefault="000827A8">
      <w:pPr>
        <w:widowControl w:val="0"/>
        <w:snapToGrid w:val="0"/>
        <w:spacing w:after="60" w:line="260" w:lineRule="exact"/>
        <w:rPr>
          <w:sz w:val="22"/>
          <w:lang w:eastAsia="ja-JP"/>
        </w:rPr>
      </w:pPr>
    </w:p>
    <w:p w14:paraId="2784F52D"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t xml:space="preserve">1　</w:t>
      </w:r>
      <w:proofErr w:type="spellStart"/>
      <w:r>
        <w:rPr>
          <w:rFonts w:ascii="ＭＳ ゴシック" w:eastAsia="ＭＳ ゴシック" w:hAnsi="ＭＳ ゴシック"/>
          <w:b/>
          <w:color w:val="000000"/>
        </w:rPr>
        <w:t>素材の活用・工夫</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4964E7B8" w14:textId="77777777" w:rsidTr="00EE6DAD">
        <w:trPr>
          <w:cantSplit/>
          <w:trHeight w:val="1120"/>
          <w:jc w:val="center"/>
        </w:trPr>
        <w:tc>
          <w:tcPr>
            <w:tcW w:w="3458" w:type="dxa"/>
            <w:shd w:val="clear" w:color="auto" w:fill="F2F2F2"/>
            <w:vAlign w:val="center"/>
          </w:tcPr>
          <w:p w14:paraId="32BE7F0A" w14:textId="77777777" w:rsidR="007E510F" w:rsidRPr="000012C1" w:rsidRDefault="00C85F8A">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使用する主な原材料と、その特徴・良さを記載してください。</w:t>
            </w:r>
          </w:p>
        </w:tc>
        <w:tc>
          <w:tcPr>
            <w:tcW w:w="6181" w:type="dxa"/>
            <w:vAlign w:val="center"/>
          </w:tcPr>
          <w:p w14:paraId="511C653E" w14:textId="77777777" w:rsidR="007E510F" w:rsidRDefault="007E510F">
            <w:pPr>
              <w:widowControl w:val="0"/>
              <w:snapToGrid w:val="0"/>
              <w:spacing w:line="280" w:lineRule="exact"/>
              <w:rPr>
                <w:lang w:eastAsia="ja-JP"/>
              </w:rPr>
            </w:pPr>
          </w:p>
        </w:tc>
      </w:tr>
      <w:tr w:rsidR="007E510F" w14:paraId="6B85D018" w14:textId="77777777" w:rsidTr="00EE6DAD">
        <w:trPr>
          <w:cantSplit/>
          <w:trHeight w:val="1120"/>
          <w:jc w:val="center"/>
        </w:trPr>
        <w:tc>
          <w:tcPr>
            <w:tcW w:w="3458" w:type="dxa"/>
            <w:shd w:val="clear" w:color="auto" w:fill="F2F2F2"/>
            <w:vAlign w:val="center"/>
          </w:tcPr>
          <w:p w14:paraId="3F1A62C6" w14:textId="77777777" w:rsidR="007E510F" w:rsidRPr="000012C1" w:rsidRDefault="00FE2E45">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原材料の選定、組合せ、配合又は加工方法について、工夫している点を記載してください。</w:t>
            </w:r>
          </w:p>
        </w:tc>
        <w:tc>
          <w:tcPr>
            <w:tcW w:w="6181" w:type="dxa"/>
            <w:vAlign w:val="center"/>
          </w:tcPr>
          <w:p w14:paraId="724C131A" w14:textId="77777777" w:rsidR="007E510F" w:rsidRPr="000827A8" w:rsidRDefault="007E510F">
            <w:pPr>
              <w:widowControl w:val="0"/>
              <w:snapToGrid w:val="0"/>
              <w:spacing w:line="280" w:lineRule="exact"/>
              <w:rPr>
                <w:lang w:eastAsia="ja-JP"/>
              </w:rPr>
            </w:pPr>
          </w:p>
        </w:tc>
      </w:tr>
      <w:tr w:rsidR="007E510F" w14:paraId="727D9DEE" w14:textId="77777777" w:rsidTr="000827A8">
        <w:trPr>
          <w:cantSplit/>
          <w:trHeight w:val="1132"/>
          <w:jc w:val="center"/>
        </w:trPr>
        <w:tc>
          <w:tcPr>
            <w:tcW w:w="3458" w:type="dxa"/>
            <w:shd w:val="clear" w:color="auto" w:fill="F2F2F2"/>
            <w:vAlign w:val="center"/>
          </w:tcPr>
          <w:p w14:paraId="078D081B" w14:textId="77777777" w:rsidR="007E510F" w:rsidRPr="000012C1" w:rsidRDefault="00FE2E45">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lang w:eastAsia="ja-JP"/>
              </w:rPr>
              <w:t>地域資源、伝統的な技術・技法又は独自の発想を、商品づくりにどのように生かしているか記載してください。</w:t>
            </w:r>
          </w:p>
        </w:tc>
        <w:tc>
          <w:tcPr>
            <w:tcW w:w="6181" w:type="dxa"/>
            <w:vAlign w:val="center"/>
          </w:tcPr>
          <w:p w14:paraId="487CB020" w14:textId="77777777" w:rsidR="007E510F" w:rsidRDefault="007E510F">
            <w:pPr>
              <w:widowControl w:val="0"/>
              <w:snapToGrid w:val="0"/>
              <w:spacing w:line="280" w:lineRule="exact"/>
              <w:rPr>
                <w:lang w:eastAsia="ja-JP"/>
              </w:rPr>
            </w:pPr>
          </w:p>
        </w:tc>
      </w:tr>
    </w:tbl>
    <w:p w14:paraId="5820994A" w14:textId="77777777" w:rsidR="00E300F5" w:rsidRDefault="00E300F5">
      <w:pPr>
        <w:keepNext/>
        <w:widowControl w:val="0"/>
        <w:snapToGrid w:val="0"/>
        <w:spacing w:before="100" w:after="60" w:line="280" w:lineRule="exact"/>
        <w:rPr>
          <w:b/>
          <w:color w:val="000000"/>
          <w:lang w:eastAsia="ja-JP"/>
        </w:rPr>
      </w:pPr>
    </w:p>
    <w:p w14:paraId="75A58006"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t xml:space="preserve">2　</w:t>
      </w:r>
      <w:proofErr w:type="spellStart"/>
      <w:r>
        <w:rPr>
          <w:rFonts w:ascii="ＭＳ ゴシック" w:eastAsia="ＭＳ ゴシック" w:hAnsi="ＭＳ ゴシック"/>
          <w:b/>
          <w:color w:val="000000"/>
        </w:rPr>
        <w:t>品質・味わい</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5BBA508B" w14:textId="77777777" w:rsidTr="00E300F5">
        <w:trPr>
          <w:cantSplit/>
          <w:trHeight w:val="1097"/>
          <w:jc w:val="center"/>
        </w:trPr>
        <w:tc>
          <w:tcPr>
            <w:tcW w:w="3458" w:type="dxa"/>
            <w:shd w:val="clear" w:color="auto" w:fill="F2F2F2"/>
            <w:vAlign w:val="center"/>
          </w:tcPr>
          <w:p w14:paraId="692D65B5" w14:textId="77777777" w:rsidR="007E510F" w:rsidRPr="000012C1" w:rsidRDefault="000827A8">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商品の味、香り、食感及び見た目の特徴と、特に工夫した点を記載してください。</w:t>
            </w:r>
          </w:p>
        </w:tc>
        <w:tc>
          <w:tcPr>
            <w:tcW w:w="6180" w:type="dxa"/>
            <w:vAlign w:val="center"/>
          </w:tcPr>
          <w:p w14:paraId="0DA3B097" w14:textId="77777777" w:rsidR="007E510F" w:rsidRDefault="007E510F">
            <w:pPr>
              <w:widowControl w:val="0"/>
              <w:snapToGrid w:val="0"/>
              <w:spacing w:line="280" w:lineRule="exact"/>
              <w:rPr>
                <w:lang w:eastAsia="ja-JP"/>
              </w:rPr>
            </w:pPr>
          </w:p>
        </w:tc>
      </w:tr>
      <w:tr w:rsidR="007E510F" w14:paraId="0DD90A51" w14:textId="77777777" w:rsidTr="00E300F5">
        <w:trPr>
          <w:cantSplit/>
          <w:trHeight w:val="1097"/>
          <w:jc w:val="center"/>
        </w:trPr>
        <w:tc>
          <w:tcPr>
            <w:tcW w:w="3458" w:type="dxa"/>
            <w:shd w:val="clear" w:color="auto" w:fill="F2F2F2"/>
            <w:vAlign w:val="center"/>
          </w:tcPr>
          <w:p w14:paraId="15B0CD79" w14:textId="77777777" w:rsidR="007E510F" w:rsidRPr="000012C1" w:rsidRDefault="00043ECC">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製造のたびに品質が大きく変わらないよう、工夫している点を記載してください。</w:t>
            </w:r>
          </w:p>
        </w:tc>
        <w:tc>
          <w:tcPr>
            <w:tcW w:w="6180" w:type="dxa"/>
            <w:vAlign w:val="center"/>
          </w:tcPr>
          <w:p w14:paraId="3AC760CA" w14:textId="77777777" w:rsidR="007E510F" w:rsidRDefault="007E510F">
            <w:pPr>
              <w:widowControl w:val="0"/>
              <w:snapToGrid w:val="0"/>
              <w:spacing w:line="280" w:lineRule="exact"/>
              <w:rPr>
                <w:lang w:eastAsia="ja-JP"/>
              </w:rPr>
            </w:pPr>
          </w:p>
        </w:tc>
      </w:tr>
    </w:tbl>
    <w:p w14:paraId="5A6D6C3D" w14:textId="77777777" w:rsidR="00E300F5" w:rsidRDefault="00E300F5">
      <w:pPr>
        <w:keepNext/>
        <w:widowControl w:val="0"/>
        <w:snapToGrid w:val="0"/>
        <w:spacing w:before="100" w:after="60" w:line="280" w:lineRule="exact"/>
        <w:rPr>
          <w:b/>
          <w:color w:val="000000"/>
          <w:lang w:eastAsia="ja-JP"/>
        </w:rPr>
      </w:pPr>
    </w:p>
    <w:p w14:paraId="32DE3D72"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t xml:space="preserve">3　</w:t>
      </w:r>
      <w:proofErr w:type="spellStart"/>
      <w:r>
        <w:rPr>
          <w:rFonts w:ascii="ＭＳ ゴシック" w:eastAsia="ＭＳ ゴシック" w:hAnsi="ＭＳ ゴシック"/>
          <w:b/>
          <w:color w:val="000000"/>
        </w:rPr>
        <w:t>購入者のニーズ</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578AC6ED" w14:textId="77777777" w:rsidTr="00BB6875">
        <w:trPr>
          <w:cantSplit/>
          <w:trHeight w:val="981"/>
          <w:jc w:val="center"/>
        </w:trPr>
        <w:tc>
          <w:tcPr>
            <w:tcW w:w="3458" w:type="dxa"/>
            <w:shd w:val="clear" w:color="auto" w:fill="F2F2F2"/>
            <w:vAlign w:val="center"/>
          </w:tcPr>
          <w:p w14:paraId="12E81DBA" w14:textId="77777777" w:rsidR="007E510F" w:rsidRPr="000012C1" w:rsidRDefault="00E70AA5">
            <w:pPr>
              <w:widowControl w:val="0"/>
              <w:snapToGrid w:val="0"/>
              <w:spacing w:line="280" w:lineRule="exact"/>
              <w:rPr>
                <w:rFonts w:ascii="ＭＳ Ｐゴシック" w:eastAsia="ＭＳ Ｐゴシック" w:hAnsi="ＭＳ Ｐゴシック"/>
                <w:lang w:eastAsia="ja-JP"/>
              </w:rPr>
            </w:pPr>
            <w:r w:rsidRPr="000012C1">
              <w:rPr>
                <w:rFonts w:ascii="ＭＳ ゴシック" w:eastAsia="ＭＳ ゴシック" w:hAnsi="ＭＳ ゴシック"/>
                <w:lang w:eastAsia="ja-JP"/>
              </w:rPr>
              <w:t>どのような人に、どのような場面で購入してもらうことを想定しているか記載してください。</w:t>
            </w:r>
          </w:p>
        </w:tc>
        <w:tc>
          <w:tcPr>
            <w:tcW w:w="6181" w:type="dxa"/>
            <w:vAlign w:val="center"/>
          </w:tcPr>
          <w:p w14:paraId="6DC91DD8" w14:textId="77777777" w:rsidR="007E510F" w:rsidRPr="00BB6875" w:rsidRDefault="007E510F">
            <w:pPr>
              <w:widowControl w:val="0"/>
              <w:snapToGrid w:val="0"/>
              <w:spacing w:line="280" w:lineRule="exact"/>
              <w:rPr>
                <w:lang w:eastAsia="ja-JP"/>
              </w:rPr>
            </w:pPr>
          </w:p>
        </w:tc>
      </w:tr>
      <w:tr w:rsidR="007E510F" w14:paraId="4EEE0D22" w14:textId="77777777" w:rsidTr="00BB6875">
        <w:trPr>
          <w:cantSplit/>
          <w:trHeight w:val="981"/>
          <w:jc w:val="center"/>
        </w:trPr>
        <w:tc>
          <w:tcPr>
            <w:tcW w:w="3458" w:type="dxa"/>
            <w:shd w:val="clear" w:color="auto" w:fill="F2F2F2"/>
            <w:vAlign w:val="center"/>
          </w:tcPr>
          <w:p w14:paraId="01FE5BD3" w14:textId="77777777" w:rsidR="007E510F" w:rsidRPr="000012C1" w:rsidRDefault="00E70AA5">
            <w:pPr>
              <w:widowControl w:val="0"/>
              <w:snapToGrid w:val="0"/>
              <w:spacing w:line="280" w:lineRule="exact"/>
              <w:rPr>
                <w:rFonts w:ascii="ＭＳ Ｐゴシック" w:eastAsia="ＭＳ Ｐゴシック" w:hAnsi="ＭＳ Ｐゴシック"/>
                <w:lang w:eastAsia="ja-JP"/>
              </w:rPr>
            </w:pPr>
            <w:r w:rsidRPr="000012C1">
              <w:rPr>
                <w:rFonts w:ascii="ＭＳ ゴシック" w:eastAsia="ＭＳ ゴシック" w:hAnsi="ＭＳ ゴシック"/>
                <w:lang w:eastAsia="ja-JP"/>
              </w:rPr>
              <w:t>内容量、規格及び価格を、想定する購入者に合わせてどのように設定したか記載してください。</w:t>
            </w:r>
          </w:p>
        </w:tc>
        <w:tc>
          <w:tcPr>
            <w:tcW w:w="6181" w:type="dxa"/>
            <w:vAlign w:val="center"/>
          </w:tcPr>
          <w:p w14:paraId="16156C72" w14:textId="77777777" w:rsidR="007E510F" w:rsidRDefault="007E510F">
            <w:pPr>
              <w:widowControl w:val="0"/>
              <w:snapToGrid w:val="0"/>
              <w:spacing w:line="280" w:lineRule="exact"/>
              <w:rPr>
                <w:lang w:eastAsia="ja-JP"/>
              </w:rPr>
            </w:pPr>
          </w:p>
        </w:tc>
      </w:tr>
      <w:tr w:rsidR="007E510F" w14:paraId="35CCE6CB" w14:textId="77777777" w:rsidTr="00BB6875">
        <w:trPr>
          <w:cantSplit/>
          <w:trHeight w:val="981"/>
          <w:jc w:val="center"/>
        </w:trPr>
        <w:tc>
          <w:tcPr>
            <w:tcW w:w="3458" w:type="dxa"/>
            <w:shd w:val="clear" w:color="auto" w:fill="F2F2F2"/>
            <w:vAlign w:val="center"/>
          </w:tcPr>
          <w:p w14:paraId="1D7AB948" w14:textId="77777777" w:rsidR="007E510F" w:rsidRPr="000012C1" w:rsidRDefault="000012C1">
            <w:pPr>
              <w:widowControl w:val="0"/>
              <w:snapToGrid w:val="0"/>
              <w:spacing w:line="280" w:lineRule="exact"/>
              <w:rPr>
                <w:rFonts w:ascii="ＭＳ Ｐゴシック" w:eastAsia="ＭＳ Ｐゴシック" w:hAnsi="ＭＳ Ｐゴシック"/>
                <w:b/>
                <w:bCs/>
                <w:lang w:eastAsia="ja-JP"/>
              </w:rPr>
            </w:pPr>
            <w:r w:rsidRPr="000012C1">
              <w:rPr>
                <w:rFonts w:ascii="ＭＳ ゴシック" w:eastAsia="ＭＳ ゴシック" w:hAnsi="ＭＳ ゴシック"/>
                <w:lang w:eastAsia="ja-JP"/>
              </w:rPr>
              <w:t>購入者に特に知ってほしい商品の魅力や、おすすめする点を記載してください</w:t>
            </w:r>
            <w:r>
              <w:rPr>
                <w:rFonts w:ascii="ＭＳ ゴシック" w:eastAsia="ＭＳ ゴシック" w:hAnsi="ＭＳ ゴシック" w:hint="eastAsia"/>
                <w:lang w:eastAsia="ja-JP"/>
              </w:rPr>
              <w:t>。</w:t>
            </w:r>
          </w:p>
        </w:tc>
        <w:tc>
          <w:tcPr>
            <w:tcW w:w="6181" w:type="dxa"/>
            <w:vAlign w:val="center"/>
          </w:tcPr>
          <w:p w14:paraId="0822B02A" w14:textId="77777777" w:rsidR="007E510F" w:rsidRDefault="007E510F">
            <w:pPr>
              <w:widowControl w:val="0"/>
              <w:snapToGrid w:val="0"/>
              <w:spacing w:line="280" w:lineRule="exact"/>
              <w:rPr>
                <w:lang w:eastAsia="ja-JP"/>
              </w:rPr>
            </w:pPr>
          </w:p>
        </w:tc>
      </w:tr>
    </w:tbl>
    <w:p w14:paraId="10BEC1AE" w14:textId="77777777" w:rsidR="007E510F" w:rsidRDefault="007E510F">
      <w:pPr>
        <w:widowControl w:val="0"/>
        <w:snapToGrid w:val="0"/>
        <w:spacing w:line="100" w:lineRule="exact"/>
        <w:rPr>
          <w:lang w:eastAsia="ja-JP"/>
        </w:rPr>
      </w:pPr>
    </w:p>
    <w:p w14:paraId="0118F214" w14:textId="77777777" w:rsidR="00025C11" w:rsidRDefault="00025C11">
      <w:pPr>
        <w:spacing w:after="200" w:line="276" w:lineRule="auto"/>
        <w:rPr>
          <w:b/>
          <w:color w:val="000000"/>
          <w:lang w:eastAsia="ja-JP"/>
        </w:rPr>
      </w:pPr>
      <w:r>
        <w:rPr>
          <w:rFonts w:ascii="ＭＳ ゴシック" w:eastAsia="ＭＳ ゴシック" w:hAnsi="ＭＳ ゴシック"/>
          <w:b/>
          <w:color w:val="000000"/>
          <w:lang w:eastAsia="ja-JP"/>
        </w:rPr>
        <w:br w:type="page"/>
      </w:r>
    </w:p>
    <w:p w14:paraId="350B8FC8"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lastRenderedPageBreak/>
        <w:t xml:space="preserve">4　</w:t>
      </w:r>
      <w:proofErr w:type="spellStart"/>
      <w:r>
        <w:rPr>
          <w:rFonts w:ascii="ＭＳ ゴシック" w:eastAsia="ＭＳ ゴシック" w:hAnsi="ＭＳ ゴシック"/>
          <w:b/>
          <w:color w:val="000000"/>
        </w:rPr>
        <w:t>名称・デザイン</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519CC461" w14:textId="77777777" w:rsidTr="00E300F5">
        <w:trPr>
          <w:cantSplit/>
          <w:trHeight w:val="1140"/>
          <w:jc w:val="center"/>
        </w:trPr>
        <w:tc>
          <w:tcPr>
            <w:tcW w:w="3458" w:type="dxa"/>
            <w:shd w:val="clear" w:color="auto" w:fill="F2F2F2"/>
            <w:vAlign w:val="center"/>
          </w:tcPr>
          <w:p w14:paraId="1797AD13" w14:textId="77777777" w:rsidR="007E510F" w:rsidRPr="000012C1" w:rsidRDefault="00A806BC">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商品名、包装、色彩又は形状によって、商品の内容や特徴を伝えるための工夫を記載してください。</w:t>
            </w:r>
          </w:p>
        </w:tc>
        <w:tc>
          <w:tcPr>
            <w:tcW w:w="6181" w:type="dxa"/>
            <w:vAlign w:val="center"/>
          </w:tcPr>
          <w:p w14:paraId="30D76079" w14:textId="77777777" w:rsidR="007E510F" w:rsidRDefault="007E510F">
            <w:pPr>
              <w:widowControl w:val="0"/>
              <w:snapToGrid w:val="0"/>
              <w:spacing w:line="280" w:lineRule="exact"/>
              <w:rPr>
                <w:lang w:eastAsia="ja-JP"/>
              </w:rPr>
            </w:pPr>
          </w:p>
        </w:tc>
      </w:tr>
      <w:tr w:rsidR="007E510F" w14:paraId="6C6F8F48" w14:textId="77777777" w:rsidTr="00E300F5">
        <w:trPr>
          <w:cantSplit/>
          <w:trHeight w:val="1140"/>
          <w:jc w:val="center"/>
        </w:trPr>
        <w:tc>
          <w:tcPr>
            <w:tcW w:w="3458" w:type="dxa"/>
            <w:shd w:val="clear" w:color="auto" w:fill="F2F2F2"/>
            <w:vAlign w:val="center"/>
          </w:tcPr>
          <w:p w14:paraId="0626AB33" w14:textId="77777777" w:rsidR="007E510F" w:rsidRPr="000012C1" w:rsidRDefault="000012C1">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lang w:eastAsia="ja-JP"/>
              </w:rPr>
              <w:t>商品名やデザインに込めた考えや思いを記載してください。</w:t>
            </w:r>
          </w:p>
        </w:tc>
        <w:tc>
          <w:tcPr>
            <w:tcW w:w="6181" w:type="dxa"/>
            <w:vAlign w:val="center"/>
          </w:tcPr>
          <w:p w14:paraId="1482792E" w14:textId="77777777" w:rsidR="007E510F" w:rsidRDefault="007E510F">
            <w:pPr>
              <w:widowControl w:val="0"/>
              <w:snapToGrid w:val="0"/>
              <w:spacing w:line="280" w:lineRule="exact"/>
              <w:rPr>
                <w:lang w:eastAsia="ja-JP"/>
              </w:rPr>
            </w:pPr>
          </w:p>
        </w:tc>
      </w:tr>
      <w:tr w:rsidR="007E510F" w14:paraId="159702F6" w14:textId="77777777" w:rsidTr="00E300F5">
        <w:trPr>
          <w:cantSplit/>
          <w:trHeight w:val="1140"/>
          <w:jc w:val="center"/>
        </w:trPr>
        <w:tc>
          <w:tcPr>
            <w:tcW w:w="3458" w:type="dxa"/>
            <w:shd w:val="clear" w:color="auto" w:fill="F2F2F2"/>
            <w:vAlign w:val="center"/>
          </w:tcPr>
          <w:p w14:paraId="0ED8B87E" w14:textId="77777777" w:rsidR="007E510F" w:rsidRPr="000012C1" w:rsidRDefault="000012C1">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商品を開発したきっかけと、宜野湾市とのつながりを記載してください。</w:t>
            </w:r>
          </w:p>
        </w:tc>
        <w:tc>
          <w:tcPr>
            <w:tcW w:w="6181" w:type="dxa"/>
            <w:vAlign w:val="center"/>
          </w:tcPr>
          <w:p w14:paraId="2B2A6CA7" w14:textId="77777777" w:rsidR="007E510F" w:rsidRDefault="007E510F">
            <w:pPr>
              <w:widowControl w:val="0"/>
              <w:snapToGrid w:val="0"/>
              <w:spacing w:line="280" w:lineRule="exact"/>
              <w:rPr>
                <w:lang w:eastAsia="ja-JP"/>
              </w:rPr>
            </w:pPr>
          </w:p>
        </w:tc>
      </w:tr>
    </w:tbl>
    <w:p w14:paraId="5D5944FF" w14:textId="77777777" w:rsidR="00BB6875" w:rsidRDefault="00BB6875">
      <w:pPr>
        <w:keepNext/>
        <w:widowControl w:val="0"/>
        <w:snapToGrid w:val="0"/>
        <w:spacing w:before="100" w:after="60" w:line="280" w:lineRule="exact"/>
        <w:rPr>
          <w:b/>
          <w:color w:val="000000"/>
          <w:lang w:eastAsia="ja-JP"/>
        </w:rPr>
      </w:pPr>
    </w:p>
    <w:p w14:paraId="44B8DC3A"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t xml:space="preserve">5　</w:t>
      </w:r>
      <w:proofErr w:type="spellStart"/>
      <w:r>
        <w:rPr>
          <w:rFonts w:ascii="ＭＳ ゴシック" w:eastAsia="ＭＳ ゴシック" w:hAnsi="ＭＳ ゴシック"/>
          <w:b/>
          <w:color w:val="000000"/>
        </w:rPr>
        <w:t>継続性・発展性</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4555B243" w14:textId="77777777" w:rsidTr="00E300F5">
        <w:trPr>
          <w:cantSplit/>
          <w:trHeight w:val="1400"/>
          <w:jc w:val="center"/>
        </w:trPr>
        <w:tc>
          <w:tcPr>
            <w:tcW w:w="3458" w:type="dxa"/>
            <w:shd w:val="clear" w:color="auto" w:fill="F2F2F2"/>
            <w:vAlign w:val="center"/>
          </w:tcPr>
          <w:p w14:paraId="02E58500" w14:textId="77777777" w:rsidR="007E510F" w:rsidRPr="000012C1" w:rsidRDefault="000827A8">
            <w:pPr>
              <w:widowControl w:val="0"/>
              <w:snapToGrid w:val="0"/>
              <w:spacing w:line="280" w:lineRule="exact"/>
              <w:rPr>
                <w:rFonts w:ascii="ＭＳ Ｐゴシック" w:eastAsia="ＭＳ Ｐゴシック" w:hAnsi="ＭＳ Ｐゴシック"/>
                <w:lang w:eastAsia="ja-JP"/>
              </w:rPr>
            </w:pPr>
            <w:r w:rsidRPr="000012C1">
              <w:rPr>
                <w:rFonts w:ascii="ＭＳ ゴシック" w:eastAsia="ＭＳ ゴシック" w:hAnsi="ＭＳ ゴシック"/>
                <w:lang w:eastAsia="ja-JP"/>
              </w:rPr>
              <w:t>今後も商品を販売していくために、店舗、取引先、通信販売等の販売先が確保されているか、又は確保する具体的な見込みを記載してください。</w:t>
            </w:r>
          </w:p>
        </w:tc>
        <w:tc>
          <w:tcPr>
            <w:tcW w:w="6181" w:type="dxa"/>
            <w:vAlign w:val="center"/>
          </w:tcPr>
          <w:p w14:paraId="3A2C0201" w14:textId="77777777" w:rsidR="007E510F" w:rsidRDefault="007E510F">
            <w:pPr>
              <w:widowControl w:val="0"/>
              <w:snapToGrid w:val="0"/>
              <w:spacing w:line="280" w:lineRule="exact"/>
              <w:rPr>
                <w:lang w:eastAsia="ja-JP"/>
              </w:rPr>
            </w:pPr>
          </w:p>
        </w:tc>
      </w:tr>
      <w:tr w:rsidR="007E510F" w14:paraId="7406458E" w14:textId="77777777" w:rsidTr="00E300F5">
        <w:trPr>
          <w:cantSplit/>
          <w:trHeight w:val="1400"/>
          <w:jc w:val="center"/>
        </w:trPr>
        <w:tc>
          <w:tcPr>
            <w:tcW w:w="3458" w:type="dxa"/>
            <w:shd w:val="clear" w:color="auto" w:fill="F2F2F2"/>
            <w:vAlign w:val="center"/>
          </w:tcPr>
          <w:p w14:paraId="03A49347" w14:textId="77777777" w:rsidR="007E510F" w:rsidRPr="000012C1" w:rsidRDefault="000012C1">
            <w:pPr>
              <w:widowControl w:val="0"/>
              <w:snapToGrid w:val="0"/>
              <w:spacing w:line="280" w:lineRule="exact"/>
              <w:rPr>
                <w:rFonts w:ascii="ＭＳ Ｐゴシック" w:eastAsia="ＭＳ Ｐゴシック" w:hAnsi="ＭＳ Ｐゴシック"/>
                <w:lang w:eastAsia="ja-JP"/>
              </w:rPr>
            </w:pPr>
            <w:r w:rsidRPr="000012C1">
              <w:rPr>
                <w:rFonts w:ascii="ＭＳ ゴシック" w:eastAsia="ＭＳ ゴシック" w:hAnsi="ＭＳ ゴシック"/>
                <w:lang w:eastAsia="ja-JP"/>
              </w:rPr>
              <w:t>販売予定数量を継続して生産・供給するための人員、設備、原材料の仕入先等について記載してください。</w:t>
            </w:r>
          </w:p>
        </w:tc>
        <w:tc>
          <w:tcPr>
            <w:tcW w:w="6181" w:type="dxa"/>
            <w:vAlign w:val="center"/>
          </w:tcPr>
          <w:p w14:paraId="5BB2C396" w14:textId="77777777" w:rsidR="007E510F" w:rsidRDefault="007E510F">
            <w:pPr>
              <w:widowControl w:val="0"/>
              <w:snapToGrid w:val="0"/>
              <w:spacing w:line="280" w:lineRule="exact"/>
              <w:rPr>
                <w:lang w:eastAsia="ja-JP"/>
              </w:rPr>
            </w:pPr>
          </w:p>
        </w:tc>
      </w:tr>
      <w:tr w:rsidR="007E510F" w14:paraId="218B233B" w14:textId="77777777" w:rsidTr="00E300F5">
        <w:trPr>
          <w:cantSplit/>
          <w:trHeight w:val="1400"/>
          <w:jc w:val="center"/>
        </w:trPr>
        <w:tc>
          <w:tcPr>
            <w:tcW w:w="3458" w:type="dxa"/>
            <w:shd w:val="clear" w:color="auto" w:fill="F2F2F2"/>
            <w:vAlign w:val="center"/>
          </w:tcPr>
          <w:p w14:paraId="2FA7404A" w14:textId="77777777" w:rsidR="007E510F" w:rsidRPr="000012C1" w:rsidRDefault="00A11C74">
            <w:pPr>
              <w:widowControl w:val="0"/>
              <w:snapToGrid w:val="0"/>
              <w:spacing w:line="280" w:lineRule="exact"/>
              <w:rPr>
                <w:rFonts w:ascii="ＭＳ Ｐゴシック" w:eastAsia="ＭＳ Ｐゴシック" w:hAnsi="ＭＳ Ｐゴシック"/>
                <w:lang w:eastAsia="ja-JP"/>
              </w:rPr>
            </w:pPr>
            <w:r w:rsidRPr="000012C1">
              <w:rPr>
                <w:rFonts w:ascii="ＭＳ ゴシック" w:eastAsia="ＭＳ ゴシック" w:hAnsi="ＭＳ ゴシック"/>
                <w:lang w:eastAsia="ja-JP"/>
              </w:rPr>
              <w:t>今後、販売先や購入者を広げるための計画を記載してください。</w:t>
            </w:r>
          </w:p>
        </w:tc>
        <w:tc>
          <w:tcPr>
            <w:tcW w:w="6181" w:type="dxa"/>
            <w:vAlign w:val="center"/>
          </w:tcPr>
          <w:p w14:paraId="3E5A1958" w14:textId="77777777" w:rsidR="007E510F" w:rsidRDefault="007E510F">
            <w:pPr>
              <w:widowControl w:val="0"/>
              <w:snapToGrid w:val="0"/>
              <w:spacing w:line="280" w:lineRule="exact"/>
              <w:rPr>
                <w:lang w:eastAsia="ja-JP"/>
              </w:rPr>
            </w:pPr>
          </w:p>
        </w:tc>
      </w:tr>
    </w:tbl>
    <w:p w14:paraId="71D3553D" w14:textId="77777777" w:rsidR="007E510F" w:rsidRDefault="007E510F">
      <w:pPr>
        <w:keepNext/>
        <w:pageBreakBefore/>
        <w:widowControl w:val="0"/>
        <w:snapToGrid w:val="0"/>
        <w:spacing w:line="20" w:lineRule="exact"/>
        <w:rPr>
          <w:lang w:eastAsia="ja-JP"/>
        </w:rPr>
      </w:pP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9639"/>
      </w:tblGrid>
      <w:tr w:rsidR="007E510F" w14:paraId="092A099C" w14:textId="77777777">
        <w:trPr>
          <w:cantSplit/>
          <w:trHeight w:val="520"/>
          <w:jc w:val="center"/>
        </w:trPr>
        <w:tc>
          <w:tcPr>
            <w:tcW w:w="9638" w:type="dxa"/>
            <w:shd w:val="clear" w:color="auto" w:fill="E7E7E7"/>
            <w:vAlign w:val="center"/>
          </w:tcPr>
          <w:p w14:paraId="5379F7F3" w14:textId="77777777" w:rsidR="007E510F" w:rsidRDefault="00CB6FF7">
            <w:pPr>
              <w:widowControl w:val="0"/>
              <w:snapToGrid w:val="0"/>
              <w:spacing w:line="320" w:lineRule="exact"/>
              <w:rPr>
                <w:lang w:eastAsia="ja-JP"/>
              </w:rPr>
            </w:pPr>
            <w:r>
              <w:rPr>
                <w:rFonts w:ascii="ＭＳ ゴシック" w:eastAsia="ＭＳ ゴシック" w:hAnsi="ＭＳ ゴシック"/>
                <w:b/>
                <w:color w:val="000000"/>
                <w:sz w:val="23"/>
                <w:lang w:eastAsia="ja-JP"/>
              </w:rPr>
              <w:t>7　非食品・サービス・観光サービスの審査に必要な記載事項</w:t>
            </w:r>
          </w:p>
        </w:tc>
      </w:tr>
    </w:tbl>
    <w:p w14:paraId="2CBF6177" w14:textId="77777777" w:rsidR="007E510F" w:rsidRDefault="007E510F">
      <w:pPr>
        <w:widowControl w:val="0"/>
        <w:snapToGrid w:val="0"/>
        <w:spacing w:line="100" w:lineRule="exact"/>
        <w:rPr>
          <w:lang w:eastAsia="ja-JP"/>
        </w:rPr>
      </w:pPr>
    </w:p>
    <w:p w14:paraId="450AEA1F" w14:textId="77777777" w:rsidR="007E510F" w:rsidRPr="00DE4076" w:rsidRDefault="00CB6FF7">
      <w:pPr>
        <w:widowControl w:val="0"/>
        <w:snapToGrid w:val="0"/>
        <w:spacing w:after="60" w:line="260" w:lineRule="exact"/>
        <w:rPr>
          <w:sz w:val="28"/>
          <w:szCs w:val="32"/>
          <w:lang w:eastAsia="ja-JP"/>
        </w:rPr>
      </w:pPr>
      <w:r w:rsidRPr="00DE4076">
        <w:rPr>
          <w:rFonts w:ascii="ＭＳ ゴシック" w:eastAsia="ＭＳ ゴシック" w:hAnsi="ＭＳ ゴシック"/>
          <w:color w:val="000000"/>
          <w:sz w:val="22"/>
          <w:szCs w:val="32"/>
          <w:lang w:eastAsia="ja-JP"/>
        </w:rPr>
        <w:t>該当する申請区分のみ記入してください。各質問につき、右側の欄に具体的に回答してください。他の欄と同じ内容は、参照する項目名を記載できます。</w:t>
      </w:r>
    </w:p>
    <w:p w14:paraId="4EC48393" w14:textId="77777777" w:rsidR="007E510F" w:rsidRDefault="00CB6FF7">
      <w:pPr>
        <w:keepNext/>
        <w:widowControl w:val="0"/>
        <w:snapToGrid w:val="0"/>
        <w:spacing w:before="100" w:after="60" w:line="280" w:lineRule="exact"/>
        <w:rPr>
          <w:lang w:eastAsia="ja-JP"/>
        </w:rPr>
      </w:pPr>
      <w:r>
        <w:rPr>
          <w:rFonts w:ascii="ＭＳ ゴシック" w:eastAsia="ＭＳ ゴシック" w:hAnsi="ＭＳ ゴシック"/>
          <w:b/>
          <w:color w:val="000000"/>
          <w:lang w:eastAsia="ja-JP"/>
        </w:rPr>
        <w:t>1　素材・地域資源の活用</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722467CC" w14:textId="77777777" w:rsidTr="00693757">
        <w:trPr>
          <w:cantSplit/>
          <w:trHeight w:val="883"/>
          <w:jc w:val="center"/>
        </w:trPr>
        <w:tc>
          <w:tcPr>
            <w:tcW w:w="3458" w:type="dxa"/>
            <w:shd w:val="clear" w:color="auto" w:fill="F2F2F2"/>
            <w:vAlign w:val="center"/>
          </w:tcPr>
          <w:p w14:paraId="63F86FD9" w14:textId="77777777" w:rsidR="007E510F" w:rsidRPr="000012C1" w:rsidRDefault="00C155BF">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使用する素材又は地域資源と、その特徴・良さを記載してください。</w:t>
            </w:r>
          </w:p>
        </w:tc>
        <w:tc>
          <w:tcPr>
            <w:tcW w:w="6180" w:type="dxa"/>
            <w:vAlign w:val="center"/>
          </w:tcPr>
          <w:p w14:paraId="4CE7C2AE" w14:textId="77777777" w:rsidR="007E510F" w:rsidRDefault="007E510F">
            <w:pPr>
              <w:widowControl w:val="0"/>
              <w:snapToGrid w:val="0"/>
              <w:spacing w:line="280" w:lineRule="exact"/>
              <w:rPr>
                <w:lang w:eastAsia="ja-JP"/>
              </w:rPr>
            </w:pPr>
          </w:p>
        </w:tc>
      </w:tr>
      <w:tr w:rsidR="007E510F" w14:paraId="2E1788F5" w14:textId="77777777" w:rsidTr="00693757">
        <w:trPr>
          <w:cantSplit/>
          <w:trHeight w:val="953"/>
          <w:jc w:val="center"/>
        </w:trPr>
        <w:tc>
          <w:tcPr>
            <w:tcW w:w="3458" w:type="dxa"/>
            <w:shd w:val="clear" w:color="auto" w:fill="F2F2F2"/>
            <w:vAlign w:val="center"/>
          </w:tcPr>
          <w:p w14:paraId="79AEEE19" w14:textId="77777777" w:rsidR="007E510F" w:rsidRPr="000012C1" w:rsidRDefault="00693757">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素材又は地域資源を、製品・サービス等にどのように生かしているか記載してください。</w:t>
            </w:r>
          </w:p>
        </w:tc>
        <w:tc>
          <w:tcPr>
            <w:tcW w:w="6180" w:type="dxa"/>
            <w:vAlign w:val="center"/>
          </w:tcPr>
          <w:p w14:paraId="46F131FD" w14:textId="77777777" w:rsidR="007E510F" w:rsidRDefault="007E510F">
            <w:pPr>
              <w:widowControl w:val="0"/>
              <w:snapToGrid w:val="0"/>
              <w:spacing w:line="280" w:lineRule="exact"/>
              <w:rPr>
                <w:lang w:eastAsia="ja-JP"/>
              </w:rPr>
            </w:pPr>
          </w:p>
        </w:tc>
      </w:tr>
      <w:tr w:rsidR="007E510F" w14:paraId="1CF87A44" w14:textId="77777777" w:rsidTr="00693757">
        <w:trPr>
          <w:cantSplit/>
          <w:trHeight w:val="967"/>
          <w:jc w:val="center"/>
        </w:trPr>
        <w:tc>
          <w:tcPr>
            <w:tcW w:w="3458" w:type="dxa"/>
            <w:shd w:val="clear" w:color="auto" w:fill="F2F2F2"/>
            <w:vAlign w:val="center"/>
          </w:tcPr>
          <w:p w14:paraId="57EDF4DF" w14:textId="77777777" w:rsidR="007E510F" w:rsidRPr="000012C1" w:rsidRDefault="00693757">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独自の発想、技術又は提供方法について、工夫している点を記載してください。</w:t>
            </w:r>
          </w:p>
        </w:tc>
        <w:tc>
          <w:tcPr>
            <w:tcW w:w="6180" w:type="dxa"/>
            <w:vAlign w:val="center"/>
          </w:tcPr>
          <w:p w14:paraId="5ED7EEFE" w14:textId="77777777" w:rsidR="007E510F" w:rsidRDefault="007E510F">
            <w:pPr>
              <w:widowControl w:val="0"/>
              <w:snapToGrid w:val="0"/>
              <w:spacing w:line="280" w:lineRule="exact"/>
              <w:rPr>
                <w:lang w:eastAsia="ja-JP"/>
              </w:rPr>
            </w:pPr>
          </w:p>
        </w:tc>
      </w:tr>
    </w:tbl>
    <w:p w14:paraId="03773D14" w14:textId="77777777" w:rsidR="00025C11" w:rsidRDefault="00025C11">
      <w:pPr>
        <w:keepNext/>
        <w:widowControl w:val="0"/>
        <w:snapToGrid w:val="0"/>
        <w:spacing w:before="100" w:after="60" w:line="280" w:lineRule="exact"/>
        <w:rPr>
          <w:b/>
          <w:color w:val="000000"/>
          <w:lang w:eastAsia="ja-JP"/>
        </w:rPr>
      </w:pPr>
    </w:p>
    <w:p w14:paraId="106EC87D" w14:textId="77777777" w:rsidR="007E510F" w:rsidRDefault="00CB6FF7">
      <w:pPr>
        <w:keepNext/>
        <w:widowControl w:val="0"/>
        <w:snapToGrid w:val="0"/>
        <w:spacing w:before="100" w:after="60" w:line="280" w:lineRule="exact"/>
        <w:rPr>
          <w:lang w:eastAsia="ja-JP"/>
        </w:rPr>
      </w:pPr>
      <w:r>
        <w:rPr>
          <w:rFonts w:ascii="ＭＳ ゴシック" w:eastAsia="ＭＳ ゴシック" w:hAnsi="ＭＳ ゴシック"/>
          <w:b/>
          <w:color w:val="000000"/>
          <w:lang w:eastAsia="ja-JP"/>
        </w:rPr>
        <w:t>2　宜野湾市の魅力発信</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7A017232" w14:textId="77777777" w:rsidTr="00E247A5">
        <w:trPr>
          <w:cantSplit/>
          <w:trHeight w:val="945"/>
          <w:jc w:val="center"/>
        </w:trPr>
        <w:tc>
          <w:tcPr>
            <w:tcW w:w="3458" w:type="dxa"/>
            <w:shd w:val="clear" w:color="auto" w:fill="F2F2F2"/>
            <w:vAlign w:val="center"/>
          </w:tcPr>
          <w:p w14:paraId="050E1AF0" w14:textId="77777777" w:rsidR="007E510F" w:rsidRPr="000012C1" w:rsidRDefault="000827A8">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宜野湾市の魅力や地域とのつながりを、どのように伝えているか記載してください。</w:t>
            </w:r>
          </w:p>
        </w:tc>
        <w:tc>
          <w:tcPr>
            <w:tcW w:w="6180" w:type="dxa"/>
            <w:vAlign w:val="center"/>
          </w:tcPr>
          <w:p w14:paraId="092C0D28" w14:textId="77777777" w:rsidR="007E510F" w:rsidRDefault="007E510F">
            <w:pPr>
              <w:widowControl w:val="0"/>
              <w:snapToGrid w:val="0"/>
              <w:spacing w:line="280" w:lineRule="exact"/>
              <w:rPr>
                <w:lang w:eastAsia="ja-JP"/>
              </w:rPr>
            </w:pPr>
          </w:p>
        </w:tc>
      </w:tr>
      <w:tr w:rsidR="007E510F" w14:paraId="5B17B5D8" w14:textId="77777777" w:rsidTr="00E247A5">
        <w:trPr>
          <w:cantSplit/>
          <w:trHeight w:val="959"/>
          <w:jc w:val="center"/>
        </w:trPr>
        <w:tc>
          <w:tcPr>
            <w:tcW w:w="3458" w:type="dxa"/>
            <w:shd w:val="clear" w:color="auto" w:fill="F2F2F2"/>
            <w:vAlign w:val="center"/>
          </w:tcPr>
          <w:p w14:paraId="2486F0FC" w14:textId="77777777" w:rsidR="007E510F" w:rsidRPr="000012C1" w:rsidRDefault="000012C1">
            <w:pPr>
              <w:widowControl w:val="0"/>
              <w:snapToGrid w:val="0"/>
              <w:spacing w:line="280" w:lineRule="exact"/>
              <w:rPr>
                <w:rFonts w:ascii="ＭＳ Ｐゴシック" w:eastAsia="ＭＳ Ｐゴシック" w:hAnsi="ＭＳ Ｐゴシック"/>
                <w:bCs/>
                <w:color w:val="000000"/>
                <w:lang w:eastAsia="ja-JP"/>
              </w:rPr>
            </w:pPr>
            <w:r w:rsidRPr="000012C1">
              <w:rPr>
                <w:rFonts w:ascii="ＭＳ ゴシック" w:eastAsia="ＭＳ ゴシック" w:hAnsi="ＭＳ ゴシック"/>
                <w:bCs/>
                <w:lang w:eastAsia="ja-JP"/>
              </w:rPr>
              <w:t>市内事業者との取引や連携、地域の困りごとの解決などにつながる点があれば記載してください。</w:t>
            </w:r>
          </w:p>
        </w:tc>
        <w:tc>
          <w:tcPr>
            <w:tcW w:w="6180" w:type="dxa"/>
            <w:vAlign w:val="center"/>
          </w:tcPr>
          <w:p w14:paraId="67D7C118" w14:textId="77777777" w:rsidR="007E510F" w:rsidRDefault="007E510F">
            <w:pPr>
              <w:widowControl w:val="0"/>
              <w:snapToGrid w:val="0"/>
              <w:spacing w:line="280" w:lineRule="exact"/>
              <w:rPr>
                <w:lang w:eastAsia="ja-JP"/>
              </w:rPr>
            </w:pPr>
          </w:p>
        </w:tc>
      </w:tr>
    </w:tbl>
    <w:p w14:paraId="37A81089" w14:textId="77777777" w:rsidR="00025C11" w:rsidRDefault="00025C11">
      <w:pPr>
        <w:keepNext/>
        <w:widowControl w:val="0"/>
        <w:snapToGrid w:val="0"/>
        <w:spacing w:before="100" w:after="60" w:line="280" w:lineRule="exact"/>
        <w:rPr>
          <w:b/>
          <w:color w:val="000000"/>
          <w:lang w:eastAsia="ja-JP"/>
        </w:rPr>
      </w:pPr>
    </w:p>
    <w:p w14:paraId="458F3548"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t xml:space="preserve">3　</w:t>
      </w:r>
      <w:proofErr w:type="spellStart"/>
      <w:r>
        <w:rPr>
          <w:rFonts w:ascii="ＭＳ ゴシック" w:eastAsia="ＭＳ ゴシック" w:hAnsi="ＭＳ ゴシック"/>
          <w:b/>
          <w:color w:val="000000"/>
        </w:rPr>
        <w:t>利用者のニーズ</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65EA6D95" w14:textId="77777777" w:rsidTr="00025C11">
        <w:trPr>
          <w:cantSplit/>
          <w:trHeight w:val="1120"/>
          <w:jc w:val="center"/>
        </w:trPr>
        <w:tc>
          <w:tcPr>
            <w:tcW w:w="3458" w:type="dxa"/>
            <w:shd w:val="clear" w:color="auto" w:fill="F2F2F2"/>
            <w:vAlign w:val="center"/>
          </w:tcPr>
          <w:p w14:paraId="21FBD902" w14:textId="77777777" w:rsidR="007E510F" w:rsidRPr="000012C1" w:rsidRDefault="009422AE">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どのような人に、どのような場面で購入又は利用してもらうことを想定しているか記載してください。</w:t>
            </w:r>
          </w:p>
        </w:tc>
        <w:tc>
          <w:tcPr>
            <w:tcW w:w="6181" w:type="dxa"/>
            <w:vAlign w:val="center"/>
          </w:tcPr>
          <w:p w14:paraId="55C0F100" w14:textId="77777777" w:rsidR="007E510F" w:rsidRDefault="007E510F">
            <w:pPr>
              <w:widowControl w:val="0"/>
              <w:snapToGrid w:val="0"/>
              <w:spacing w:line="280" w:lineRule="exact"/>
              <w:rPr>
                <w:lang w:eastAsia="ja-JP"/>
              </w:rPr>
            </w:pPr>
          </w:p>
        </w:tc>
      </w:tr>
      <w:tr w:rsidR="007E510F" w14:paraId="7422681F" w14:textId="77777777" w:rsidTr="00025C11">
        <w:trPr>
          <w:cantSplit/>
          <w:trHeight w:val="1120"/>
          <w:jc w:val="center"/>
        </w:trPr>
        <w:tc>
          <w:tcPr>
            <w:tcW w:w="3458" w:type="dxa"/>
            <w:shd w:val="clear" w:color="auto" w:fill="F2F2F2"/>
            <w:vAlign w:val="center"/>
          </w:tcPr>
          <w:p w14:paraId="6D7ACC23" w14:textId="77777777" w:rsidR="007E510F" w:rsidRPr="000012C1" w:rsidRDefault="009422AE">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lang w:eastAsia="ja-JP"/>
              </w:rPr>
              <w:t>内容、規格、利用方法及び価格を、想定する利用者に合わせてどのように設定したか記載してください。</w:t>
            </w:r>
          </w:p>
        </w:tc>
        <w:tc>
          <w:tcPr>
            <w:tcW w:w="6181" w:type="dxa"/>
            <w:vAlign w:val="center"/>
          </w:tcPr>
          <w:p w14:paraId="1AF640D8" w14:textId="77777777" w:rsidR="007E510F" w:rsidRDefault="007E510F">
            <w:pPr>
              <w:widowControl w:val="0"/>
              <w:snapToGrid w:val="0"/>
              <w:spacing w:line="280" w:lineRule="exact"/>
              <w:rPr>
                <w:lang w:eastAsia="ja-JP"/>
              </w:rPr>
            </w:pPr>
          </w:p>
        </w:tc>
      </w:tr>
      <w:tr w:rsidR="007E510F" w14:paraId="1D966117" w14:textId="77777777" w:rsidTr="00025C11">
        <w:trPr>
          <w:cantSplit/>
          <w:trHeight w:val="1120"/>
          <w:jc w:val="center"/>
        </w:trPr>
        <w:tc>
          <w:tcPr>
            <w:tcW w:w="3458" w:type="dxa"/>
            <w:shd w:val="clear" w:color="auto" w:fill="F2F2F2"/>
            <w:vAlign w:val="center"/>
          </w:tcPr>
          <w:p w14:paraId="67015C4E" w14:textId="77777777" w:rsidR="007E510F" w:rsidRPr="000012C1" w:rsidRDefault="009422AE">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利用者が魅力を感じ、購入又は利用したいと思える点を記載してください。</w:t>
            </w:r>
          </w:p>
        </w:tc>
        <w:tc>
          <w:tcPr>
            <w:tcW w:w="6181" w:type="dxa"/>
            <w:vAlign w:val="center"/>
          </w:tcPr>
          <w:p w14:paraId="3A3EFDAB" w14:textId="77777777" w:rsidR="007E510F" w:rsidRDefault="007E510F">
            <w:pPr>
              <w:widowControl w:val="0"/>
              <w:snapToGrid w:val="0"/>
              <w:spacing w:line="280" w:lineRule="exact"/>
              <w:rPr>
                <w:lang w:eastAsia="ja-JP"/>
              </w:rPr>
            </w:pPr>
          </w:p>
        </w:tc>
      </w:tr>
    </w:tbl>
    <w:p w14:paraId="2D176C46" w14:textId="77777777" w:rsidR="00025C11" w:rsidRDefault="00025C11">
      <w:pPr>
        <w:keepNext/>
        <w:widowControl w:val="0"/>
        <w:snapToGrid w:val="0"/>
        <w:spacing w:before="100" w:after="60" w:line="280" w:lineRule="exact"/>
        <w:rPr>
          <w:b/>
          <w:color w:val="000000"/>
          <w:lang w:eastAsia="ja-JP"/>
        </w:rPr>
      </w:pPr>
    </w:p>
    <w:p w14:paraId="76A186C1" w14:textId="77777777" w:rsidR="00025C11" w:rsidRDefault="00025C11">
      <w:pPr>
        <w:spacing w:after="200" w:line="276" w:lineRule="auto"/>
        <w:rPr>
          <w:b/>
          <w:color w:val="000000"/>
          <w:lang w:eastAsia="ja-JP"/>
        </w:rPr>
      </w:pPr>
      <w:r>
        <w:rPr>
          <w:rFonts w:ascii="ＭＳ ゴシック" w:eastAsia="ＭＳ ゴシック" w:hAnsi="ＭＳ ゴシック"/>
          <w:b/>
          <w:color w:val="000000"/>
          <w:lang w:eastAsia="ja-JP"/>
        </w:rPr>
        <w:br w:type="page"/>
      </w:r>
    </w:p>
    <w:p w14:paraId="2DBB8556" w14:textId="77777777" w:rsidR="007E510F" w:rsidRDefault="00CB6FF7">
      <w:pPr>
        <w:keepNext/>
        <w:widowControl w:val="0"/>
        <w:snapToGrid w:val="0"/>
        <w:spacing w:before="100" w:after="60" w:line="280" w:lineRule="exact"/>
        <w:rPr>
          <w:lang w:eastAsia="ja-JP"/>
        </w:rPr>
      </w:pPr>
      <w:r>
        <w:rPr>
          <w:rFonts w:ascii="ＭＳ ゴシック" w:eastAsia="ＭＳ ゴシック" w:hAnsi="ＭＳ ゴシック"/>
          <w:b/>
          <w:color w:val="000000"/>
          <w:lang w:eastAsia="ja-JP"/>
        </w:rPr>
        <w:lastRenderedPageBreak/>
        <w:t>4　開発の背景・提供の工夫</w:t>
      </w:r>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1AF8384D" w14:textId="77777777" w:rsidTr="009D6B11">
        <w:trPr>
          <w:cantSplit/>
          <w:trHeight w:val="1130"/>
          <w:jc w:val="center"/>
        </w:trPr>
        <w:tc>
          <w:tcPr>
            <w:tcW w:w="3458" w:type="dxa"/>
            <w:shd w:val="clear" w:color="auto" w:fill="F2F2F2"/>
            <w:vAlign w:val="center"/>
          </w:tcPr>
          <w:p w14:paraId="0DF70B63" w14:textId="77777777" w:rsidR="007E510F" w:rsidRPr="000012C1" w:rsidRDefault="009D6B11">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製品・サービス等が生まれた背景と、作り手・提供者の思いを記載してください。</w:t>
            </w:r>
          </w:p>
        </w:tc>
        <w:tc>
          <w:tcPr>
            <w:tcW w:w="6181" w:type="dxa"/>
            <w:vAlign w:val="center"/>
          </w:tcPr>
          <w:p w14:paraId="597C91F5" w14:textId="77777777" w:rsidR="007E510F" w:rsidRDefault="007E510F">
            <w:pPr>
              <w:widowControl w:val="0"/>
              <w:snapToGrid w:val="0"/>
              <w:spacing w:line="280" w:lineRule="exact"/>
              <w:rPr>
                <w:lang w:eastAsia="ja-JP"/>
              </w:rPr>
            </w:pPr>
          </w:p>
        </w:tc>
      </w:tr>
      <w:tr w:rsidR="007E510F" w14:paraId="725001D0" w14:textId="77777777" w:rsidTr="009D6B11">
        <w:trPr>
          <w:cantSplit/>
          <w:trHeight w:val="1060"/>
          <w:jc w:val="center"/>
        </w:trPr>
        <w:tc>
          <w:tcPr>
            <w:tcW w:w="3458" w:type="dxa"/>
            <w:shd w:val="clear" w:color="auto" w:fill="F2F2F2"/>
            <w:vAlign w:val="center"/>
          </w:tcPr>
          <w:p w14:paraId="3F94A2B6" w14:textId="77777777" w:rsidR="007E510F" w:rsidRPr="000012C1" w:rsidRDefault="000012C1">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lang w:eastAsia="ja-JP"/>
              </w:rPr>
              <w:t>製品・サービス等の品質を保ち、利用者に安全に利用してもらうために取り組んでいることを記載してください。</w:t>
            </w:r>
          </w:p>
        </w:tc>
        <w:tc>
          <w:tcPr>
            <w:tcW w:w="6181" w:type="dxa"/>
            <w:vAlign w:val="center"/>
          </w:tcPr>
          <w:p w14:paraId="4432F78F" w14:textId="77777777" w:rsidR="007E510F" w:rsidRDefault="007E510F">
            <w:pPr>
              <w:widowControl w:val="0"/>
              <w:snapToGrid w:val="0"/>
              <w:spacing w:line="280" w:lineRule="exact"/>
              <w:rPr>
                <w:lang w:eastAsia="ja-JP"/>
              </w:rPr>
            </w:pPr>
          </w:p>
        </w:tc>
      </w:tr>
      <w:tr w:rsidR="007E510F" w14:paraId="2D8BE6C9" w14:textId="77777777" w:rsidTr="009D6B11">
        <w:trPr>
          <w:cantSplit/>
          <w:trHeight w:val="1115"/>
          <w:jc w:val="center"/>
        </w:trPr>
        <w:tc>
          <w:tcPr>
            <w:tcW w:w="3458" w:type="dxa"/>
            <w:shd w:val="clear" w:color="auto" w:fill="F2F2F2"/>
            <w:vAlign w:val="center"/>
          </w:tcPr>
          <w:p w14:paraId="026272BD" w14:textId="77777777" w:rsidR="007E510F" w:rsidRPr="000012C1" w:rsidRDefault="000012C1">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申込み、予約、購入又は利用の方法を分かりやすくするために工夫している点を記載してください。</w:t>
            </w:r>
          </w:p>
        </w:tc>
        <w:tc>
          <w:tcPr>
            <w:tcW w:w="6181" w:type="dxa"/>
            <w:vAlign w:val="center"/>
          </w:tcPr>
          <w:p w14:paraId="15D87EF9" w14:textId="77777777" w:rsidR="007E510F" w:rsidRDefault="007E510F">
            <w:pPr>
              <w:widowControl w:val="0"/>
              <w:snapToGrid w:val="0"/>
              <w:spacing w:line="280" w:lineRule="exact"/>
              <w:rPr>
                <w:lang w:eastAsia="ja-JP"/>
              </w:rPr>
            </w:pPr>
          </w:p>
        </w:tc>
      </w:tr>
    </w:tbl>
    <w:p w14:paraId="6B216CB5" w14:textId="77777777" w:rsidR="00025C11" w:rsidRDefault="00025C11">
      <w:pPr>
        <w:keepNext/>
        <w:widowControl w:val="0"/>
        <w:snapToGrid w:val="0"/>
        <w:spacing w:before="100" w:after="60" w:line="280" w:lineRule="exact"/>
        <w:rPr>
          <w:b/>
          <w:color w:val="000000"/>
          <w:lang w:eastAsia="ja-JP"/>
        </w:rPr>
      </w:pPr>
    </w:p>
    <w:p w14:paraId="7C5444BA" w14:textId="77777777" w:rsidR="007E510F" w:rsidRDefault="00CB6FF7">
      <w:pPr>
        <w:keepNext/>
        <w:widowControl w:val="0"/>
        <w:snapToGrid w:val="0"/>
        <w:spacing w:before="100" w:after="60" w:line="280" w:lineRule="exact"/>
      </w:pPr>
      <w:r>
        <w:rPr>
          <w:rFonts w:ascii="ＭＳ ゴシック" w:eastAsia="ＭＳ ゴシック" w:hAnsi="ＭＳ ゴシック"/>
          <w:b/>
          <w:color w:val="000000"/>
        </w:rPr>
        <w:t xml:space="preserve">5　</w:t>
      </w:r>
      <w:proofErr w:type="spellStart"/>
      <w:r>
        <w:rPr>
          <w:rFonts w:ascii="ＭＳ ゴシック" w:eastAsia="ＭＳ ゴシック" w:hAnsi="ＭＳ ゴシック"/>
          <w:b/>
          <w:color w:val="000000"/>
        </w:rPr>
        <w:t>継続性・発展性</w:t>
      </w:r>
      <w:proofErr w:type="spellEnd"/>
    </w:p>
    <w:tbl>
      <w:tblPr>
        <w:tblW w:w="9639"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CellMar>
          <w:top w:w="10" w:type="dxa"/>
          <w:left w:w="95" w:type="dxa"/>
          <w:bottom w:w="10" w:type="dxa"/>
          <w:right w:w="95" w:type="dxa"/>
        </w:tblCellMar>
        <w:tblLook w:val="04A0" w:firstRow="1" w:lastRow="0" w:firstColumn="1" w:lastColumn="0" w:noHBand="0" w:noVBand="1"/>
      </w:tblPr>
      <w:tblGrid>
        <w:gridCol w:w="3458"/>
        <w:gridCol w:w="6181"/>
      </w:tblGrid>
      <w:tr w:rsidR="007E510F" w14:paraId="62799A4A" w14:textId="77777777" w:rsidTr="000012C1">
        <w:trPr>
          <w:cantSplit/>
          <w:trHeight w:val="1152"/>
          <w:jc w:val="center"/>
        </w:trPr>
        <w:tc>
          <w:tcPr>
            <w:tcW w:w="3458" w:type="dxa"/>
            <w:shd w:val="clear" w:color="auto" w:fill="F2F2F2"/>
            <w:vAlign w:val="center"/>
          </w:tcPr>
          <w:p w14:paraId="47DD7FD7" w14:textId="77777777" w:rsidR="007E510F" w:rsidRPr="000012C1" w:rsidRDefault="000827A8">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製品・サービス等を継続して販売・提供するために、販売先や利用者が確保されているか、又は確保する具体的な見込みを記載してください。</w:t>
            </w:r>
          </w:p>
        </w:tc>
        <w:tc>
          <w:tcPr>
            <w:tcW w:w="6181" w:type="dxa"/>
            <w:vAlign w:val="center"/>
          </w:tcPr>
          <w:p w14:paraId="177E4714" w14:textId="77777777" w:rsidR="007E510F" w:rsidRDefault="007E510F">
            <w:pPr>
              <w:widowControl w:val="0"/>
              <w:snapToGrid w:val="0"/>
              <w:spacing w:line="280" w:lineRule="exact"/>
              <w:rPr>
                <w:lang w:eastAsia="ja-JP"/>
              </w:rPr>
            </w:pPr>
          </w:p>
        </w:tc>
      </w:tr>
      <w:tr w:rsidR="007E510F" w14:paraId="20F67DB8" w14:textId="77777777" w:rsidTr="007C0FD0">
        <w:trPr>
          <w:cantSplit/>
          <w:trHeight w:val="1100"/>
          <w:jc w:val="center"/>
        </w:trPr>
        <w:tc>
          <w:tcPr>
            <w:tcW w:w="3458" w:type="dxa"/>
            <w:shd w:val="clear" w:color="auto" w:fill="F2F2F2"/>
            <w:vAlign w:val="center"/>
          </w:tcPr>
          <w:p w14:paraId="6E20E26B" w14:textId="77777777" w:rsidR="007E510F" w:rsidRPr="000012C1" w:rsidRDefault="000012C1">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lang w:eastAsia="ja-JP"/>
              </w:rPr>
              <w:t>予定する数量又は利用件数に対応するための人員、設備、提供場所、協力先等について記載して</w:t>
            </w:r>
            <w:r w:rsidRPr="000012C1">
              <w:rPr>
                <w:rFonts w:ascii="ＭＳ ゴシック" w:eastAsia="ＭＳ ゴシック" w:hAnsi="ＭＳ ゴシック" w:hint="eastAsia"/>
                <w:bCs/>
                <w:lang w:eastAsia="ja-JP"/>
              </w:rPr>
              <w:t>ください。</w:t>
            </w:r>
          </w:p>
        </w:tc>
        <w:tc>
          <w:tcPr>
            <w:tcW w:w="6181" w:type="dxa"/>
            <w:vAlign w:val="center"/>
          </w:tcPr>
          <w:p w14:paraId="7E9B2565" w14:textId="77777777" w:rsidR="007E510F" w:rsidRDefault="007E510F">
            <w:pPr>
              <w:widowControl w:val="0"/>
              <w:snapToGrid w:val="0"/>
              <w:spacing w:line="280" w:lineRule="exact"/>
              <w:rPr>
                <w:lang w:eastAsia="ja-JP"/>
              </w:rPr>
            </w:pPr>
          </w:p>
        </w:tc>
      </w:tr>
      <w:tr w:rsidR="007E510F" w14:paraId="5E51B4F1" w14:textId="77777777" w:rsidTr="007C0FD0">
        <w:trPr>
          <w:cantSplit/>
          <w:trHeight w:val="1100"/>
          <w:jc w:val="center"/>
        </w:trPr>
        <w:tc>
          <w:tcPr>
            <w:tcW w:w="3458" w:type="dxa"/>
            <w:shd w:val="clear" w:color="auto" w:fill="F2F2F2"/>
            <w:vAlign w:val="center"/>
          </w:tcPr>
          <w:p w14:paraId="2B41B038" w14:textId="77777777" w:rsidR="007E510F" w:rsidRPr="000012C1" w:rsidRDefault="007C0FD0">
            <w:pPr>
              <w:widowControl w:val="0"/>
              <w:snapToGrid w:val="0"/>
              <w:spacing w:line="280" w:lineRule="exact"/>
              <w:rPr>
                <w:rFonts w:ascii="ＭＳ Ｐゴシック" w:eastAsia="ＭＳ Ｐゴシック" w:hAnsi="ＭＳ Ｐゴシック"/>
                <w:bCs/>
                <w:lang w:eastAsia="ja-JP"/>
              </w:rPr>
            </w:pPr>
            <w:r w:rsidRPr="000012C1">
              <w:rPr>
                <w:rFonts w:ascii="ＭＳ ゴシック" w:eastAsia="ＭＳ ゴシック" w:hAnsi="ＭＳ ゴシック"/>
                <w:bCs/>
                <w:color w:val="000000"/>
                <w:lang w:eastAsia="ja-JP"/>
              </w:rPr>
              <w:t>今後、販売先や利用者を広げるための計画を記載してください。</w:t>
            </w:r>
          </w:p>
        </w:tc>
        <w:tc>
          <w:tcPr>
            <w:tcW w:w="6181" w:type="dxa"/>
            <w:vAlign w:val="center"/>
          </w:tcPr>
          <w:p w14:paraId="12122CEA" w14:textId="77777777" w:rsidR="007E510F" w:rsidRDefault="007E510F">
            <w:pPr>
              <w:widowControl w:val="0"/>
              <w:snapToGrid w:val="0"/>
              <w:spacing w:line="280" w:lineRule="exact"/>
              <w:rPr>
                <w:lang w:eastAsia="ja-JP"/>
              </w:rPr>
            </w:pPr>
          </w:p>
        </w:tc>
      </w:tr>
    </w:tbl>
    <w:p w14:paraId="7F977AA2" w14:textId="77777777" w:rsidR="009A43F7" w:rsidRDefault="009A43F7">
      <w:pPr>
        <w:rPr>
          <w:lang w:eastAsia="ja-JP"/>
        </w:rPr>
      </w:pPr>
    </w:p>
    <w:sectPr w:rsidR="009A43F7" w:rsidSect="00676BFC">
      <w:headerReference w:type="even" r:id="rId8"/>
      <w:headerReference w:type="default" r:id="rId9"/>
      <w:footerReference w:type="default" r:id="rId10"/>
      <w:headerReference w:type="first" r:id="rId11"/>
      <w:pgSz w:w="11906" w:h="16838"/>
      <w:pgMar w:top="850" w:right="1134" w:bottom="85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CDD50" w14:textId="77777777" w:rsidR="00A337AB" w:rsidRDefault="00A337AB">
      <w:r>
        <w:separator/>
      </w:r>
    </w:p>
  </w:endnote>
  <w:endnote w:type="continuationSeparator" w:id="0">
    <w:p w14:paraId="55570CB6" w14:textId="77777777" w:rsidR="00A337AB" w:rsidRDefault="00A33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7617" w14:textId="77777777" w:rsidR="00DF792A" w:rsidRDefault="00EC63AB">
    <w:pPr>
      <w:pStyle w:val="a7"/>
      <w:widowControl w:val="0"/>
      <w:snapToGrid w:val="0"/>
      <w:spacing w:line="240" w:lineRule="exact"/>
      <w:jc w:val="center"/>
    </w:pPr>
    <w:r>
      <w:rPr>
        <w:color w:val="000000"/>
        <w:sz w:val="18"/>
      </w:rPr>
      <w:t xml:space="preserve">－ </w:t>
    </w:r>
    <w:r>
      <w:rPr>
        <w:color w:val="000000"/>
        <w:sz w:val="18"/>
      </w:rPr>
      <w:fldChar w:fldCharType="begin"/>
    </w:r>
    <w:r>
      <w:rPr>
        <w:color w:val="000000"/>
        <w:sz w:val="18"/>
      </w:rPr>
      <w:instrText>PAGE</w:instrText>
    </w:r>
    <w:r>
      <w:rPr>
        <w:color w:val="000000"/>
        <w:sz w:val="18"/>
      </w:rPr>
      <w:fldChar w:fldCharType="separate"/>
    </w:r>
    <w:r>
      <w:rPr>
        <w:color w:val="000000"/>
        <w:sz w:val="18"/>
      </w:rPr>
      <w:t>1</w:t>
    </w:r>
    <w:r>
      <w:rPr>
        <w:color w:val="000000"/>
        <w:sz w:val="18"/>
      </w:rPr>
      <w:fldChar w:fldCharType="end"/>
    </w:r>
    <w:r>
      <w:rPr>
        <w:color w:val="000000"/>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DCF64" w14:textId="77777777" w:rsidR="00A337AB" w:rsidRDefault="00A337AB">
      <w:r>
        <w:separator/>
      </w:r>
    </w:p>
  </w:footnote>
  <w:footnote w:type="continuationSeparator" w:id="0">
    <w:p w14:paraId="5A3E4C3A" w14:textId="77777777" w:rsidR="00A337AB" w:rsidRDefault="00A33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C6F2" w14:textId="77777777" w:rsidR="00DF792A" w:rsidRDefault="00EC63AB">
    <w:pPr>
      <w:pStyle w:val="a5"/>
    </w:pP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5FA3" w14:textId="77777777" w:rsidR="00DF792A" w:rsidRDefault="00EC63AB">
    <w:pPr>
      <w:pStyle w:val="a5"/>
      <w:widowControl w:val="0"/>
      <w:snapToGrid w:val="0"/>
      <w:spacing w:line="240" w:lineRule="exact"/>
    </w:pPr>
    <w:r>
      <w:rPr>
        <w:color w:val="000000"/>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7AE9" w14:textId="77777777" w:rsidR="00DF792A" w:rsidRDefault="00EC63AB">
    <w:pPr>
      <w:pStyle w:val="a5"/>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74177514">
    <w:abstractNumId w:val="8"/>
  </w:num>
  <w:num w:numId="2" w16cid:durableId="607196767">
    <w:abstractNumId w:val="6"/>
  </w:num>
  <w:num w:numId="3" w16cid:durableId="135226074">
    <w:abstractNumId w:val="5"/>
  </w:num>
  <w:num w:numId="4" w16cid:durableId="1389761207">
    <w:abstractNumId w:val="4"/>
  </w:num>
  <w:num w:numId="5" w16cid:durableId="1519083650">
    <w:abstractNumId w:val="7"/>
  </w:num>
  <w:num w:numId="6" w16cid:durableId="65344953">
    <w:abstractNumId w:val="3"/>
  </w:num>
  <w:num w:numId="7" w16cid:durableId="1317226048">
    <w:abstractNumId w:val="2"/>
  </w:num>
  <w:num w:numId="8" w16cid:durableId="414328669">
    <w:abstractNumId w:val="1"/>
  </w:num>
  <w:num w:numId="9" w16cid:durableId="2105565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2C1"/>
    <w:rsid w:val="00013F19"/>
    <w:rsid w:val="00025C11"/>
    <w:rsid w:val="00034616"/>
    <w:rsid w:val="00043ECC"/>
    <w:rsid w:val="0006063C"/>
    <w:rsid w:val="000827A8"/>
    <w:rsid w:val="00146C91"/>
    <w:rsid w:val="0015074B"/>
    <w:rsid w:val="001533AA"/>
    <w:rsid w:val="00215180"/>
    <w:rsid w:val="002653CB"/>
    <w:rsid w:val="0029639D"/>
    <w:rsid w:val="002F6BE5"/>
    <w:rsid w:val="00301E44"/>
    <w:rsid w:val="00325C34"/>
    <w:rsid w:val="00326F90"/>
    <w:rsid w:val="00333310"/>
    <w:rsid w:val="003503D6"/>
    <w:rsid w:val="00360099"/>
    <w:rsid w:val="0038390B"/>
    <w:rsid w:val="003C3910"/>
    <w:rsid w:val="003F4929"/>
    <w:rsid w:val="004E3F40"/>
    <w:rsid w:val="00595EDC"/>
    <w:rsid w:val="00596D2E"/>
    <w:rsid w:val="00676BFC"/>
    <w:rsid w:val="0069193D"/>
    <w:rsid w:val="00693757"/>
    <w:rsid w:val="006C1A30"/>
    <w:rsid w:val="0076605A"/>
    <w:rsid w:val="00771891"/>
    <w:rsid w:val="007C0FD0"/>
    <w:rsid w:val="007D05CD"/>
    <w:rsid w:val="007E510F"/>
    <w:rsid w:val="00805018"/>
    <w:rsid w:val="008633B5"/>
    <w:rsid w:val="009121AA"/>
    <w:rsid w:val="009422AE"/>
    <w:rsid w:val="00982B95"/>
    <w:rsid w:val="009A43F7"/>
    <w:rsid w:val="009D6B11"/>
    <w:rsid w:val="00A11C74"/>
    <w:rsid w:val="00A337AB"/>
    <w:rsid w:val="00A4621D"/>
    <w:rsid w:val="00A806BC"/>
    <w:rsid w:val="00A905A2"/>
    <w:rsid w:val="00A96DDC"/>
    <w:rsid w:val="00AA1D8D"/>
    <w:rsid w:val="00AB4555"/>
    <w:rsid w:val="00AC3540"/>
    <w:rsid w:val="00AE5B7C"/>
    <w:rsid w:val="00B11213"/>
    <w:rsid w:val="00B47730"/>
    <w:rsid w:val="00BB6875"/>
    <w:rsid w:val="00BD524B"/>
    <w:rsid w:val="00BF5138"/>
    <w:rsid w:val="00C155BF"/>
    <w:rsid w:val="00C51E16"/>
    <w:rsid w:val="00C70DD5"/>
    <w:rsid w:val="00C7715C"/>
    <w:rsid w:val="00C85F8A"/>
    <w:rsid w:val="00CB0664"/>
    <w:rsid w:val="00CB6FF7"/>
    <w:rsid w:val="00DB44C5"/>
    <w:rsid w:val="00DE4076"/>
    <w:rsid w:val="00DF6FDD"/>
    <w:rsid w:val="00DF792A"/>
    <w:rsid w:val="00E1576C"/>
    <w:rsid w:val="00E247A5"/>
    <w:rsid w:val="00E300F5"/>
    <w:rsid w:val="00E37F73"/>
    <w:rsid w:val="00E70AA5"/>
    <w:rsid w:val="00EB47C5"/>
    <w:rsid w:val="00EC63AB"/>
    <w:rsid w:val="00EE6DAD"/>
    <w:rsid w:val="00F0661D"/>
    <w:rsid w:val="00F132A0"/>
    <w:rsid w:val="00F15CCD"/>
    <w:rsid w:val="00F97506"/>
    <w:rsid w:val="00FA3221"/>
    <w:rsid w:val="00FC693F"/>
    <w:rsid w:val="00FE2E45"/>
    <w:rsid w:val="00FE7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6074BD2"/>
  <w14:defaultImageDpi w14:val="300"/>
  <w15:docId w15:val="{B6AF99CC-61DF-4178-9ACD-D9CE6292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581</Words>
  <Characters>3316</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宜野湾市特産品等推奨認定（新規）申請書</vt:lpstr>
      <vt:lpstr/>
    </vt:vector>
  </TitlesOfParts>
  <Manager/>
  <Company/>
  <LinksUpToDate>false</LinksUpToDate>
  <CharactersWithSpaces>3890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宜野湾市特産品等推奨認定（新規）申請書</dc:title>
  <dc:subject>各回答項目の個別欄化・過去の委員会指摘事項の反映</dc:subject>
  <dc:creator>python-docx</dc:creator>
  <cp:keywords/>
  <dc:description>generated by python-docx</dc:description>
  <cp:lastModifiedBy>cci ginowan</cp:lastModifiedBy>
  <cp:revision>2</cp:revision>
  <dcterms:created xsi:type="dcterms:W3CDTF">2026-09-11T08:38:00Z</dcterms:created>
  <dcterms:modified xsi:type="dcterms:W3CDTF">2026-09-11T08:38:00Z</dcterms:modified>
  <cp:category/>
</cp:coreProperties>
</file>