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D0D58" w14:textId="77777777" w:rsidR="00F546CD" w:rsidRDefault="00233D11">
      <w:pPr>
        <w:spacing w:after="40" w:line="252" w:lineRule="auto"/>
        <w:rPr>
          <w:lang w:eastAsia="ja-JP"/>
        </w:rPr>
      </w:pPr>
      <w:r>
        <w:rPr>
          <w:sz w:val="20"/>
          <w:lang w:eastAsia="ja-JP"/>
        </w:rPr>
        <w:t>【様式第3号】</w:t>
      </w:r>
    </w:p>
    <w:p w14:paraId="1295BA6B" w14:textId="77777777" w:rsidR="00F546CD" w:rsidRDefault="00233D11">
      <w:pPr>
        <w:spacing w:after="160"/>
        <w:jc w:val="center"/>
        <w:rPr>
          <w:lang w:eastAsia="ja-JP"/>
        </w:rPr>
      </w:pPr>
      <w:r>
        <w:rPr>
          <w:b/>
          <w:sz w:val="30"/>
          <w:lang w:eastAsia="ja-JP"/>
        </w:rPr>
        <w:t>特産品等の認定要綱の遵守に関する誓約</w:t>
      </w:r>
      <w:r>
        <w:rPr>
          <w:b/>
          <w:sz w:val="30"/>
          <w:lang w:eastAsia="ja-JP"/>
        </w:rPr>
        <w:br/>
        <w:t>及び個人情報に関する同意書</w:t>
      </w:r>
    </w:p>
    <w:p w14:paraId="151D5F5C" w14:textId="5F6D3348" w:rsidR="00F546CD" w:rsidRDefault="00233D11">
      <w:pPr>
        <w:spacing w:after="100" w:line="252" w:lineRule="auto"/>
        <w:jc w:val="right"/>
      </w:pPr>
      <w:r>
        <w:t>令和</w:t>
      </w:r>
      <w:r w:rsidR="00497BAB">
        <w:rPr>
          <w:rFonts w:hint="eastAsia"/>
          <w:lang w:eastAsia="ja-JP"/>
        </w:rPr>
        <w:t>8</w:t>
      </w:r>
      <w:r>
        <w:t>年　　　月　　　日</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216"/>
        <w:gridCol w:w="4309"/>
      </w:tblGrid>
      <w:tr w:rsidR="00F546CD" w:rsidRPr="00497BAB" w14:paraId="4EFB6200" w14:textId="77777777">
        <w:trPr>
          <w:jc w:val="center"/>
        </w:trPr>
        <w:tc>
          <w:tcPr>
            <w:tcW w:w="5216" w:type="dxa"/>
            <w:tcMar>
              <w:top w:w="0" w:type="dxa"/>
              <w:left w:w="0" w:type="dxa"/>
              <w:bottom w:w="0" w:type="dxa"/>
              <w:right w:w="120" w:type="dxa"/>
            </w:tcMar>
          </w:tcPr>
          <w:p w14:paraId="22E000A6" w14:textId="77777777" w:rsidR="00F546CD" w:rsidRPr="00497BAB" w:rsidRDefault="00233D11">
            <w:pPr>
              <w:spacing w:after="20" w:line="252" w:lineRule="auto"/>
              <w:rPr>
                <w:sz w:val="22"/>
                <w:szCs w:val="24"/>
                <w:lang w:eastAsia="zh-CN"/>
              </w:rPr>
            </w:pPr>
            <w:r w:rsidRPr="00497BAB">
              <w:rPr>
                <w:sz w:val="22"/>
                <w:szCs w:val="24"/>
                <w:lang w:eastAsia="zh-CN"/>
              </w:rPr>
              <w:t>宜野湾市特産品推奨認定審査委員会</w:t>
            </w:r>
          </w:p>
          <w:p w14:paraId="0685AAF0" w14:textId="77777777" w:rsidR="00F546CD" w:rsidRPr="00497BAB" w:rsidRDefault="00233D11">
            <w:pPr>
              <w:spacing w:after="0" w:line="252" w:lineRule="auto"/>
              <w:rPr>
                <w:sz w:val="22"/>
                <w:szCs w:val="24"/>
              </w:rPr>
            </w:pPr>
            <w:proofErr w:type="spellStart"/>
            <w:r w:rsidRPr="00497BAB">
              <w:rPr>
                <w:sz w:val="22"/>
                <w:szCs w:val="24"/>
              </w:rPr>
              <w:t>委員長</w:t>
            </w:r>
            <w:proofErr w:type="spellEnd"/>
            <w:r w:rsidRPr="00497BAB">
              <w:rPr>
                <w:sz w:val="22"/>
                <w:szCs w:val="24"/>
              </w:rPr>
              <w:t xml:space="preserve">　殿</w:t>
            </w:r>
          </w:p>
        </w:tc>
        <w:tc>
          <w:tcPr>
            <w:tcW w:w="4309" w:type="dxa"/>
            <w:tcMar>
              <w:top w:w="0" w:type="dxa"/>
              <w:left w:w="120" w:type="dxa"/>
              <w:bottom w:w="0" w:type="dxa"/>
              <w:right w:w="0" w:type="dxa"/>
            </w:tcMar>
          </w:tcPr>
          <w:p w14:paraId="50FB695E" w14:textId="47046946" w:rsidR="00F546CD" w:rsidRPr="00497BAB" w:rsidRDefault="00233D11">
            <w:pPr>
              <w:spacing w:after="60" w:line="252" w:lineRule="auto"/>
              <w:rPr>
                <w:sz w:val="22"/>
                <w:szCs w:val="24"/>
              </w:rPr>
            </w:pPr>
            <w:r w:rsidRPr="00497BAB">
              <w:rPr>
                <w:sz w:val="22"/>
                <w:szCs w:val="24"/>
              </w:rPr>
              <w:t>住　　所</w:t>
            </w:r>
            <w:r w:rsidR="00497BAB">
              <w:rPr>
                <w:rFonts w:hint="eastAsia"/>
                <w:sz w:val="22"/>
                <w:szCs w:val="24"/>
                <w:lang w:eastAsia="ja-JP"/>
              </w:rPr>
              <w:t>：</w:t>
            </w:r>
            <w:r w:rsidRPr="00497BAB">
              <w:rPr>
                <w:sz w:val="22"/>
                <w:szCs w:val="24"/>
              </w:rPr>
              <w:t xml:space="preserve">　　　　　　　　　　　　　　　</w:t>
            </w:r>
          </w:p>
          <w:p w14:paraId="58060D1E" w14:textId="3305EF58" w:rsidR="00F546CD" w:rsidRPr="00497BAB" w:rsidRDefault="00233D11">
            <w:pPr>
              <w:spacing w:after="60" w:line="252" w:lineRule="auto"/>
              <w:rPr>
                <w:sz w:val="22"/>
                <w:szCs w:val="24"/>
              </w:rPr>
            </w:pPr>
            <w:proofErr w:type="spellStart"/>
            <w:r w:rsidRPr="00497BAB">
              <w:rPr>
                <w:sz w:val="22"/>
                <w:szCs w:val="24"/>
              </w:rPr>
              <w:t>事業者名</w:t>
            </w:r>
            <w:proofErr w:type="spellEnd"/>
            <w:r w:rsidR="00497BAB">
              <w:rPr>
                <w:rFonts w:hint="eastAsia"/>
                <w:sz w:val="22"/>
                <w:szCs w:val="24"/>
                <w:lang w:eastAsia="ja-JP"/>
              </w:rPr>
              <w:t>：</w:t>
            </w:r>
            <w:r w:rsidRPr="00497BAB">
              <w:rPr>
                <w:sz w:val="22"/>
                <w:szCs w:val="24"/>
              </w:rPr>
              <w:t xml:space="preserve">　　　　　　　　　　　　　　　　</w:t>
            </w:r>
          </w:p>
          <w:p w14:paraId="7B322D28" w14:textId="3AD8F087" w:rsidR="00F546CD" w:rsidRPr="00497BAB" w:rsidRDefault="00233D11">
            <w:pPr>
              <w:spacing w:after="0" w:line="252" w:lineRule="auto"/>
              <w:rPr>
                <w:sz w:val="22"/>
                <w:szCs w:val="24"/>
              </w:rPr>
            </w:pPr>
            <w:proofErr w:type="spellStart"/>
            <w:r w:rsidRPr="00497BAB">
              <w:rPr>
                <w:sz w:val="22"/>
                <w:szCs w:val="24"/>
              </w:rPr>
              <w:t>代表者名</w:t>
            </w:r>
            <w:proofErr w:type="spellEnd"/>
            <w:r w:rsidR="00497BAB">
              <w:rPr>
                <w:rFonts w:hint="eastAsia"/>
                <w:sz w:val="22"/>
                <w:szCs w:val="24"/>
                <w:lang w:eastAsia="ja-JP"/>
              </w:rPr>
              <w:t>：</w:t>
            </w:r>
            <w:r w:rsidRPr="00497BAB">
              <w:rPr>
                <w:sz w:val="22"/>
                <w:szCs w:val="24"/>
              </w:rPr>
              <w:t xml:space="preserve">　　　　　　　　　　　　　　</w:t>
            </w:r>
          </w:p>
        </w:tc>
      </w:tr>
    </w:tbl>
    <w:p w14:paraId="1CEB6741" w14:textId="77777777" w:rsidR="00F546CD" w:rsidRPr="00497BAB" w:rsidRDefault="00233D11">
      <w:pPr>
        <w:spacing w:before="100" w:after="100"/>
        <w:rPr>
          <w:sz w:val="22"/>
          <w:lang w:eastAsia="ja-JP"/>
        </w:rPr>
      </w:pPr>
      <w:r>
        <w:t xml:space="preserve">　</w:t>
      </w:r>
      <w:r w:rsidRPr="00497BAB">
        <w:rPr>
          <w:sz w:val="22"/>
          <w:lang w:eastAsia="ja-JP"/>
        </w:rPr>
        <w:t>私は、宜野湾市特産品等推奨認定の申請（更新申請を含む。）に当たり、下記の個人情報の取扱いに同意するとともに、宜野湾市における特産品等推奨認定要綱を遵守することを誓約します。</w:t>
      </w:r>
    </w:p>
    <w:p w14:paraId="0DE4E682" w14:textId="77777777" w:rsidR="00F546CD" w:rsidRPr="00497BAB" w:rsidRDefault="00233D11">
      <w:pPr>
        <w:spacing w:after="80" w:line="252" w:lineRule="auto"/>
        <w:jc w:val="center"/>
        <w:rPr>
          <w:sz w:val="22"/>
          <w:lang w:eastAsia="ja-JP"/>
        </w:rPr>
      </w:pPr>
      <w:r w:rsidRPr="00497BAB">
        <w:rPr>
          <w:b/>
          <w:sz w:val="22"/>
          <w:lang w:eastAsia="ja-JP"/>
        </w:rPr>
        <w:t>記</w:t>
      </w:r>
    </w:p>
    <w:p w14:paraId="216BBE0E" w14:textId="77777777" w:rsidR="00F546CD" w:rsidRPr="00497BAB" w:rsidRDefault="00233D11">
      <w:pPr>
        <w:keepNext/>
        <w:spacing w:after="40" w:line="252" w:lineRule="auto"/>
        <w:rPr>
          <w:sz w:val="22"/>
          <w:lang w:eastAsia="ja-JP"/>
        </w:rPr>
      </w:pPr>
      <w:r w:rsidRPr="00497BAB">
        <w:rPr>
          <w:b/>
          <w:sz w:val="22"/>
          <w:lang w:eastAsia="ja-JP"/>
        </w:rPr>
        <w:t>Ⅰ　個人情報に関する同意事項</w:t>
      </w:r>
    </w:p>
    <w:p w14:paraId="3D66D4BC" w14:textId="77777777" w:rsidR="00F546CD" w:rsidRPr="00497BAB" w:rsidRDefault="00233D11">
      <w:pPr>
        <w:spacing w:after="30" w:line="252" w:lineRule="auto"/>
        <w:ind w:left="283" w:hanging="283"/>
        <w:rPr>
          <w:sz w:val="22"/>
          <w:lang w:eastAsia="ja-JP"/>
        </w:rPr>
      </w:pPr>
      <w:r w:rsidRPr="00497BAB">
        <w:rPr>
          <w:sz w:val="22"/>
          <w:lang w:eastAsia="ja-JP"/>
        </w:rPr>
        <w:t>1　提供する情報</w:t>
      </w:r>
    </w:p>
    <w:p w14:paraId="2CFC0C3C" w14:textId="77777777" w:rsidR="00F546CD" w:rsidRPr="00497BAB" w:rsidRDefault="00233D11">
      <w:pPr>
        <w:spacing w:after="20" w:line="252" w:lineRule="auto"/>
        <w:ind w:left="567" w:hanging="454"/>
        <w:rPr>
          <w:sz w:val="22"/>
          <w:lang w:eastAsia="ja-JP"/>
        </w:rPr>
      </w:pPr>
      <w:r w:rsidRPr="00497BAB">
        <w:rPr>
          <w:sz w:val="22"/>
          <w:lang w:eastAsia="ja-JP"/>
        </w:rPr>
        <w:t>（1）　事業者名、代表者名、住所、電話番号、メールアドレスその他の申請者に関する情報</w:t>
      </w:r>
    </w:p>
    <w:p w14:paraId="5C6E2EC4" w14:textId="77777777" w:rsidR="00F546CD" w:rsidRPr="00497BAB" w:rsidRDefault="00233D11">
      <w:pPr>
        <w:spacing w:after="40" w:line="252" w:lineRule="auto"/>
        <w:ind w:left="567" w:hanging="454"/>
        <w:rPr>
          <w:sz w:val="22"/>
          <w:lang w:eastAsia="ja-JP"/>
        </w:rPr>
      </w:pPr>
      <w:r w:rsidRPr="00497BAB">
        <w:rPr>
          <w:sz w:val="22"/>
          <w:lang w:eastAsia="ja-JP"/>
        </w:rPr>
        <w:t>（2）　申請する製品、サービス又は観光サービスの内容及び審査に伴い提出された情報</w:t>
      </w:r>
    </w:p>
    <w:p w14:paraId="0A04EE4C" w14:textId="77777777" w:rsidR="00F546CD" w:rsidRPr="00497BAB" w:rsidRDefault="00233D11">
      <w:pPr>
        <w:spacing w:after="30" w:line="252" w:lineRule="auto"/>
        <w:ind w:left="283" w:hanging="283"/>
        <w:rPr>
          <w:sz w:val="22"/>
          <w:lang w:eastAsia="ja-JP"/>
        </w:rPr>
      </w:pPr>
      <w:r w:rsidRPr="00497BAB">
        <w:rPr>
          <w:sz w:val="22"/>
          <w:lang w:eastAsia="ja-JP"/>
        </w:rPr>
        <w:t>2　利用目的</w:t>
      </w:r>
    </w:p>
    <w:p w14:paraId="7A368BF5" w14:textId="77777777" w:rsidR="00F546CD" w:rsidRPr="00497BAB" w:rsidRDefault="00233D11">
      <w:pPr>
        <w:spacing w:after="20" w:line="252" w:lineRule="auto"/>
        <w:ind w:left="567" w:hanging="454"/>
        <w:rPr>
          <w:sz w:val="22"/>
          <w:lang w:eastAsia="ja-JP"/>
        </w:rPr>
      </w:pPr>
      <w:r w:rsidRPr="00497BAB">
        <w:rPr>
          <w:sz w:val="22"/>
          <w:lang w:eastAsia="ja-JP"/>
        </w:rPr>
        <w:t>（1）　申請の受付、審査、認定、更新、登録管理及び申請者への連絡</w:t>
      </w:r>
    </w:p>
    <w:p w14:paraId="19A4389B" w14:textId="77777777" w:rsidR="00F546CD" w:rsidRPr="00497BAB" w:rsidRDefault="00233D11">
      <w:pPr>
        <w:spacing w:after="80" w:line="252" w:lineRule="auto"/>
        <w:ind w:left="567" w:hanging="454"/>
        <w:rPr>
          <w:sz w:val="22"/>
          <w:lang w:eastAsia="ja-JP"/>
        </w:rPr>
      </w:pPr>
      <w:r w:rsidRPr="00497BAB">
        <w:rPr>
          <w:sz w:val="22"/>
          <w:lang w:eastAsia="ja-JP"/>
        </w:rPr>
        <w:t>（2）　認定された事業者及び製品、サービス又は観光サービスについて、市報、宜野湾商工会議所の機関誌、ホームページその他の広報媒体で公表するため</w:t>
      </w:r>
    </w:p>
    <w:p w14:paraId="4C1C5CDD" w14:textId="77777777" w:rsidR="00F546CD" w:rsidRPr="00497BAB" w:rsidRDefault="00233D11">
      <w:pPr>
        <w:keepNext/>
        <w:spacing w:after="40" w:line="252" w:lineRule="auto"/>
        <w:rPr>
          <w:sz w:val="22"/>
          <w:lang w:eastAsia="ja-JP"/>
        </w:rPr>
      </w:pPr>
      <w:r w:rsidRPr="00497BAB">
        <w:rPr>
          <w:b/>
          <w:sz w:val="22"/>
          <w:lang w:eastAsia="ja-JP"/>
        </w:rPr>
        <w:t>Ⅱ　認定要綱の遵守に関する誓約事項</w:t>
      </w:r>
    </w:p>
    <w:p w14:paraId="772359DB" w14:textId="77777777" w:rsidR="00F546CD" w:rsidRPr="00497BAB" w:rsidRDefault="00233D11">
      <w:pPr>
        <w:spacing w:after="24" w:line="252" w:lineRule="auto"/>
        <w:ind w:left="283" w:hanging="283"/>
        <w:rPr>
          <w:sz w:val="22"/>
          <w:lang w:eastAsia="ja-JP"/>
        </w:rPr>
      </w:pPr>
      <w:r w:rsidRPr="00497BAB">
        <w:rPr>
          <w:sz w:val="22"/>
          <w:lang w:eastAsia="ja-JP"/>
        </w:rPr>
        <w:t>1　申請書及び添付書類の記載内容に虚偽がないことを誓約します。</w:t>
      </w:r>
    </w:p>
    <w:p w14:paraId="223B2304" w14:textId="77777777" w:rsidR="00F546CD" w:rsidRPr="00497BAB" w:rsidRDefault="00233D11">
      <w:pPr>
        <w:spacing w:after="24" w:line="252" w:lineRule="auto"/>
        <w:ind w:left="283" w:hanging="283"/>
        <w:rPr>
          <w:sz w:val="22"/>
          <w:lang w:eastAsia="ja-JP"/>
        </w:rPr>
      </w:pPr>
      <w:r w:rsidRPr="00497BAB">
        <w:rPr>
          <w:sz w:val="22"/>
          <w:lang w:eastAsia="ja-JP"/>
        </w:rPr>
        <w:t>2　宜野湾市における特産品等推奨認定要綱及び関係法令を遵守します。</w:t>
      </w:r>
    </w:p>
    <w:p w14:paraId="51BB1F0D" w14:textId="77777777" w:rsidR="00F546CD" w:rsidRPr="00497BAB" w:rsidRDefault="00233D11">
      <w:pPr>
        <w:spacing w:after="24" w:line="252" w:lineRule="auto"/>
        <w:ind w:left="283" w:hanging="283"/>
        <w:rPr>
          <w:sz w:val="22"/>
          <w:lang w:eastAsia="ja-JP"/>
        </w:rPr>
      </w:pPr>
      <w:r w:rsidRPr="00497BAB">
        <w:rPr>
          <w:sz w:val="22"/>
          <w:lang w:eastAsia="ja-JP"/>
        </w:rPr>
        <w:t>3　推奨マークは、委員会の承認を受けた上で、認定された製品、サービス又は観光サービスにのみ使用します。</w:t>
      </w:r>
    </w:p>
    <w:p w14:paraId="12A32452" w14:textId="77777777" w:rsidR="00F546CD" w:rsidRPr="00497BAB" w:rsidRDefault="00233D11">
      <w:pPr>
        <w:spacing w:after="24" w:line="252" w:lineRule="auto"/>
        <w:ind w:left="283" w:hanging="283"/>
        <w:rPr>
          <w:sz w:val="22"/>
          <w:lang w:eastAsia="ja-JP"/>
        </w:rPr>
      </w:pPr>
      <w:r w:rsidRPr="00497BAB">
        <w:rPr>
          <w:sz w:val="22"/>
          <w:lang w:eastAsia="ja-JP"/>
        </w:rPr>
        <w:t>4　申請内容その他の認定内容に変更が生じた場合又は認定を辞退する場合は、要綱に基づき速やかに届け出ます。</w:t>
      </w:r>
    </w:p>
    <w:p w14:paraId="17B5152A" w14:textId="77777777" w:rsidR="00F546CD" w:rsidRPr="00497BAB" w:rsidRDefault="00233D11">
      <w:pPr>
        <w:spacing w:after="24" w:line="252" w:lineRule="auto"/>
        <w:ind w:left="283" w:hanging="283"/>
        <w:rPr>
          <w:sz w:val="22"/>
          <w:lang w:eastAsia="ja-JP"/>
        </w:rPr>
      </w:pPr>
      <w:r w:rsidRPr="00497BAB">
        <w:rPr>
          <w:sz w:val="22"/>
          <w:lang w:eastAsia="ja-JP"/>
        </w:rPr>
        <w:t>5　認定期間の満了、認定の辞退又は認定の取消しにより認定が終了した場合は、推奨マークの使用を中止し、認定証を返還します。</w:t>
      </w:r>
    </w:p>
    <w:p w14:paraId="18F9A8A7" w14:textId="77777777" w:rsidR="00F546CD" w:rsidRPr="00497BAB" w:rsidRDefault="00233D11">
      <w:pPr>
        <w:spacing w:after="24" w:line="252" w:lineRule="auto"/>
        <w:ind w:left="283" w:hanging="283"/>
        <w:rPr>
          <w:sz w:val="22"/>
          <w:lang w:eastAsia="ja-JP"/>
        </w:rPr>
      </w:pPr>
      <w:r w:rsidRPr="00497BAB">
        <w:rPr>
          <w:sz w:val="22"/>
          <w:lang w:eastAsia="ja-JP"/>
        </w:rPr>
        <w:t>6　要綱又は関係法令への違反、虚偽の申請、推奨マークの不正使用その他認定の継続が適当でない事由がある場合は、認定を取り消されても異議ありません。</w:t>
      </w:r>
    </w:p>
    <w:p w14:paraId="3CC7D194" w14:textId="77777777" w:rsidR="00F546CD" w:rsidRPr="00497BAB" w:rsidRDefault="00233D11">
      <w:pPr>
        <w:spacing w:after="24" w:line="252" w:lineRule="auto"/>
        <w:ind w:left="283" w:hanging="283"/>
        <w:rPr>
          <w:sz w:val="22"/>
          <w:lang w:eastAsia="ja-JP"/>
        </w:rPr>
      </w:pPr>
      <w:r w:rsidRPr="00497BAB">
        <w:rPr>
          <w:sz w:val="22"/>
          <w:lang w:eastAsia="ja-JP"/>
        </w:rPr>
        <w:t>7　認定された製品、サービス又は観光サービスに関して事故、苦情、損害その他の紛争が生じた場合は、申請者の責任において対応します。</w:t>
      </w:r>
    </w:p>
    <w:sectPr w:rsidR="00F546CD" w:rsidRPr="00497BAB" w:rsidSect="00710991">
      <w:pgSz w:w="11906" w:h="16838"/>
      <w:pgMar w:top="850" w:right="1191" w:bottom="850" w:left="1191" w:header="720" w:footer="720" w:gutter="0"/>
      <w:cols w:space="720"/>
      <w:docGrid w:type="lines" w:linePitch="3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6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37627420">
    <w:abstractNumId w:val="8"/>
  </w:num>
  <w:num w:numId="2" w16cid:durableId="1084112970">
    <w:abstractNumId w:val="6"/>
  </w:num>
  <w:num w:numId="3" w16cid:durableId="943073415">
    <w:abstractNumId w:val="5"/>
  </w:num>
  <w:num w:numId="4" w16cid:durableId="1412845818">
    <w:abstractNumId w:val="4"/>
  </w:num>
  <w:num w:numId="5" w16cid:durableId="1646854536">
    <w:abstractNumId w:val="7"/>
  </w:num>
  <w:num w:numId="6" w16cid:durableId="240872346">
    <w:abstractNumId w:val="3"/>
  </w:num>
  <w:num w:numId="7" w16cid:durableId="2079594384">
    <w:abstractNumId w:val="2"/>
  </w:num>
  <w:num w:numId="8" w16cid:durableId="2013947710">
    <w:abstractNumId w:val="1"/>
  </w:num>
  <w:num w:numId="9" w16cid:durableId="99573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05"/>
  <w:drawingGridVerticalSpacing w:val="199"/>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3D11"/>
    <w:rsid w:val="0029639D"/>
    <w:rsid w:val="00326F90"/>
    <w:rsid w:val="0040372B"/>
    <w:rsid w:val="00497BAB"/>
    <w:rsid w:val="00671F37"/>
    <w:rsid w:val="00710991"/>
    <w:rsid w:val="008737CE"/>
    <w:rsid w:val="00AA1D8D"/>
    <w:rsid w:val="00AC3540"/>
    <w:rsid w:val="00B47730"/>
    <w:rsid w:val="00CB0664"/>
    <w:rsid w:val="00F546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4D018D8C"/>
  <w14:defaultImageDpi w14:val="300"/>
  <w15:docId w15:val="{6F6D5439-B419-42D7-AF09-639EC4E08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ゴシック" w:eastAsia="ＭＳ ゴシック" w:hAnsi="ＭＳ ゴシック"/>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cci ginowan</cp:lastModifiedBy>
  <cp:revision>2</cp:revision>
  <dcterms:created xsi:type="dcterms:W3CDTF">2026-09-11T08:37:00Z</dcterms:created>
  <dcterms:modified xsi:type="dcterms:W3CDTF">2026-09-11T08:37:00Z</dcterms:modified>
  <cp:category/>
</cp:coreProperties>
</file>