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BEF6A" w14:textId="77777777" w:rsidR="00022C1E" w:rsidRPr="004752BD" w:rsidRDefault="001C6012">
      <w:pPr>
        <w:spacing w:after="20"/>
        <w:jc w:val="center"/>
        <w:rPr>
          <w:rFonts w:asciiTheme="majorEastAsia" w:eastAsiaTheme="majorEastAsia" w:hAnsiTheme="majorEastAsia"/>
          <w:sz w:val="28"/>
          <w:szCs w:val="28"/>
          <w:lang w:eastAsia="ja-JP"/>
        </w:rPr>
      </w:pPr>
      <w:r w:rsidRPr="004752BD">
        <w:rPr>
          <w:rFonts w:asciiTheme="majorEastAsia" w:eastAsiaTheme="majorEastAsia" w:hAnsiTheme="majorEastAsia"/>
          <w:b/>
          <w:sz w:val="28"/>
          <w:szCs w:val="28"/>
          <w:lang w:eastAsia="ja-JP"/>
        </w:rPr>
        <w:t>令和8年度　第37回宜野湾市産業まつり</w:t>
      </w:r>
    </w:p>
    <w:p w14:paraId="5FFC6071" w14:textId="4529FCAC" w:rsidR="00022C1E" w:rsidRPr="00DA16F6" w:rsidRDefault="001C6012">
      <w:pPr>
        <w:spacing w:after="20"/>
        <w:jc w:val="center"/>
        <w:rPr>
          <w:rFonts w:asciiTheme="majorEastAsia" w:eastAsiaTheme="majorEastAsia" w:hAnsiTheme="majorEastAsia"/>
          <w:b/>
          <w:sz w:val="28"/>
          <w:szCs w:val="28"/>
          <w:lang w:eastAsia="zh-TW"/>
        </w:rPr>
      </w:pPr>
      <w:r w:rsidRPr="004752BD">
        <w:rPr>
          <w:rFonts w:asciiTheme="majorEastAsia" w:eastAsiaTheme="majorEastAsia" w:hAnsiTheme="majorEastAsia"/>
          <w:b/>
          <w:sz w:val="28"/>
          <w:szCs w:val="28"/>
          <w:lang w:eastAsia="zh-TW"/>
        </w:rPr>
        <w:t>商工</w:t>
      </w:r>
      <w:r w:rsidR="007E05B0" w:rsidRPr="00DA16F6">
        <w:rPr>
          <w:rFonts w:asciiTheme="majorEastAsia" w:eastAsiaTheme="majorEastAsia" w:hAnsiTheme="majorEastAsia" w:hint="eastAsia"/>
          <w:b/>
          <w:sz w:val="28"/>
          <w:szCs w:val="28"/>
          <w:lang w:eastAsia="zh-TW"/>
        </w:rPr>
        <w:t>業</w:t>
      </w:r>
      <w:r w:rsidRPr="00DA16F6">
        <w:rPr>
          <w:rFonts w:asciiTheme="majorEastAsia" w:eastAsiaTheme="majorEastAsia" w:hAnsiTheme="majorEastAsia"/>
          <w:b/>
          <w:sz w:val="28"/>
          <w:szCs w:val="28"/>
          <w:lang w:eastAsia="zh-TW"/>
        </w:rPr>
        <w:t>部門出展申込書</w:t>
      </w:r>
    </w:p>
    <w:p w14:paraId="47847AF6" w14:textId="3A30D352" w:rsidR="004F620D" w:rsidRPr="00DA16F6" w:rsidRDefault="004F620D" w:rsidP="004F620D">
      <w:pPr>
        <w:spacing w:after="20"/>
        <w:rPr>
          <w:rFonts w:asciiTheme="majorEastAsia" w:eastAsiaTheme="majorEastAsia" w:hAnsiTheme="majorEastAsia"/>
          <w:color w:val="EE0000"/>
          <w:sz w:val="22"/>
          <w:bdr w:val="single" w:sz="4" w:space="0" w:color="auto"/>
          <w:shd w:val="clear" w:color="auto" w:fill="F2F2F2" w:themeFill="background1" w:themeFillShade="F2"/>
          <w:lang w:eastAsia="zh-CN"/>
        </w:rPr>
      </w:pPr>
      <w:r w:rsidRPr="00DA16F6">
        <w:rPr>
          <w:rFonts w:asciiTheme="majorEastAsia" w:eastAsiaTheme="majorEastAsia" w:hAnsiTheme="majorEastAsia" w:hint="eastAsia"/>
          <w:b/>
          <w:color w:val="EE0000"/>
          <w:sz w:val="22"/>
          <w:bdr w:val="single" w:sz="4" w:space="0" w:color="auto"/>
          <w:shd w:val="clear" w:color="auto" w:fill="F2F2F2" w:themeFill="background1" w:themeFillShade="F2"/>
          <w:lang w:eastAsia="zh-CN"/>
        </w:rPr>
        <w:t>※ 申込期限：令和8年10月6日（火）必着</w:t>
      </w:r>
    </w:p>
    <w:p w14:paraId="700CABF6" w14:textId="641A4958" w:rsidR="00022C1E" w:rsidRPr="00DA16F6" w:rsidRDefault="001C6012">
      <w:pPr>
        <w:spacing w:after="20"/>
        <w:jc w:val="right"/>
        <w:rPr>
          <w:rFonts w:asciiTheme="majorEastAsia" w:eastAsiaTheme="majorEastAsia" w:hAnsiTheme="majorEastAsia"/>
          <w:sz w:val="22"/>
        </w:rPr>
      </w:pPr>
      <w:r w:rsidRPr="00DA16F6">
        <w:rPr>
          <w:rFonts w:asciiTheme="majorEastAsia" w:eastAsiaTheme="majorEastAsia" w:hAnsiTheme="majorEastAsia"/>
          <w:sz w:val="22"/>
        </w:rPr>
        <w:t xml:space="preserve">令和8年　　</w:t>
      </w:r>
      <w:r w:rsidR="004752BD" w:rsidRPr="00DA16F6">
        <w:rPr>
          <w:rFonts w:asciiTheme="majorEastAsia" w:eastAsiaTheme="majorEastAsia" w:hAnsiTheme="majorEastAsia" w:hint="eastAsia"/>
          <w:sz w:val="22"/>
          <w:lang w:eastAsia="ja-JP"/>
        </w:rPr>
        <w:t xml:space="preserve">　</w:t>
      </w:r>
      <w:r w:rsidRPr="00DA16F6">
        <w:rPr>
          <w:rFonts w:asciiTheme="majorEastAsia" w:eastAsiaTheme="majorEastAsia" w:hAnsiTheme="majorEastAsia"/>
          <w:sz w:val="22"/>
        </w:rPr>
        <w:t xml:space="preserve">月　</w:t>
      </w:r>
      <w:r w:rsidR="004752BD" w:rsidRPr="00DA16F6">
        <w:rPr>
          <w:rFonts w:asciiTheme="majorEastAsia" w:eastAsiaTheme="majorEastAsia" w:hAnsiTheme="majorEastAsia" w:hint="eastAsia"/>
          <w:sz w:val="22"/>
          <w:lang w:eastAsia="ja-JP"/>
        </w:rPr>
        <w:t xml:space="preserve">　</w:t>
      </w:r>
      <w:r w:rsidRPr="00DA16F6">
        <w:rPr>
          <w:rFonts w:asciiTheme="majorEastAsia" w:eastAsiaTheme="majorEastAsia" w:hAnsiTheme="majorEastAsia"/>
          <w:sz w:val="22"/>
        </w:rPr>
        <w:t xml:space="preserve">　日</w:t>
      </w:r>
    </w:p>
    <w:p w14:paraId="312DDF33" w14:textId="77777777" w:rsidR="00022C1E" w:rsidRPr="00DA16F6" w:rsidRDefault="001C6012">
      <w:pPr>
        <w:spacing w:after="20"/>
        <w:rPr>
          <w:rFonts w:ascii="ＭＳ Ｐゴシック" w:eastAsia="ＭＳ Ｐゴシック" w:hAnsi="ＭＳ Ｐゴシック"/>
          <w:sz w:val="22"/>
          <w:lang w:eastAsia="ja-JP"/>
        </w:rPr>
      </w:pPr>
      <w:r w:rsidRPr="00DA16F6">
        <w:rPr>
          <w:rFonts w:ascii="ＭＳ Ｐゴシック" w:eastAsia="ＭＳ Ｐゴシック" w:hAnsi="ＭＳ Ｐゴシック"/>
          <w:sz w:val="22"/>
          <w:lang w:eastAsia="ja-JP"/>
        </w:rPr>
        <w:t>宜野湾市産業まつり実行委員会　殿</w:t>
      </w:r>
    </w:p>
    <w:p w14:paraId="47D8717B" w14:textId="75641E1C" w:rsidR="00022C1E" w:rsidRPr="00DA16F6" w:rsidRDefault="001C6012">
      <w:pPr>
        <w:spacing w:after="60" w:line="240" w:lineRule="auto"/>
        <w:rPr>
          <w:rFonts w:ascii="ＭＳ Ｐゴシック" w:eastAsia="ＭＳ Ｐゴシック" w:hAnsi="ＭＳ Ｐゴシック"/>
          <w:sz w:val="22"/>
          <w:lang w:eastAsia="ja-JP"/>
        </w:rPr>
      </w:pPr>
      <w:r w:rsidRPr="00DA16F6">
        <w:rPr>
          <w:rFonts w:ascii="ＭＳ Ｐゴシック" w:eastAsia="ＭＳ Ｐゴシック" w:hAnsi="ＭＳ Ｐゴシック"/>
          <w:sz w:val="22"/>
          <w:lang w:eastAsia="ja-JP"/>
        </w:rPr>
        <w:t>「令和</w:t>
      </w:r>
      <w:r w:rsidR="004752BD" w:rsidRPr="00DA16F6">
        <w:rPr>
          <w:rFonts w:ascii="ＭＳ Ｐゴシック" w:eastAsia="ＭＳ Ｐゴシック" w:hAnsi="ＭＳ Ｐゴシック" w:hint="eastAsia"/>
          <w:sz w:val="22"/>
          <w:lang w:eastAsia="ja-JP"/>
        </w:rPr>
        <w:t>8</w:t>
      </w:r>
      <w:r w:rsidRPr="00DA16F6">
        <w:rPr>
          <w:rFonts w:ascii="ＭＳ Ｐゴシック" w:eastAsia="ＭＳ Ｐゴシック" w:hAnsi="ＭＳ Ｐゴシック"/>
          <w:sz w:val="22"/>
          <w:lang w:eastAsia="ja-JP"/>
        </w:rPr>
        <w:t>年度 第37回宜野湾市産業まつり 商工</w:t>
      </w:r>
      <w:r w:rsidR="0023190C" w:rsidRPr="00DA16F6">
        <w:rPr>
          <w:rFonts w:ascii="ＭＳ Ｐゴシック" w:eastAsia="ＭＳ Ｐゴシック" w:hAnsi="ＭＳ Ｐゴシック" w:hint="eastAsia"/>
          <w:sz w:val="22"/>
          <w:lang w:eastAsia="ja-JP"/>
        </w:rPr>
        <w:t>業</w:t>
      </w:r>
      <w:r w:rsidRPr="00DA16F6">
        <w:rPr>
          <w:rFonts w:ascii="ＭＳ Ｐゴシック" w:eastAsia="ＭＳ Ｐゴシック" w:hAnsi="ＭＳ Ｐゴシック"/>
          <w:sz w:val="22"/>
          <w:lang w:eastAsia="ja-JP"/>
        </w:rPr>
        <w:t>部門出展要領」を遵守し、下記のとおり出展を申込みます。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3437"/>
        <w:gridCol w:w="1753"/>
        <w:gridCol w:w="3293"/>
      </w:tblGrid>
      <w:tr w:rsidR="009F3BA2" w:rsidRPr="00DA16F6" w14:paraId="370158DD" w14:textId="49E806D9" w:rsidTr="00F44412">
        <w:trPr>
          <w:trHeight w:val="570"/>
          <w:jc w:val="center"/>
        </w:trPr>
        <w:tc>
          <w:tcPr>
            <w:tcW w:w="1727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586603D" w14:textId="77777777" w:rsidR="009F3BA2" w:rsidRPr="00DA16F6" w:rsidRDefault="009F3BA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事業所・団体名</w:t>
            </w:r>
          </w:p>
        </w:tc>
        <w:tc>
          <w:tcPr>
            <w:tcW w:w="348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1B06437" w14:textId="77777777" w:rsidR="009F3BA2" w:rsidRPr="00DA16F6" w:rsidRDefault="009F3BA2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69" w:type="dxa"/>
            <w:shd w:val="clear" w:color="auto" w:fill="D9D9D9" w:themeFill="background1" w:themeFillShade="D9"/>
            <w:vAlign w:val="center"/>
          </w:tcPr>
          <w:p w14:paraId="7717DEAB" w14:textId="77777777" w:rsidR="009F3BA2" w:rsidRPr="00DA16F6" w:rsidRDefault="00F44412" w:rsidP="00F4441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bCs/>
                <w:sz w:val="22"/>
                <w:lang w:eastAsia="ja-JP"/>
              </w:rPr>
              <w:t>店舗表記名</w:t>
            </w:r>
          </w:p>
          <w:p w14:paraId="4C9DDB8A" w14:textId="63B02C66" w:rsidR="00F44412" w:rsidRPr="00DA16F6" w:rsidRDefault="00F44412" w:rsidP="00F44412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bCs/>
                <w:sz w:val="22"/>
                <w:lang w:eastAsia="ja-JP"/>
              </w:rPr>
              <w:t>（テント看板）</w:t>
            </w:r>
          </w:p>
        </w:tc>
        <w:tc>
          <w:tcPr>
            <w:tcW w:w="3334" w:type="dxa"/>
            <w:vAlign w:val="center"/>
          </w:tcPr>
          <w:p w14:paraId="655B8B65" w14:textId="77777777" w:rsidR="009F3BA2" w:rsidRPr="00DA16F6" w:rsidRDefault="009F3BA2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</w:tr>
      <w:tr w:rsidR="00022C1E" w:rsidRPr="00DA16F6" w14:paraId="2994D31F" w14:textId="77777777" w:rsidTr="009F3BA2">
        <w:trPr>
          <w:trHeight w:val="580"/>
          <w:jc w:val="center"/>
        </w:trPr>
        <w:tc>
          <w:tcPr>
            <w:tcW w:w="1727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B2F086A" w14:textId="281D38D7" w:rsidR="00022C1E" w:rsidRPr="00DA16F6" w:rsidRDefault="004752BD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代表者名</w:t>
            </w:r>
          </w:p>
        </w:tc>
        <w:tc>
          <w:tcPr>
            <w:tcW w:w="348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62C1DF" w14:textId="7E7FA2B3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  <w:tc>
          <w:tcPr>
            <w:tcW w:w="1769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B44921" w14:textId="6DB50D11" w:rsidR="00022C1E" w:rsidRPr="00DA16F6" w:rsidRDefault="004752BD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  <w:lang w:eastAsia="ja-JP"/>
              </w:rPr>
              <w:t>事業所</w:t>
            </w:r>
            <w:r w:rsidR="00112569" w:rsidRPr="00DA16F6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  <w:lang w:eastAsia="ja-JP"/>
              </w:rPr>
              <w:t>電話番号</w:t>
            </w:r>
          </w:p>
        </w:tc>
        <w:tc>
          <w:tcPr>
            <w:tcW w:w="3334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66248C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4752BD" w:rsidRPr="00DA16F6" w14:paraId="60B991BD" w14:textId="77777777" w:rsidTr="009F3BA2">
        <w:trPr>
          <w:jc w:val="center"/>
        </w:trPr>
        <w:tc>
          <w:tcPr>
            <w:tcW w:w="1727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7411F2" w14:textId="466E3229" w:rsidR="004752BD" w:rsidRPr="00DA16F6" w:rsidRDefault="004752BD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担当者名</w:t>
            </w:r>
          </w:p>
        </w:tc>
        <w:tc>
          <w:tcPr>
            <w:tcW w:w="3480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E147E7" w14:textId="77777777" w:rsidR="004752BD" w:rsidRPr="00DA16F6" w:rsidRDefault="004752BD" w:rsidP="004752BD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69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9064B2" w14:textId="403D88C4" w:rsidR="004752BD" w:rsidRPr="00DA16F6" w:rsidRDefault="004752BD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  <w:lang w:eastAsia="zh-CN"/>
              </w:rPr>
              <w:t>担当者</w:t>
            </w:r>
            <w:r w:rsidRPr="00DA16F6">
              <w:rPr>
                <w:rFonts w:ascii="ＭＳ Ｐゴシック" w:eastAsia="ＭＳ Ｐゴシック" w:hAnsi="ＭＳ Ｐゴシック"/>
                <w:b/>
                <w:sz w:val="21"/>
                <w:szCs w:val="21"/>
                <w:lang w:eastAsia="zh-CN"/>
              </w:rPr>
              <w:t>連絡先</w:t>
            </w:r>
            <w:r w:rsidR="00112569" w:rsidRPr="00DA16F6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  <w:lang w:eastAsia="zh-CN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b/>
                <w:sz w:val="21"/>
                <w:szCs w:val="21"/>
                <w:lang w:eastAsia="zh-CN"/>
              </w:rPr>
              <w:t>（携帯）</w:t>
            </w:r>
          </w:p>
        </w:tc>
        <w:tc>
          <w:tcPr>
            <w:tcW w:w="3334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740390" w14:textId="77777777" w:rsidR="004752BD" w:rsidRPr="00DA16F6" w:rsidRDefault="004752BD" w:rsidP="004752BD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</w:p>
        </w:tc>
      </w:tr>
      <w:tr w:rsidR="00092314" w:rsidRPr="00DA16F6" w14:paraId="1182C665" w14:textId="77777777" w:rsidTr="009F3BA2">
        <w:trPr>
          <w:jc w:val="center"/>
        </w:trPr>
        <w:tc>
          <w:tcPr>
            <w:tcW w:w="1727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9C61AF" w14:textId="77777777" w:rsidR="00092314" w:rsidRPr="00DA16F6" w:rsidRDefault="00092314" w:rsidP="00092314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担当者</w:t>
            </w:r>
          </w:p>
          <w:p w14:paraId="4A18E51D" w14:textId="135C4793" w:rsidR="00092314" w:rsidRPr="00DA16F6" w:rsidRDefault="00092314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メールアドレス</w:t>
            </w:r>
          </w:p>
        </w:tc>
        <w:tc>
          <w:tcPr>
            <w:tcW w:w="8583" w:type="dxa"/>
            <w:gridSpan w:val="3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4A0A87" w14:textId="65603801" w:rsidR="00092314" w:rsidRPr="00DA16F6" w:rsidRDefault="00092314" w:rsidP="004752BD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</w:tr>
      <w:tr w:rsidR="00092314" w:rsidRPr="00DA16F6" w14:paraId="593B049A" w14:textId="77777777" w:rsidTr="009F3BA2">
        <w:trPr>
          <w:jc w:val="center"/>
        </w:trPr>
        <w:tc>
          <w:tcPr>
            <w:tcW w:w="1727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7ADC4F" w14:textId="77777777" w:rsidR="00FD75B7" w:rsidRPr="00DA16F6" w:rsidRDefault="00092314" w:rsidP="00092314">
            <w:pPr>
              <w:jc w:val="center"/>
              <w:rPr>
                <w:rFonts w:ascii="ＭＳ Ｐゴシック" w:eastAsia="ＭＳ Ｐゴシック" w:hAnsi="ＭＳ Ｐゴシック"/>
                <w:b/>
                <w:sz w:val="21"/>
                <w:szCs w:val="21"/>
                <w:lang w:eastAsia="zh-TW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1"/>
                <w:szCs w:val="21"/>
                <w:lang w:eastAsia="zh-CN"/>
              </w:rPr>
              <w:t>宜野湾商工</w:t>
            </w:r>
          </w:p>
          <w:p w14:paraId="6101D327" w14:textId="3C02C636" w:rsidR="00092314" w:rsidRPr="00DA16F6" w:rsidRDefault="00092314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1"/>
                <w:szCs w:val="21"/>
                <w:lang w:eastAsia="zh-CN"/>
              </w:rPr>
              <w:t>会議所会員</w:t>
            </w:r>
          </w:p>
        </w:tc>
        <w:tc>
          <w:tcPr>
            <w:tcW w:w="8583" w:type="dxa"/>
            <w:gridSpan w:val="3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8750FE" w14:textId="3970D06D" w:rsidR="00092314" w:rsidRPr="00DA16F6" w:rsidRDefault="00000000" w:rsidP="00092314">
            <w:pPr>
              <w:ind w:firstLineChars="50" w:firstLine="120"/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44484381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C55B8E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092314" w:rsidRPr="00DA16F6">
              <w:rPr>
                <w:rFonts w:ascii="ＭＳ Ｐゴシック" w:eastAsia="ＭＳ Ｐゴシック" w:hAnsi="ＭＳ Ｐゴシック"/>
                <w:sz w:val="22"/>
                <w:lang w:eastAsia="zh-CN"/>
              </w:rPr>
              <w:t xml:space="preserve">会員　</w:t>
            </w:r>
            <w:r w:rsidR="00092314" w:rsidRPr="00DA16F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 xml:space="preserve"> ／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2142845311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C55B8E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092314" w:rsidRPr="00DA16F6">
              <w:rPr>
                <w:rFonts w:ascii="ＭＳ Ｐゴシック" w:eastAsia="ＭＳ Ｐゴシック" w:hAnsi="ＭＳ Ｐゴシック"/>
                <w:sz w:val="22"/>
                <w:lang w:eastAsia="zh-CN"/>
              </w:rPr>
              <w:t>非会員</w:t>
            </w:r>
          </w:p>
        </w:tc>
      </w:tr>
    </w:tbl>
    <w:p w14:paraId="104722C4" w14:textId="77777777" w:rsidR="004752BD" w:rsidRPr="00DA16F6" w:rsidRDefault="004752BD">
      <w:pPr>
        <w:spacing w:before="60" w:after="20"/>
        <w:rPr>
          <w:rFonts w:ascii="ＭＳ Ｐゴシック" w:eastAsia="ＭＳ Ｐゴシック" w:hAnsi="ＭＳ Ｐゴシック"/>
          <w:b/>
          <w:sz w:val="22"/>
          <w:lang w:eastAsia="zh-CN"/>
        </w:rPr>
      </w:pPr>
    </w:p>
    <w:p w14:paraId="482C6A1A" w14:textId="15D46583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</w:rPr>
        <w:t>■ 出展希望エリア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966"/>
        <w:gridCol w:w="3845"/>
        <w:gridCol w:w="5383"/>
      </w:tblGrid>
      <w:tr w:rsidR="00022C1E" w:rsidRPr="00DA16F6" w14:paraId="3D4564D4" w14:textId="77777777" w:rsidTr="00D50254">
        <w:trPr>
          <w:jc w:val="center"/>
        </w:trPr>
        <w:tc>
          <w:tcPr>
            <w:tcW w:w="98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EF3F55" w14:textId="2721180C" w:rsidR="00022C1E" w:rsidRPr="00DA16F6" w:rsidRDefault="00000000" w:rsidP="004752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145593298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3969" w:type="dxa"/>
            <w:shd w:val="clear" w:color="auto" w:fill="F2F2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5DA28D" w14:textId="74FD2937" w:rsidR="00022C1E" w:rsidRPr="00DA16F6" w:rsidRDefault="001C6012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① 物販エリア（</w:t>
            </w:r>
            <w:r w:rsidR="00D50254"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体育館前広場</w:t>
            </w: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テント）</w:t>
            </w:r>
          </w:p>
        </w:tc>
        <w:tc>
          <w:tcPr>
            <w:tcW w:w="55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E31F308" w14:textId="360E62EA" w:rsidR="00022C1E" w:rsidRPr="00DA16F6" w:rsidRDefault="00CB3E98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 </w:t>
            </w: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工芸品、雑貨、加工食品等の展示・販売</w:t>
            </w:r>
          </w:p>
        </w:tc>
      </w:tr>
      <w:tr w:rsidR="00022C1E" w:rsidRPr="00DA16F6" w14:paraId="313F56C3" w14:textId="77777777" w:rsidTr="00D50254">
        <w:trPr>
          <w:jc w:val="center"/>
        </w:trPr>
        <w:tc>
          <w:tcPr>
            <w:tcW w:w="98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39FA93" w14:textId="07D9AC34" w:rsidR="00022C1E" w:rsidRPr="00DA16F6" w:rsidRDefault="00000000" w:rsidP="004752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44103267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3969" w:type="dxa"/>
            <w:shd w:val="clear" w:color="auto" w:fill="F2F2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4E9FEA" w14:textId="72A61CE0" w:rsidR="00022C1E" w:rsidRPr="00DA16F6" w:rsidRDefault="001C6012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② 飲食出店エリア（</w:t>
            </w:r>
            <w:r w:rsidR="00D50254"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体育館前広場</w:t>
            </w: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テント）</w:t>
            </w:r>
          </w:p>
        </w:tc>
        <w:tc>
          <w:tcPr>
            <w:tcW w:w="55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598490" w14:textId="60F57CAE" w:rsidR="00022C1E" w:rsidRPr="00DA16F6" w:rsidRDefault="00CB3E98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 </w:t>
            </w: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会場内で調理・提供する飲食物の販売</w:t>
            </w:r>
          </w:p>
        </w:tc>
      </w:tr>
      <w:tr w:rsidR="00022C1E" w:rsidRPr="00DA16F6" w14:paraId="66714173" w14:textId="77777777" w:rsidTr="00D50254">
        <w:trPr>
          <w:jc w:val="center"/>
        </w:trPr>
        <w:tc>
          <w:tcPr>
            <w:tcW w:w="98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F0577F" w14:textId="6AA4AF0C" w:rsidR="00022C1E" w:rsidRPr="00DA16F6" w:rsidRDefault="00000000" w:rsidP="004752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57731898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3969" w:type="dxa"/>
            <w:shd w:val="clear" w:color="auto" w:fill="F2F2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059891D" w14:textId="1C413229" w:rsidR="00022C1E" w:rsidRPr="00DA16F6" w:rsidRDefault="00D50254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③</w:t>
            </w: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展示エリア（</w:t>
            </w:r>
            <w:r w:rsidR="004677FC"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AEC</w:t>
            </w: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アリーナ</w:t>
            </w:r>
            <w:r w:rsidR="001C6012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ぎのわん</w:t>
            </w: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）</w:t>
            </w:r>
          </w:p>
        </w:tc>
        <w:tc>
          <w:tcPr>
            <w:tcW w:w="55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EDFF8B" w14:textId="5C0390AE" w:rsidR="00022C1E" w:rsidRPr="00DA16F6" w:rsidRDefault="00D50254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企業・団体PR、サービス・技術・観光等の展示</w:t>
            </w:r>
          </w:p>
        </w:tc>
      </w:tr>
      <w:tr w:rsidR="00022C1E" w:rsidRPr="00DA16F6" w14:paraId="431EF5AF" w14:textId="77777777" w:rsidTr="00D50254">
        <w:trPr>
          <w:jc w:val="center"/>
        </w:trPr>
        <w:tc>
          <w:tcPr>
            <w:tcW w:w="98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E8BD55" w14:textId="1EA60C67" w:rsidR="00022C1E" w:rsidRPr="00DA16F6" w:rsidRDefault="00000000" w:rsidP="004752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2684251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3969" w:type="dxa"/>
            <w:shd w:val="clear" w:color="auto" w:fill="F2F2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B43693" w14:textId="5DC57CB2" w:rsidR="00022C1E" w:rsidRPr="00DA16F6" w:rsidRDefault="001C6012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④</w:t>
            </w:r>
            <w:r w:rsidR="00D50254"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キッチンカーエリア（屋外）</w:t>
            </w:r>
          </w:p>
        </w:tc>
        <w:tc>
          <w:tcPr>
            <w:tcW w:w="55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BC132B" w14:textId="77777777" w:rsidR="00365F0E" w:rsidRDefault="00D50254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移動販売車両による調理・飲食販売</w:t>
            </w:r>
          </w:p>
          <w:p w14:paraId="349E974B" w14:textId="2C46AF33" w:rsidR="00022C1E" w:rsidRPr="00DA16F6" w:rsidRDefault="00D50254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C55B8E">
              <w:rPr>
                <w:rFonts w:ascii="ＭＳ Ｐゴシック" w:eastAsia="ＭＳ Ｐゴシック" w:hAnsi="ＭＳ Ｐゴシック"/>
                <w:color w:val="EE0000"/>
                <w:sz w:val="22"/>
                <w:lang w:eastAsia="ja-JP"/>
              </w:rPr>
              <w:t>※募集数に上限あり</w:t>
            </w:r>
          </w:p>
        </w:tc>
      </w:tr>
    </w:tbl>
    <w:p w14:paraId="15C40176" w14:textId="77777777" w:rsidR="00022C1E" w:rsidRPr="00DA16F6" w:rsidRDefault="001C6012">
      <w:pPr>
        <w:spacing w:after="0" w:line="240" w:lineRule="auto"/>
        <w:rPr>
          <w:rFonts w:ascii="ＭＳ Ｐゴシック" w:eastAsia="ＭＳ Ｐゴシック" w:hAnsi="ＭＳ Ｐゴシック"/>
          <w:sz w:val="22"/>
          <w:lang w:eastAsia="ja-JP"/>
        </w:rPr>
      </w:pPr>
      <w:r w:rsidRPr="00DA16F6">
        <w:rPr>
          <w:rFonts w:ascii="ＭＳ Ｐゴシック" w:eastAsia="ＭＳ Ｐゴシック" w:hAnsi="ＭＳ Ｐゴシック"/>
          <w:sz w:val="22"/>
          <w:lang w:eastAsia="ja-JP"/>
        </w:rPr>
        <w:t>※希望するエリアを1つ選択してください。出展位置は実行委員会が決定します。</w:t>
      </w:r>
    </w:p>
    <w:p w14:paraId="5AFD87C2" w14:textId="77777777" w:rsidR="004752BD" w:rsidRPr="00DA16F6" w:rsidRDefault="004752BD">
      <w:pPr>
        <w:spacing w:after="0" w:line="240" w:lineRule="auto"/>
        <w:rPr>
          <w:rFonts w:ascii="ＭＳ Ｐゴシック" w:eastAsia="ＭＳ Ｐゴシック" w:hAnsi="ＭＳ Ｐゴシック"/>
          <w:sz w:val="22"/>
          <w:lang w:eastAsia="ja-JP"/>
        </w:rPr>
      </w:pPr>
    </w:p>
    <w:p w14:paraId="1B78B8E7" w14:textId="3FFA4040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  <w:t>■ 希望する出展スペース（物販エリアのみ）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1106"/>
        <w:gridCol w:w="9088"/>
      </w:tblGrid>
      <w:tr w:rsidR="00022C1E" w:rsidRPr="00DA16F6" w14:paraId="6EEAC6E1" w14:textId="77777777">
        <w:trPr>
          <w:jc w:val="center"/>
        </w:trPr>
        <w:tc>
          <w:tcPr>
            <w:tcW w:w="1134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5A2FC4" w14:textId="38856E50" w:rsidR="00022C1E" w:rsidRPr="00DA16F6" w:rsidRDefault="00000000" w:rsidP="004752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209605165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941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E72E5E" w14:textId="4E1F35BD" w:rsidR="00022C1E" w:rsidRPr="00DA16F6" w:rsidRDefault="00CB3E98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 xml:space="preserve"> </w:t>
            </w:r>
            <w:r w:rsidRPr="00DA16F6">
              <w:rPr>
                <w:rFonts w:ascii="ＭＳ Ｐゴシック" w:eastAsia="ＭＳ Ｐゴシック" w:hAnsi="ＭＳ Ｐゴシック"/>
                <w:sz w:val="22"/>
                <w:lang w:eastAsia="zh-CN"/>
              </w:rPr>
              <w:t>1小間　間口540cm × 奥行360cm（3間 × 2間）</w:t>
            </w:r>
          </w:p>
        </w:tc>
      </w:tr>
      <w:tr w:rsidR="00022C1E" w:rsidRPr="00DA16F6" w14:paraId="7C333D96" w14:textId="77777777">
        <w:trPr>
          <w:jc w:val="center"/>
        </w:trPr>
        <w:tc>
          <w:tcPr>
            <w:tcW w:w="1134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DC9F59" w14:textId="0CD087D7" w:rsidR="00022C1E" w:rsidRPr="00DA16F6" w:rsidRDefault="00000000" w:rsidP="004752BD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81074488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941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D9EBAE" w14:textId="1E5D5FA4" w:rsidR="00022C1E" w:rsidRPr="00DA16F6" w:rsidRDefault="00CB3E98">
            <w:pPr>
              <w:rPr>
                <w:rFonts w:ascii="ＭＳ Ｐゴシック" w:eastAsia="ＭＳ Ｐゴシック" w:hAnsi="ＭＳ Ｐゴシック"/>
                <w:sz w:val="22"/>
                <w:lang w:eastAsia="zh-CN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zh-CN"/>
              </w:rPr>
              <w:t xml:space="preserve"> </w:t>
            </w:r>
            <w:r w:rsidRPr="00DA16F6">
              <w:rPr>
                <w:rFonts w:ascii="ＭＳ Ｐゴシック" w:eastAsia="ＭＳ Ｐゴシック" w:hAnsi="ＭＳ Ｐゴシック"/>
                <w:sz w:val="22"/>
                <w:lang w:eastAsia="zh-CN"/>
              </w:rPr>
              <w:t>半小間　間口270cm × 奥行360cm（1.5間 × 2間）</w:t>
            </w:r>
          </w:p>
        </w:tc>
      </w:tr>
    </w:tbl>
    <w:p w14:paraId="54CE995A" w14:textId="77777777" w:rsidR="00022C1E" w:rsidRPr="00DA16F6" w:rsidRDefault="001C6012">
      <w:pPr>
        <w:spacing w:after="0" w:line="240" w:lineRule="auto"/>
        <w:rPr>
          <w:rFonts w:ascii="ＭＳ Ｐゴシック" w:eastAsia="ＭＳ Ｐゴシック" w:hAnsi="ＭＳ Ｐゴシック"/>
          <w:sz w:val="22"/>
          <w:lang w:eastAsia="ja-JP"/>
        </w:rPr>
      </w:pPr>
      <w:r w:rsidRPr="00DA16F6">
        <w:rPr>
          <w:rFonts w:ascii="ＭＳ Ｐゴシック" w:eastAsia="ＭＳ Ｐゴシック" w:hAnsi="ＭＳ Ｐゴシック"/>
          <w:sz w:val="22"/>
          <w:lang w:eastAsia="ja-JP"/>
        </w:rPr>
        <w:t>※希望する区分を選択してください。会場全体の配置等により、ご希望に添えない場合があります。</w:t>
      </w:r>
    </w:p>
    <w:p w14:paraId="0B7154F1" w14:textId="77777777" w:rsidR="004752BD" w:rsidRPr="00DA16F6" w:rsidRDefault="004752BD">
      <w:pPr>
        <w:spacing w:after="0" w:line="240" w:lineRule="auto"/>
        <w:rPr>
          <w:rFonts w:ascii="ＭＳ Ｐゴシック" w:eastAsia="ＭＳ Ｐゴシック" w:hAnsi="ＭＳ Ｐゴシック"/>
          <w:sz w:val="22"/>
          <w:lang w:eastAsia="ja-JP"/>
        </w:rPr>
      </w:pPr>
    </w:p>
    <w:p w14:paraId="14DE0743" w14:textId="2CB2C58E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  <w:t>■ 出展内容</w:t>
      </w:r>
      <w:r w:rsidR="004752BD" w:rsidRPr="00DA16F6">
        <w:rPr>
          <w:rFonts w:ascii="ＭＳ Ｐゴシック" w:eastAsia="ＭＳ Ｐゴシック" w:hAnsi="ＭＳ Ｐゴシック" w:hint="eastAsia"/>
          <w:b/>
          <w:sz w:val="24"/>
          <w:szCs w:val="24"/>
          <w:lang w:eastAsia="ja-JP"/>
        </w:rPr>
        <w:t>（販売商品・展示内容）　※詳細にご記入ください。</w:t>
      </w:r>
    </w:p>
    <w:tbl>
      <w:tblPr>
        <w:tblStyle w:val="afe"/>
        <w:tblW w:w="0" w:type="auto"/>
        <w:tblInd w:w="108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10086"/>
      </w:tblGrid>
      <w:tr w:rsidR="004752BD" w:rsidRPr="00DA16F6" w14:paraId="4D8E5ACF" w14:textId="77777777" w:rsidTr="004F620D">
        <w:trPr>
          <w:trHeight w:val="536"/>
        </w:trPr>
        <w:tc>
          <w:tcPr>
            <w:tcW w:w="10420" w:type="dxa"/>
          </w:tcPr>
          <w:p w14:paraId="77DBFD39" w14:textId="77777777" w:rsidR="004752BD" w:rsidRPr="00DA16F6" w:rsidRDefault="004752BD">
            <w:pPr>
              <w:spacing w:before="60" w:after="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</w:tr>
      <w:tr w:rsidR="004752BD" w:rsidRPr="00DA16F6" w14:paraId="1FF30272" w14:textId="77777777" w:rsidTr="004F620D">
        <w:trPr>
          <w:trHeight w:val="536"/>
        </w:trPr>
        <w:tc>
          <w:tcPr>
            <w:tcW w:w="10420" w:type="dxa"/>
          </w:tcPr>
          <w:p w14:paraId="693E8EA3" w14:textId="77777777" w:rsidR="004752BD" w:rsidRPr="00DA16F6" w:rsidRDefault="004752BD">
            <w:pPr>
              <w:spacing w:before="60" w:after="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</w:tr>
      <w:tr w:rsidR="004752BD" w:rsidRPr="00DA16F6" w14:paraId="5F69DA4E" w14:textId="77777777" w:rsidTr="004F620D">
        <w:trPr>
          <w:trHeight w:val="536"/>
        </w:trPr>
        <w:tc>
          <w:tcPr>
            <w:tcW w:w="10420" w:type="dxa"/>
          </w:tcPr>
          <w:p w14:paraId="48B19339" w14:textId="77777777" w:rsidR="004752BD" w:rsidRPr="00DA16F6" w:rsidRDefault="004752BD">
            <w:pPr>
              <w:spacing w:before="60" w:after="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</w:tr>
      <w:tr w:rsidR="004752BD" w:rsidRPr="00DA16F6" w14:paraId="07E44B6F" w14:textId="77777777" w:rsidTr="004F620D">
        <w:trPr>
          <w:trHeight w:val="536"/>
        </w:trPr>
        <w:tc>
          <w:tcPr>
            <w:tcW w:w="10420" w:type="dxa"/>
          </w:tcPr>
          <w:p w14:paraId="38614D6E" w14:textId="77777777" w:rsidR="004752BD" w:rsidRPr="00DA16F6" w:rsidRDefault="004752BD">
            <w:pPr>
              <w:spacing w:before="60" w:after="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</w:p>
        </w:tc>
      </w:tr>
    </w:tbl>
    <w:p w14:paraId="2484DC74" w14:textId="3A199062" w:rsidR="00022C1E" w:rsidRPr="00DA16F6" w:rsidRDefault="00112569" w:rsidP="004F620D">
      <w:pPr>
        <w:rPr>
          <w:rFonts w:ascii="ＭＳ Ｐゴシック" w:eastAsia="ＭＳ Ｐゴシック" w:hAnsi="ＭＳ Ｐゴシック"/>
          <w:sz w:val="28"/>
          <w:szCs w:val="28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  <w:br w:type="page"/>
      </w:r>
      <w:r w:rsidRPr="00DA16F6"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  <w:lastRenderedPageBreak/>
        <w:t>商工部門出展申込書（設備・許可等）</w:t>
      </w:r>
    </w:p>
    <w:p w14:paraId="180A1999" w14:textId="77777777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  <w:t>■ 電気機器の使用</w:t>
      </w:r>
    </w:p>
    <w:p w14:paraId="5684B2AF" w14:textId="31FEEC90" w:rsidR="00022C1E" w:rsidRPr="00DA16F6" w:rsidRDefault="00000000">
      <w:pPr>
        <w:spacing w:after="20"/>
        <w:rPr>
          <w:rFonts w:ascii="ＭＳ Ｐゴシック" w:eastAsia="ＭＳ Ｐゴシック" w:hAnsi="ＭＳ Ｐゴシック"/>
          <w:sz w:val="24"/>
          <w:szCs w:val="24"/>
          <w:lang w:eastAsia="ja-JP"/>
        </w:rPr>
      </w:pPr>
      <w:sdt>
        <w:sdtPr>
          <w:rPr>
            <w:rFonts w:ascii="ＭＳ Ｐゴシック" w:eastAsia="ＭＳ Ｐゴシック" w:hAnsi="ＭＳ Ｐゴシック" w:hint="eastAsia"/>
            <w:sz w:val="24"/>
            <w:szCs w:val="24"/>
            <w:lang w:eastAsia="ja-JP"/>
          </w:rPr>
          <w:id w:val="-1057856037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DA16F6">
            <w:rPr>
              <w:rFonts w:ascii="ＭＳ ゴシック" w:eastAsia="ＭＳ ゴシック" w:hAnsi="ＭＳ ゴシック" w:hint="eastAsia"/>
              <w:sz w:val="24"/>
              <w:szCs w:val="24"/>
              <w:lang w:eastAsia="ja-JP"/>
            </w:rPr>
            <w:t>☐</w:t>
          </w:r>
        </w:sdtContent>
      </w:sdt>
      <w:r w:rsidR="00112569" w:rsidRPr="00DA16F6">
        <w:rPr>
          <w:rFonts w:ascii="ＭＳ Ｐゴシック" w:eastAsia="ＭＳ Ｐゴシック" w:hAnsi="ＭＳ Ｐゴシック" w:hint="eastAsia"/>
          <w:sz w:val="21"/>
          <w:szCs w:val="21"/>
          <w:lang w:eastAsia="ja-JP"/>
        </w:rPr>
        <w:t xml:space="preserve">　</w:t>
      </w:r>
      <w:r w:rsidR="00112569" w:rsidRPr="00DA16F6">
        <w:rPr>
          <w:rFonts w:ascii="ＭＳ Ｐゴシック" w:eastAsia="ＭＳ Ｐゴシック" w:hAnsi="ＭＳ Ｐゴシック"/>
          <w:sz w:val="24"/>
          <w:szCs w:val="24"/>
          <w:lang w:eastAsia="ja-JP"/>
        </w:rPr>
        <w:t xml:space="preserve"> 使用しない　　</w:t>
      </w:r>
      <w:sdt>
        <w:sdtPr>
          <w:rPr>
            <w:rFonts w:ascii="ＭＳ Ｐゴシック" w:eastAsia="ＭＳ Ｐゴシック" w:hAnsi="ＭＳ Ｐゴシック" w:hint="eastAsia"/>
            <w:sz w:val="24"/>
            <w:szCs w:val="24"/>
            <w:lang w:eastAsia="ja-JP"/>
          </w:rPr>
          <w:id w:val="923926896"/>
          <w14:checkbox>
            <w14:checked w14:val="0"/>
            <w14:checkedState w14:val="2611" w14:font="Segoe UI Symbol"/>
            <w14:uncheckedState w14:val="2610" w14:font="ＭＳ ゴシック"/>
          </w14:checkbox>
        </w:sdtPr>
        <w:sdtContent>
          <w:r w:rsidR="00DA16F6">
            <w:rPr>
              <w:rFonts w:ascii="ＭＳ ゴシック" w:eastAsia="ＭＳ ゴシック" w:hAnsi="ＭＳ ゴシック" w:hint="eastAsia"/>
              <w:sz w:val="24"/>
              <w:szCs w:val="24"/>
              <w:lang w:eastAsia="ja-JP"/>
            </w:rPr>
            <w:t>☐</w:t>
          </w:r>
        </w:sdtContent>
      </w:sdt>
      <w:r w:rsidR="00112569" w:rsidRPr="00DA16F6">
        <w:rPr>
          <w:rFonts w:ascii="ＭＳ Ｐゴシック" w:eastAsia="ＭＳ Ｐゴシック" w:hAnsi="ＭＳ Ｐゴシック" w:hint="eastAsia"/>
          <w:sz w:val="21"/>
          <w:szCs w:val="21"/>
          <w:lang w:eastAsia="ja-JP"/>
        </w:rPr>
        <w:t xml:space="preserve">　</w:t>
      </w:r>
      <w:r w:rsidR="00112569" w:rsidRPr="00DA16F6">
        <w:rPr>
          <w:rFonts w:ascii="ＭＳ Ｐゴシック" w:eastAsia="ＭＳ Ｐゴシック" w:hAnsi="ＭＳ Ｐゴシック"/>
          <w:sz w:val="24"/>
          <w:szCs w:val="24"/>
          <w:lang w:eastAsia="ja-JP"/>
        </w:rPr>
        <w:t xml:space="preserve"> 使用する（下表にすべて記載）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3818"/>
        <w:gridCol w:w="1210"/>
        <w:gridCol w:w="1652"/>
        <w:gridCol w:w="1651"/>
        <w:gridCol w:w="1863"/>
      </w:tblGrid>
      <w:tr w:rsidR="00022C1E" w:rsidRPr="00DA16F6" w14:paraId="4820A2A6" w14:textId="77777777" w:rsidTr="007D6853">
        <w:trPr>
          <w:jc w:val="center"/>
        </w:trPr>
        <w:tc>
          <w:tcPr>
            <w:tcW w:w="3969" w:type="dxa"/>
            <w:shd w:val="clear" w:color="auto" w:fill="F2F2F2" w:themeFill="background1" w:themeFillShade="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C7D4F1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機器名</w:t>
            </w:r>
          </w:p>
        </w:tc>
        <w:tc>
          <w:tcPr>
            <w:tcW w:w="1247" w:type="dxa"/>
            <w:shd w:val="clear" w:color="auto" w:fill="F2F2F2" w:themeFill="background1" w:themeFillShade="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40F491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台数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2F368C4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消費電力（W）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071E6A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電圧（V）</w:t>
            </w:r>
          </w:p>
        </w:tc>
        <w:tc>
          <w:tcPr>
            <w:tcW w:w="1928" w:type="dxa"/>
            <w:shd w:val="clear" w:color="auto" w:fill="F2F2F2" w:themeFill="background1" w:themeFillShade="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26A1F9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備考</w:t>
            </w:r>
          </w:p>
        </w:tc>
      </w:tr>
      <w:tr w:rsidR="00022C1E" w:rsidRPr="00DA16F6" w14:paraId="6A669517" w14:textId="77777777">
        <w:trPr>
          <w:trHeight w:val="397"/>
          <w:jc w:val="center"/>
        </w:trPr>
        <w:tc>
          <w:tcPr>
            <w:tcW w:w="39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70CA84D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4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A15E53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AC7383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D84EDE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2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56722B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022C1E" w:rsidRPr="00DA16F6" w14:paraId="21E0AE40" w14:textId="77777777">
        <w:trPr>
          <w:trHeight w:val="397"/>
          <w:jc w:val="center"/>
        </w:trPr>
        <w:tc>
          <w:tcPr>
            <w:tcW w:w="39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727968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4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EA873C1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6D9F63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885E80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2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99E1D8E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022C1E" w:rsidRPr="00DA16F6" w14:paraId="70FF84C4" w14:textId="77777777">
        <w:trPr>
          <w:trHeight w:val="397"/>
          <w:jc w:val="center"/>
        </w:trPr>
        <w:tc>
          <w:tcPr>
            <w:tcW w:w="39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8982AD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4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66EDE2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C0B212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7C3481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2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F71C25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022C1E" w:rsidRPr="00DA16F6" w14:paraId="715235D9" w14:textId="77777777">
        <w:trPr>
          <w:trHeight w:val="397"/>
          <w:jc w:val="center"/>
        </w:trPr>
        <w:tc>
          <w:tcPr>
            <w:tcW w:w="39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953E6E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4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88B2BE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3DE004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70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C7CDBF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2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2CFF7C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79E8C522" w14:textId="3B10A802" w:rsidR="00022C1E" w:rsidRPr="00DA16F6" w:rsidRDefault="001C6012">
      <w:pPr>
        <w:spacing w:after="0" w:line="240" w:lineRule="auto"/>
        <w:rPr>
          <w:rFonts w:ascii="ＭＳ Ｐゴシック" w:eastAsia="ＭＳ Ｐゴシック" w:hAnsi="ＭＳ Ｐゴシック"/>
          <w:sz w:val="21"/>
          <w:szCs w:val="21"/>
          <w:lang w:eastAsia="ja-JP"/>
        </w:rPr>
      </w:pPr>
      <w:r w:rsidRPr="00DA16F6">
        <w:rPr>
          <w:rFonts w:ascii="ＭＳ Ｐゴシック" w:eastAsia="ＭＳ Ｐゴシック" w:hAnsi="ＭＳ Ｐゴシック"/>
          <w:sz w:val="21"/>
          <w:szCs w:val="21"/>
          <w:lang w:eastAsia="ja-JP"/>
        </w:rPr>
        <w:t>※申請のない電気機器は使用できません</w:t>
      </w:r>
      <w:r w:rsidR="00092314" w:rsidRPr="00DA16F6">
        <w:rPr>
          <w:rFonts w:ascii="ＭＳ Ｐゴシック" w:eastAsia="ＭＳ Ｐゴシック" w:hAnsi="ＭＳ Ｐゴシック" w:hint="eastAsia"/>
          <w:sz w:val="21"/>
          <w:szCs w:val="21"/>
          <w:lang w:eastAsia="ja-JP"/>
        </w:rPr>
        <w:t>。</w:t>
      </w:r>
    </w:p>
    <w:p w14:paraId="71DF9A91" w14:textId="77777777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  <w:t>■ 火気・調理設備（飲食出店者等）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076"/>
        <w:gridCol w:w="2996"/>
        <w:gridCol w:w="1890"/>
        <w:gridCol w:w="3232"/>
      </w:tblGrid>
      <w:tr w:rsidR="00022C1E" w:rsidRPr="00DA16F6" w14:paraId="5082D77D" w14:textId="77777777" w:rsidTr="00126D96">
        <w:trPr>
          <w:jc w:val="center"/>
        </w:trPr>
        <w:tc>
          <w:tcPr>
            <w:tcW w:w="215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A399833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火気使用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90A92D" w14:textId="6AA7CB76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91890989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C55B8E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</w:rPr>
              <w:t xml:space="preserve">なし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594321220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</w:rPr>
              <w:t>あり</w:t>
            </w:r>
          </w:p>
        </w:tc>
        <w:tc>
          <w:tcPr>
            <w:tcW w:w="196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B71C96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使用燃料等</w:t>
            </w:r>
          </w:p>
        </w:tc>
        <w:tc>
          <w:tcPr>
            <w:tcW w:w="331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1D05613" w14:textId="1C1E76C9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66115560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LPガス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60958205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炭火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334850270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電熱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193502120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その他</w:t>
            </w:r>
            <w:r w:rsidR="00092314"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>（　　　　　　　　）</w:t>
            </w:r>
          </w:p>
        </w:tc>
      </w:tr>
      <w:tr w:rsidR="00022C1E" w:rsidRPr="00DA16F6" w14:paraId="1FE6496F" w14:textId="77777777" w:rsidTr="00126D96">
        <w:trPr>
          <w:jc w:val="center"/>
        </w:trPr>
        <w:tc>
          <w:tcPr>
            <w:tcW w:w="215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91C647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油を使用する調理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7072E6" w14:textId="4E80962F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586116401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</w:rPr>
              <w:t xml:space="preserve">なし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0447692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CB3E98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</w:rPr>
              <w:t>あり</w:t>
            </w:r>
          </w:p>
        </w:tc>
        <w:tc>
          <w:tcPr>
            <w:tcW w:w="196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1F4CAFB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消火器</w:t>
            </w:r>
          </w:p>
        </w:tc>
        <w:tc>
          <w:tcPr>
            <w:tcW w:w="331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1BC877" w14:textId="1DE0FB38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92334581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設置する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50575344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該当なし</w:t>
            </w:r>
          </w:p>
        </w:tc>
      </w:tr>
      <w:tr w:rsidR="00022C1E" w:rsidRPr="00DA16F6" w14:paraId="551437B2" w14:textId="77777777" w:rsidTr="00126D96">
        <w:trPr>
          <w:jc w:val="center"/>
        </w:trPr>
        <w:tc>
          <w:tcPr>
            <w:tcW w:w="215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9BF6BF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1"/>
                <w:szCs w:val="21"/>
              </w:rPr>
              <w:t>手洗い・給排水設備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55EBE8" w14:textId="2C1138F5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96893306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準備する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192555623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12569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12569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12569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該当なし</w:t>
            </w:r>
          </w:p>
        </w:tc>
        <w:tc>
          <w:tcPr>
            <w:tcW w:w="196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47FA0D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汚水回収容器</w:t>
            </w:r>
          </w:p>
        </w:tc>
        <w:tc>
          <w:tcPr>
            <w:tcW w:w="331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50853D" w14:textId="59730161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709653742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準備する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146311311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該当なし</w:t>
            </w:r>
          </w:p>
        </w:tc>
      </w:tr>
    </w:tbl>
    <w:p w14:paraId="6467EC33" w14:textId="77777777" w:rsidR="006D2582" w:rsidRPr="00DA16F6" w:rsidRDefault="001C6012" w:rsidP="006D2582">
      <w:pPr>
        <w:spacing w:after="0" w:line="240" w:lineRule="auto"/>
        <w:rPr>
          <w:rFonts w:ascii="ＭＳ Ｐゴシック" w:eastAsia="ＭＳ Ｐゴシック" w:hAnsi="ＭＳ Ｐゴシック"/>
          <w:sz w:val="21"/>
          <w:szCs w:val="21"/>
          <w:lang w:eastAsia="ja-JP"/>
        </w:rPr>
      </w:pPr>
      <w:r w:rsidRPr="00DA16F6">
        <w:rPr>
          <w:rFonts w:ascii="ＭＳ Ｐゴシック" w:eastAsia="ＭＳ Ｐゴシック" w:hAnsi="ＭＳ Ｐゴシック"/>
          <w:sz w:val="21"/>
          <w:szCs w:val="21"/>
          <w:lang w:eastAsia="ja-JP"/>
        </w:rPr>
        <w:t>※飲食エリアの出展者は、手洗い設備、給水・汚水容器、調理器具、作業台、冷蔵・保冷設備、火気器具、消火器</w:t>
      </w:r>
    </w:p>
    <w:p w14:paraId="03A98CE5" w14:textId="24A0F9EF" w:rsidR="00022C1E" w:rsidRPr="00DA16F6" w:rsidRDefault="006D2582" w:rsidP="006D2582">
      <w:pPr>
        <w:spacing w:after="0" w:line="240" w:lineRule="auto"/>
        <w:rPr>
          <w:rFonts w:ascii="ＭＳ Ｐゴシック" w:eastAsia="ＭＳ Ｐゴシック" w:hAnsi="ＭＳ Ｐゴシック"/>
          <w:sz w:val="21"/>
          <w:szCs w:val="21"/>
          <w:lang w:eastAsia="ja-JP"/>
        </w:rPr>
      </w:pPr>
      <w:r w:rsidRPr="00DA16F6">
        <w:rPr>
          <w:rFonts w:ascii="ＭＳ Ｐゴシック" w:eastAsia="ＭＳ Ｐゴシック" w:hAnsi="ＭＳ Ｐゴシック" w:hint="eastAsia"/>
          <w:sz w:val="21"/>
          <w:szCs w:val="21"/>
          <w:lang w:eastAsia="ja-JP"/>
        </w:rPr>
        <w:t xml:space="preserve">　　</w:t>
      </w:r>
      <w:r w:rsidRPr="00DA16F6">
        <w:rPr>
          <w:rFonts w:ascii="ＭＳ Ｐゴシック" w:eastAsia="ＭＳ Ｐゴシック" w:hAnsi="ＭＳ Ｐゴシック"/>
          <w:sz w:val="21"/>
          <w:szCs w:val="21"/>
          <w:lang w:eastAsia="ja-JP"/>
        </w:rPr>
        <w:t>等の配置が分かるブース内平面図を提出してください。</w:t>
      </w:r>
    </w:p>
    <w:p w14:paraId="1A8EEFE1" w14:textId="461F80E4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  <w:t>■ 営業許可等（該当者のみ）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081"/>
        <w:gridCol w:w="3014"/>
        <w:gridCol w:w="1901"/>
        <w:gridCol w:w="3198"/>
      </w:tblGrid>
      <w:tr w:rsidR="00022C1E" w:rsidRPr="00DA16F6" w14:paraId="68F09552" w14:textId="77777777" w:rsidTr="00126D96">
        <w:trPr>
          <w:jc w:val="center"/>
        </w:trPr>
        <w:tc>
          <w:tcPr>
            <w:tcW w:w="215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955789" w14:textId="131D7BAE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営業許可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B5F35F" w14:textId="63829F3E" w:rsidR="00092314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845010251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zh-TW"/>
              </w:rPr>
              <w:t>取得済</w:t>
            </w:r>
            <w:r w:rsidR="00092314" w:rsidRPr="00DA16F6">
              <w:rPr>
                <w:rFonts w:ascii="ＭＳ Ｐゴシック" w:eastAsia="ＭＳ Ｐゴシック" w:hAnsi="ＭＳ Ｐゴシック" w:hint="eastAsia"/>
                <w:sz w:val="22"/>
                <w:lang w:eastAsia="zh-TW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zh-TW"/>
              </w:rPr>
              <w:t xml:space="preserve">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05042987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zh-TW"/>
              </w:rPr>
              <w:t xml:space="preserve">申請中　</w:t>
            </w:r>
          </w:p>
          <w:p w14:paraId="144C29F1" w14:textId="755BD581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43971773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</w:rPr>
              <w:t>不要</w:t>
            </w:r>
          </w:p>
        </w:tc>
        <w:tc>
          <w:tcPr>
            <w:tcW w:w="1963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8F1D01A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許可の種類</w:t>
            </w:r>
          </w:p>
        </w:tc>
        <w:tc>
          <w:tcPr>
            <w:tcW w:w="33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C94F35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022C1E" w:rsidRPr="00DA16F6" w14:paraId="1F602D97" w14:textId="77777777" w:rsidTr="00126D96">
        <w:trPr>
          <w:jc w:val="center"/>
        </w:trPr>
        <w:tc>
          <w:tcPr>
            <w:tcW w:w="215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9D485F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許可番号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EE5FB1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63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FD9FAD1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有効期限</w:t>
            </w:r>
          </w:p>
        </w:tc>
        <w:tc>
          <w:tcPr>
            <w:tcW w:w="33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7804E2" w14:textId="47DD768C" w:rsidR="00022C1E" w:rsidRPr="00DA16F6" w:rsidRDefault="001C601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</w:rPr>
              <w:t>令和</w:t>
            </w:r>
            <w:r w:rsidR="00092314"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 xml:space="preserve">　年</w:t>
            </w:r>
            <w:r w:rsidR="00092314"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 xml:space="preserve">　月　</w:t>
            </w:r>
            <w:r w:rsidR="00092314"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>日</w:t>
            </w:r>
          </w:p>
        </w:tc>
      </w:tr>
      <w:tr w:rsidR="00022C1E" w:rsidRPr="00DA16F6" w14:paraId="51471ECD" w14:textId="77777777" w:rsidTr="00126D96">
        <w:trPr>
          <w:jc w:val="center"/>
        </w:trPr>
        <w:tc>
          <w:tcPr>
            <w:tcW w:w="215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C1CB61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申請中の場合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ACE33E" w14:textId="7F2AD118" w:rsidR="00126D96" w:rsidRPr="00DA16F6" w:rsidRDefault="00CB3E98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 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>取得予定日：</w:t>
            </w:r>
          </w:p>
          <w:p w14:paraId="70A413B0" w14:textId="5C19EB0C" w:rsidR="00022C1E" w:rsidRPr="00DA16F6" w:rsidRDefault="00126D96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>令和</w:t>
            </w: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 xml:space="preserve">　年</w:t>
            </w: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 xml:space="preserve">　月　</w:t>
            </w: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 xml:space="preserve">　</w:t>
            </w:r>
            <w:r w:rsidRPr="00DA16F6">
              <w:rPr>
                <w:rFonts w:ascii="ＭＳ Ｐゴシック" w:eastAsia="ＭＳ Ｐゴシック" w:hAnsi="ＭＳ Ｐゴシック"/>
                <w:sz w:val="22"/>
              </w:rPr>
              <w:t>日</w:t>
            </w:r>
          </w:p>
        </w:tc>
        <w:tc>
          <w:tcPr>
            <w:tcW w:w="1963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9443C4" w14:textId="77777777" w:rsidR="00022C1E" w:rsidRPr="00DA16F6" w:rsidRDefault="001C6012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酒類販売</w:t>
            </w:r>
          </w:p>
        </w:tc>
        <w:tc>
          <w:tcPr>
            <w:tcW w:w="330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F1CE72" w14:textId="64DA9BA5" w:rsidR="00092314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55771658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なし　</w:t>
            </w:r>
          </w:p>
          <w:p w14:paraId="0FF8A7B9" w14:textId="57EDB5AC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-1966812405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あり（必要手続を行う）</w:t>
            </w:r>
          </w:p>
        </w:tc>
      </w:tr>
    </w:tbl>
    <w:p w14:paraId="307579F6" w14:textId="77777777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  <w:lang w:eastAsia="ja-JP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  <w:lang w:eastAsia="ja-JP"/>
        </w:rPr>
        <w:t>■ キッチンカー出展者（該当者のみ）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3032"/>
        <w:gridCol w:w="1914"/>
        <w:gridCol w:w="3150"/>
      </w:tblGrid>
      <w:tr w:rsidR="00022C1E" w:rsidRPr="00DA16F6" w14:paraId="4DA0D702" w14:textId="77777777" w:rsidTr="00526AB1">
        <w:trPr>
          <w:trHeight w:val="486"/>
          <w:jc w:val="center"/>
        </w:trPr>
        <w:tc>
          <w:tcPr>
            <w:tcW w:w="2154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5D4A3E4" w14:textId="77777777" w:rsidR="00022C1E" w:rsidRPr="00DA16F6" w:rsidRDefault="001C6012" w:rsidP="00126D9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車両番号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A02D47" w14:textId="77777777" w:rsidR="00022C1E" w:rsidRPr="00DA16F6" w:rsidRDefault="00022C1E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96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F5F9A0" w14:textId="77777777" w:rsidR="00022C1E" w:rsidRPr="00DA16F6" w:rsidRDefault="001C6012" w:rsidP="00126D9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車両サイズ</w:t>
            </w:r>
          </w:p>
        </w:tc>
        <w:tc>
          <w:tcPr>
            <w:tcW w:w="323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C95EE5" w14:textId="77777777" w:rsidR="00126D96" w:rsidRPr="00DA16F6" w:rsidRDefault="001C6012">
            <w:pPr>
              <w:rPr>
                <w:rFonts w:ascii="ＭＳ Ｐゴシック" w:eastAsia="ＭＳ Ｐゴシック" w:hAnsi="ＭＳ Ｐゴシック"/>
                <w:sz w:val="22"/>
                <w:lang w:eastAsia="zh-TW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zh-TW"/>
              </w:rPr>
              <w:t>全長　　 cm × 全幅　　 cm ×</w:t>
            </w:r>
          </w:p>
          <w:p w14:paraId="37763A21" w14:textId="604A6DA7" w:rsidR="00022C1E" w:rsidRPr="00DA16F6" w:rsidRDefault="001C6012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</w:rPr>
              <w:t>全高　　 cm</w:t>
            </w:r>
          </w:p>
        </w:tc>
      </w:tr>
      <w:tr w:rsidR="00022C1E" w:rsidRPr="00DA16F6" w14:paraId="3BF219A8" w14:textId="77777777" w:rsidTr="00126D96">
        <w:trPr>
          <w:jc w:val="center"/>
        </w:trPr>
        <w:tc>
          <w:tcPr>
            <w:tcW w:w="2154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654B75" w14:textId="39D89777" w:rsidR="00022C1E" w:rsidRPr="00DA16F6" w:rsidRDefault="001C6012" w:rsidP="00126D9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営業許可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0C9846" w14:textId="28312805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417337631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</w:rPr>
              <w:t xml:space="preserve">取得済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520156776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</w:rPr>
              <w:t>申請中</w:t>
            </w:r>
          </w:p>
        </w:tc>
        <w:tc>
          <w:tcPr>
            <w:tcW w:w="196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D21084" w14:textId="77777777" w:rsidR="007E2704" w:rsidRPr="00DA16F6" w:rsidRDefault="001C6012" w:rsidP="00126D96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  <w:lang w:eastAsia="ja-JP"/>
              </w:rPr>
              <w:t>発電機</w:t>
            </w:r>
          </w:p>
          <w:p w14:paraId="213AAE4B" w14:textId="6610DA88" w:rsidR="00022C1E" w:rsidRPr="00DA16F6" w:rsidRDefault="007E2704" w:rsidP="00126D96">
            <w:pPr>
              <w:jc w:val="center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（事務局にて準備</w:t>
            </w:r>
            <w:r w:rsidR="00553DA3"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）</w:t>
            </w:r>
          </w:p>
        </w:tc>
        <w:tc>
          <w:tcPr>
            <w:tcW w:w="323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33D2645" w14:textId="464AC909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45121627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 xml:space="preserve">使用する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ja-JP"/>
                </w:rPr>
                <w:id w:val="20337618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ja-JP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ja-JP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使用しない</w:t>
            </w:r>
          </w:p>
        </w:tc>
      </w:tr>
      <w:tr w:rsidR="00022C1E" w:rsidRPr="00DA16F6" w14:paraId="33E29F63" w14:textId="77777777" w:rsidTr="00126D96">
        <w:trPr>
          <w:jc w:val="center"/>
        </w:trPr>
        <w:tc>
          <w:tcPr>
            <w:tcW w:w="2154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CF0DC8" w14:textId="16041379" w:rsidR="00022C1E" w:rsidRPr="00DA16F6" w:rsidRDefault="001A2179" w:rsidP="00126D9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 w:hint="eastAsia"/>
                <w:b/>
                <w:sz w:val="22"/>
                <w:lang w:eastAsia="ja-JP"/>
              </w:rPr>
              <w:t>PL保険証</w:t>
            </w: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等</w:t>
            </w:r>
          </w:p>
        </w:tc>
        <w:tc>
          <w:tcPr>
            <w:tcW w:w="311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50A400" w14:textId="15CCA808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113614510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</w:rPr>
              <w:t>添付</w:t>
            </w:r>
          </w:p>
        </w:tc>
        <w:tc>
          <w:tcPr>
            <w:tcW w:w="1961" w:type="dxa"/>
            <w:shd w:val="clear" w:color="auto" w:fill="E7E6E6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3B04E85" w14:textId="77777777" w:rsidR="00022C1E" w:rsidRPr="00DA16F6" w:rsidRDefault="001C6012" w:rsidP="00126D96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営業許可証</w:t>
            </w:r>
          </w:p>
        </w:tc>
        <w:tc>
          <w:tcPr>
            <w:tcW w:w="323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C118D6" w14:textId="5CD940E5" w:rsidR="00022C1E" w:rsidRPr="00DA16F6" w:rsidRDefault="00000000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61952855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</w:rPr>
              <w:t xml:space="preserve">添付　</w:t>
            </w: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73685868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6D2582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  <w:r w:rsidR="00126D96" w:rsidRPr="00DA16F6">
              <w:rPr>
                <w:rFonts w:ascii="ＭＳ Ｐゴシック" w:eastAsia="ＭＳ Ｐゴシック" w:hAnsi="ＭＳ Ｐゴシック"/>
                <w:sz w:val="22"/>
              </w:rPr>
              <w:t>後日提出</w:t>
            </w:r>
          </w:p>
        </w:tc>
      </w:tr>
    </w:tbl>
    <w:p w14:paraId="1809640C" w14:textId="4EA11CAB" w:rsidR="00022C1E" w:rsidRPr="00DA16F6" w:rsidRDefault="001C6012">
      <w:pPr>
        <w:spacing w:before="60" w:after="20"/>
        <w:rPr>
          <w:rFonts w:ascii="ＭＳ Ｐゴシック" w:eastAsia="ＭＳ Ｐゴシック" w:hAnsi="ＭＳ Ｐゴシック"/>
          <w:sz w:val="24"/>
          <w:szCs w:val="24"/>
        </w:rPr>
      </w:pPr>
      <w:r w:rsidRPr="00DA16F6">
        <w:rPr>
          <w:rFonts w:ascii="ＭＳ Ｐゴシック" w:eastAsia="ＭＳ Ｐゴシック" w:hAnsi="ＭＳ Ｐゴシック"/>
          <w:b/>
          <w:sz w:val="24"/>
          <w:szCs w:val="24"/>
        </w:rPr>
        <w:t>■ 添付書類チェック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869"/>
        <w:gridCol w:w="4168"/>
        <w:gridCol w:w="4859"/>
      </w:tblGrid>
      <w:tr w:rsidR="00022C1E" w:rsidRPr="00DA16F6" w14:paraId="04362F31" w14:textId="77777777" w:rsidTr="00092314">
        <w:trPr>
          <w:jc w:val="center"/>
        </w:trPr>
        <w:tc>
          <w:tcPr>
            <w:tcW w:w="869" w:type="dxa"/>
            <w:shd w:val="clear" w:color="auto" w:fill="D9E2F3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4FD3FC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確認</w:t>
            </w:r>
          </w:p>
        </w:tc>
        <w:tc>
          <w:tcPr>
            <w:tcW w:w="4168" w:type="dxa"/>
            <w:shd w:val="clear" w:color="auto" w:fill="D9E2F3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844A29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添付書類</w:t>
            </w:r>
          </w:p>
        </w:tc>
        <w:tc>
          <w:tcPr>
            <w:tcW w:w="4859" w:type="dxa"/>
            <w:shd w:val="clear" w:color="auto" w:fill="D9E2F3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E1DB1AD" w14:textId="77777777" w:rsidR="00022C1E" w:rsidRPr="00DA16F6" w:rsidRDefault="001C6012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b/>
                <w:sz w:val="22"/>
              </w:rPr>
              <w:t>対象</w:t>
            </w:r>
          </w:p>
        </w:tc>
      </w:tr>
      <w:tr w:rsidR="00022C1E" w:rsidRPr="00DA16F6" w14:paraId="1CE33109" w14:textId="77777777" w:rsidTr="00092314">
        <w:trPr>
          <w:jc w:val="center"/>
        </w:trPr>
        <w:tc>
          <w:tcPr>
            <w:tcW w:w="8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BD14B0" w14:textId="4AAFA4F0" w:rsidR="00022C1E" w:rsidRPr="00DA16F6" w:rsidRDefault="00000000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1676722877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416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CF6C05" w14:textId="20FD35C2" w:rsidR="00022C1E" w:rsidRPr="00DA16F6" w:rsidRDefault="001C6012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営業許可証等（写し）</w:t>
            </w:r>
          </w:p>
        </w:tc>
        <w:tc>
          <w:tcPr>
            <w:tcW w:w="485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621313" w14:textId="77777777" w:rsidR="00022C1E" w:rsidRDefault="001C6012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食品の調理・加工等を行う出展者</w:t>
            </w:r>
          </w:p>
          <w:p w14:paraId="356FCB9E" w14:textId="02AE94FF" w:rsidR="00C55B8E" w:rsidRPr="00DA16F6" w:rsidRDefault="00C55B8E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</w:rPr>
              <w:t>キッチンカー出展者</w:t>
            </w:r>
          </w:p>
        </w:tc>
      </w:tr>
      <w:tr w:rsidR="00022C1E" w:rsidRPr="00DA16F6" w14:paraId="71751C25" w14:textId="77777777" w:rsidTr="00092314">
        <w:trPr>
          <w:jc w:val="center"/>
        </w:trPr>
        <w:tc>
          <w:tcPr>
            <w:tcW w:w="8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DCE86E" w14:textId="74389870" w:rsidR="00022C1E" w:rsidRPr="00DA16F6" w:rsidRDefault="00000000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913236469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416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CDACB5" w14:textId="77777777" w:rsidR="00022C1E" w:rsidRPr="00DA16F6" w:rsidRDefault="001C6012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ブース内平面図（レイアウト図）</w:t>
            </w:r>
          </w:p>
        </w:tc>
        <w:tc>
          <w:tcPr>
            <w:tcW w:w="485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0679969" w14:textId="77777777" w:rsidR="00022C1E" w:rsidRPr="00DA16F6" w:rsidRDefault="001C6012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飲食出店エリアの出展者</w:t>
            </w:r>
          </w:p>
        </w:tc>
      </w:tr>
      <w:tr w:rsidR="00022C1E" w:rsidRPr="004752BD" w14:paraId="42C1B0F0" w14:textId="77777777" w:rsidTr="00092314">
        <w:trPr>
          <w:jc w:val="center"/>
        </w:trPr>
        <w:tc>
          <w:tcPr>
            <w:tcW w:w="86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69610D4" w14:textId="08CFAC22" w:rsidR="00022C1E" w:rsidRPr="00DA16F6" w:rsidRDefault="00000000" w:rsidP="0009231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4"/>
                  <w:lang w:eastAsia="zh-CN"/>
                </w:rPr>
                <w:id w:val="-783499818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 w:rsidR="00126D96" w:rsidRPr="00DA16F6">
                  <w:rPr>
                    <w:rFonts w:ascii="ＭＳ ゴシック" w:eastAsia="ＭＳ ゴシック" w:hAnsi="ＭＳ ゴシック" w:hint="eastAsia"/>
                    <w:sz w:val="24"/>
                    <w:szCs w:val="24"/>
                    <w:lang w:eastAsia="zh-CN"/>
                  </w:rPr>
                  <w:t>☐</w:t>
                </w:r>
              </w:sdtContent>
            </w:sdt>
            <w:r w:rsidR="00126D96" w:rsidRPr="00DA16F6">
              <w:rPr>
                <w:rFonts w:ascii="ＭＳ Ｐゴシック" w:eastAsia="ＭＳ Ｐゴシック" w:hAnsi="ＭＳ Ｐゴシック" w:hint="eastAsia"/>
                <w:sz w:val="21"/>
                <w:szCs w:val="21"/>
                <w:lang w:eastAsia="zh-CN"/>
              </w:rPr>
              <w:t xml:space="preserve">　</w:t>
            </w:r>
          </w:p>
        </w:tc>
        <w:tc>
          <w:tcPr>
            <w:tcW w:w="4168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105C45" w14:textId="3730D089" w:rsidR="00022C1E" w:rsidRPr="00DA16F6" w:rsidRDefault="00BB4F39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  <w:lang w:eastAsia="ja-JP"/>
              </w:rPr>
            </w:pPr>
            <w:r w:rsidRPr="00DA16F6">
              <w:rPr>
                <w:rFonts w:ascii="ＭＳ Ｐゴシック" w:eastAsia="ＭＳ Ｐゴシック" w:hAnsi="ＭＳ Ｐゴシック" w:hint="eastAsia"/>
                <w:sz w:val="22"/>
                <w:lang w:eastAsia="ja-JP"/>
              </w:rPr>
              <w:t>PL保険証</w:t>
            </w:r>
            <w:r w:rsidRPr="00DA16F6">
              <w:rPr>
                <w:rFonts w:ascii="ＭＳ Ｐゴシック" w:eastAsia="ＭＳ Ｐゴシック" w:hAnsi="ＭＳ Ｐゴシック"/>
                <w:sz w:val="22"/>
                <w:lang w:eastAsia="ja-JP"/>
              </w:rPr>
              <w:t>等（写し）</w:t>
            </w:r>
          </w:p>
        </w:tc>
        <w:tc>
          <w:tcPr>
            <w:tcW w:w="485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B0B94E" w14:textId="77777777" w:rsidR="00022C1E" w:rsidRPr="004752BD" w:rsidRDefault="001C6012" w:rsidP="00092314">
            <w:pPr>
              <w:ind w:firstLineChars="100" w:firstLine="220"/>
              <w:rPr>
                <w:rFonts w:ascii="ＭＳ Ｐゴシック" w:eastAsia="ＭＳ Ｐゴシック" w:hAnsi="ＭＳ Ｐゴシック"/>
                <w:sz w:val="22"/>
              </w:rPr>
            </w:pPr>
            <w:r w:rsidRPr="00DA16F6">
              <w:rPr>
                <w:rFonts w:ascii="ＭＳ Ｐゴシック" w:eastAsia="ＭＳ Ｐゴシック" w:hAnsi="ＭＳ Ｐゴシック"/>
                <w:sz w:val="22"/>
              </w:rPr>
              <w:t>キッチンカー出展者</w:t>
            </w:r>
          </w:p>
        </w:tc>
      </w:tr>
    </w:tbl>
    <w:p w14:paraId="74662E6F" w14:textId="77777777" w:rsidR="00C55B8E" w:rsidRDefault="00C55B8E">
      <w:pPr>
        <w:spacing w:after="20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</w:p>
    <w:p w14:paraId="68520CC7" w14:textId="77777777" w:rsidR="00756AFC" w:rsidRDefault="00756AFC">
      <w:pPr>
        <w:spacing w:after="20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</w:p>
    <w:p w14:paraId="405BBB43" w14:textId="77777777" w:rsidR="00756AFC" w:rsidRDefault="00756AFC">
      <w:pPr>
        <w:spacing w:after="20"/>
        <w:jc w:val="center"/>
        <w:rPr>
          <w:rFonts w:ascii="ＭＳ Ｐゴシック" w:eastAsia="ＭＳ Ｐゴシック" w:hAnsi="ＭＳ Ｐゴシック"/>
          <w:b/>
          <w:sz w:val="28"/>
          <w:szCs w:val="28"/>
          <w:lang w:eastAsia="ja-JP"/>
        </w:rPr>
      </w:pPr>
    </w:p>
    <w:sectPr w:rsidR="00756AFC" w:rsidSect="00756AFC">
      <w:footerReference w:type="default" r:id="rId8"/>
      <w:pgSz w:w="11906" w:h="16838" w:code="9"/>
      <w:pgMar w:top="737" w:right="851" w:bottom="73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8A11E" w14:textId="77777777" w:rsidR="00847B6D" w:rsidRDefault="00847B6D">
      <w:pPr>
        <w:spacing w:after="0" w:line="240" w:lineRule="auto"/>
      </w:pPr>
      <w:r>
        <w:separator/>
      </w:r>
    </w:p>
  </w:endnote>
  <w:endnote w:type="continuationSeparator" w:id="0">
    <w:p w14:paraId="5EE35583" w14:textId="77777777" w:rsidR="00847B6D" w:rsidRDefault="0084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erif CJK JP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F0AF24" w14:textId="77777777" w:rsidR="00022C1E" w:rsidRDefault="001C6012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4752B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AB4CAE" w14:textId="77777777" w:rsidR="00847B6D" w:rsidRDefault="00847B6D">
      <w:pPr>
        <w:spacing w:after="0" w:line="240" w:lineRule="auto"/>
      </w:pPr>
      <w:r>
        <w:separator/>
      </w:r>
    </w:p>
  </w:footnote>
  <w:footnote w:type="continuationSeparator" w:id="0">
    <w:p w14:paraId="56A7AA9D" w14:textId="77777777" w:rsidR="00847B6D" w:rsidRDefault="00847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915229">
    <w:abstractNumId w:val="8"/>
  </w:num>
  <w:num w:numId="2" w16cid:durableId="1942491168">
    <w:abstractNumId w:val="6"/>
  </w:num>
  <w:num w:numId="3" w16cid:durableId="601690147">
    <w:abstractNumId w:val="5"/>
  </w:num>
  <w:num w:numId="4" w16cid:durableId="1831484736">
    <w:abstractNumId w:val="4"/>
  </w:num>
  <w:num w:numId="5" w16cid:durableId="1148324311">
    <w:abstractNumId w:val="7"/>
  </w:num>
  <w:num w:numId="6" w16cid:durableId="1281378802">
    <w:abstractNumId w:val="3"/>
  </w:num>
  <w:num w:numId="7" w16cid:durableId="1240939982">
    <w:abstractNumId w:val="2"/>
  </w:num>
  <w:num w:numId="8" w16cid:durableId="1352800273">
    <w:abstractNumId w:val="1"/>
  </w:num>
  <w:num w:numId="9" w16cid:durableId="199178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C1E"/>
    <w:rsid w:val="00034616"/>
    <w:rsid w:val="0006063C"/>
    <w:rsid w:val="00086255"/>
    <w:rsid w:val="00092314"/>
    <w:rsid w:val="00112569"/>
    <w:rsid w:val="00126D96"/>
    <w:rsid w:val="0015074B"/>
    <w:rsid w:val="001533AA"/>
    <w:rsid w:val="001A2179"/>
    <w:rsid w:val="001C6012"/>
    <w:rsid w:val="0023190C"/>
    <w:rsid w:val="0029639D"/>
    <w:rsid w:val="00326F90"/>
    <w:rsid w:val="00365F0E"/>
    <w:rsid w:val="003675A9"/>
    <w:rsid w:val="004677FC"/>
    <w:rsid w:val="004752BD"/>
    <w:rsid w:val="004F620D"/>
    <w:rsid w:val="00526AB1"/>
    <w:rsid w:val="00553DA3"/>
    <w:rsid w:val="00582FCD"/>
    <w:rsid w:val="005B505B"/>
    <w:rsid w:val="00684976"/>
    <w:rsid w:val="006B2351"/>
    <w:rsid w:val="006D2582"/>
    <w:rsid w:val="00756AFC"/>
    <w:rsid w:val="007D6853"/>
    <w:rsid w:val="007E05B0"/>
    <w:rsid w:val="007E2704"/>
    <w:rsid w:val="00847B6D"/>
    <w:rsid w:val="0090150D"/>
    <w:rsid w:val="0092734D"/>
    <w:rsid w:val="00961DA8"/>
    <w:rsid w:val="009F3BA2"/>
    <w:rsid w:val="00A301E6"/>
    <w:rsid w:val="00A36C01"/>
    <w:rsid w:val="00AA1D8D"/>
    <w:rsid w:val="00B47730"/>
    <w:rsid w:val="00B54234"/>
    <w:rsid w:val="00BA3232"/>
    <w:rsid w:val="00BB4F39"/>
    <w:rsid w:val="00C55B8E"/>
    <w:rsid w:val="00C569B2"/>
    <w:rsid w:val="00CA658C"/>
    <w:rsid w:val="00CB0664"/>
    <w:rsid w:val="00CB3E98"/>
    <w:rsid w:val="00D50254"/>
    <w:rsid w:val="00DA16F6"/>
    <w:rsid w:val="00DD166B"/>
    <w:rsid w:val="00E37F73"/>
    <w:rsid w:val="00F44412"/>
    <w:rsid w:val="00FB7885"/>
    <w:rsid w:val="00FC693F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939FB"/>
  <w14:defaultImageDpi w14:val="330"/>
  <w15:docId w15:val="{1624DEEA-234A-4D69-AEE4-D943E3C3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erif CJK JP" w:eastAsia="Noto Serif CJK JP" w:hAnsi="Noto Serif CJK JP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仲宗根 佐弥加</cp:lastModifiedBy>
  <cp:revision>13</cp:revision>
  <cp:lastPrinted>2026-09-09T23:28:00Z</cp:lastPrinted>
  <dcterms:created xsi:type="dcterms:W3CDTF">2026-09-09T00:27:00Z</dcterms:created>
  <dcterms:modified xsi:type="dcterms:W3CDTF">2026-09-10T00:23:00Z</dcterms:modified>
  <cp:category/>
</cp:coreProperties>
</file>