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CC498F4" w14:textId="2EC11552" w:rsidR="00022C1E" w:rsidRPr="00092314" w:rsidRDefault="001C6012">
      <w:pPr>
        <w:spacing w:after="20"/>
        <w:jc w:val="center"/>
        <w:rPr>
          <w:rFonts w:ascii="ＭＳ Ｐゴシック" w:eastAsia="ＭＳ Ｐゴシック" w:hAnsi="ＭＳ Ｐゴシック"/>
          <w:b/>
          <w:sz w:val="28"/>
          <w:szCs w:val="28"/>
          <w:lang w:eastAsia="ja-JP"/>
        </w:rPr>
      </w:pPr>
      <w:r w:rsidRPr="00092314">
        <w:rPr>
          <w:rFonts w:ascii="ＭＳ Ｐゴシック" w:eastAsia="ＭＳ Ｐゴシック" w:hAnsi="ＭＳ Ｐゴシック"/>
          <w:b/>
          <w:sz w:val="28"/>
          <w:szCs w:val="28"/>
          <w:lang w:eastAsia="ja-JP"/>
        </w:rPr>
        <w:t>誓　約　書</w:t>
      </w:r>
    </w:p>
    <w:p w14:paraId="4B22ACA4" w14:textId="77777777" w:rsidR="004752BD" w:rsidRPr="004752BD" w:rsidRDefault="004752BD">
      <w:pPr>
        <w:spacing w:after="20"/>
        <w:jc w:val="center"/>
        <w:rPr>
          <w:rFonts w:ascii="ＭＳ Ｐゴシック" w:eastAsia="ＭＳ Ｐゴシック" w:hAnsi="ＭＳ Ｐゴシック"/>
          <w:sz w:val="28"/>
          <w:szCs w:val="28"/>
          <w:lang w:eastAsia="ja-JP"/>
        </w:rPr>
      </w:pPr>
    </w:p>
    <w:p w14:paraId="5D2CA57A" w14:textId="77777777" w:rsidR="00022C1E" w:rsidRDefault="001C6012">
      <w:pPr>
        <w:spacing w:after="60" w:line="252" w:lineRule="auto"/>
        <w:rPr>
          <w:rFonts w:ascii="ＭＳ Ｐゴシック" w:eastAsia="ＭＳ Ｐゴシック" w:hAnsi="ＭＳ Ｐゴシック"/>
          <w:sz w:val="22"/>
          <w:lang w:eastAsia="ja-JP"/>
        </w:rPr>
      </w:pPr>
      <w:r w:rsidRPr="004752BD">
        <w:rPr>
          <w:rFonts w:ascii="ＭＳ Ｐゴシック" w:eastAsia="ＭＳ Ｐゴシック" w:hAnsi="ＭＳ Ｐゴシック"/>
          <w:sz w:val="22"/>
          <w:lang w:eastAsia="ja-JP"/>
        </w:rPr>
        <w:t>私は、「令和8年度 第37回宜野湾市産業まつり」に出展するにあたり、出展要領及び主催者の指示を遵守し、次の事項を誓約します。</w:t>
      </w:r>
    </w:p>
    <w:p w14:paraId="5DE8CCF8" w14:textId="77777777" w:rsidR="00092314" w:rsidRPr="004752BD" w:rsidRDefault="00092314">
      <w:pPr>
        <w:spacing w:after="60" w:line="252" w:lineRule="auto"/>
        <w:rPr>
          <w:rFonts w:ascii="ＭＳ Ｐゴシック" w:eastAsia="ＭＳ Ｐゴシック" w:hAnsi="ＭＳ Ｐゴシック"/>
          <w:sz w:val="22"/>
          <w:lang w:eastAsia="ja-JP"/>
        </w:rPr>
      </w:pPr>
    </w:p>
    <w:p w14:paraId="14D5152F" w14:textId="77777777" w:rsidR="00022C1E" w:rsidRPr="004752BD" w:rsidRDefault="001C6012">
      <w:pPr>
        <w:spacing w:after="24" w:line="240" w:lineRule="auto"/>
        <w:ind w:left="227" w:hanging="227"/>
        <w:rPr>
          <w:rFonts w:ascii="ＭＳ Ｐゴシック" w:eastAsia="ＭＳ Ｐゴシック" w:hAnsi="ＭＳ Ｐゴシック"/>
          <w:sz w:val="22"/>
          <w:lang w:eastAsia="ja-JP"/>
        </w:rPr>
      </w:pPr>
      <w:r w:rsidRPr="004752BD">
        <w:rPr>
          <w:rFonts w:ascii="ＭＳ Ｐゴシック" w:eastAsia="ＭＳ Ｐゴシック" w:hAnsi="ＭＳ Ｐゴシック"/>
          <w:sz w:val="22"/>
          <w:lang w:eastAsia="ja-JP"/>
        </w:rPr>
        <w:t>1. 反社会的勢力（暴力団、暴力団員、暴力団関係企業その他これらに準ずる者）に該当せず、また、反社会的勢力との関係を有していません。</w:t>
      </w:r>
    </w:p>
    <w:p w14:paraId="4D9A7A13" w14:textId="77777777" w:rsidR="00022C1E" w:rsidRPr="004752BD" w:rsidRDefault="001C6012">
      <w:pPr>
        <w:spacing w:after="24" w:line="240" w:lineRule="auto"/>
        <w:ind w:left="227" w:hanging="227"/>
        <w:rPr>
          <w:rFonts w:ascii="ＭＳ Ｐゴシック" w:eastAsia="ＭＳ Ｐゴシック" w:hAnsi="ＭＳ Ｐゴシック"/>
          <w:sz w:val="22"/>
          <w:lang w:eastAsia="ja-JP"/>
        </w:rPr>
      </w:pPr>
      <w:r w:rsidRPr="004752BD">
        <w:rPr>
          <w:rFonts w:ascii="ＭＳ Ｐゴシック" w:eastAsia="ＭＳ Ｐゴシック" w:hAnsi="ＭＳ Ｐゴシック"/>
          <w:sz w:val="22"/>
          <w:lang w:eastAsia="ja-JP"/>
        </w:rPr>
        <w:t>2. 出展に従事する者に反社会的勢力又はその関係者を使用せず、反社会的勢力に対して名目を問わず金品等を提供しません。</w:t>
      </w:r>
    </w:p>
    <w:p w14:paraId="3A4A081D" w14:textId="77777777" w:rsidR="00022C1E" w:rsidRPr="004752BD" w:rsidRDefault="001C6012">
      <w:pPr>
        <w:spacing w:after="24" w:line="240" w:lineRule="auto"/>
        <w:ind w:left="227" w:hanging="227"/>
        <w:rPr>
          <w:rFonts w:ascii="ＭＳ Ｐゴシック" w:eastAsia="ＭＳ Ｐゴシック" w:hAnsi="ＭＳ Ｐゴシック"/>
          <w:sz w:val="22"/>
          <w:lang w:eastAsia="ja-JP"/>
        </w:rPr>
      </w:pPr>
      <w:r w:rsidRPr="004752BD">
        <w:rPr>
          <w:rFonts w:ascii="ＭＳ Ｐゴシック" w:eastAsia="ＭＳ Ｐゴシック" w:hAnsi="ＭＳ Ｐゴシック"/>
          <w:sz w:val="22"/>
          <w:lang w:eastAsia="ja-JP"/>
        </w:rPr>
        <w:t>3. 名義貸し、虚偽の申請その他不正な方法による出展を行いません。</w:t>
      </w:r>
    </w:p>
    <w:p w14:paraId="452618E0" w14:textId="77777777" w:rsidR="00022C1E" w:rsidRPr="004752BD" w:rsidRDefault="001C6012">
      <w:pPr>
        <w:spacing w:after="24" w:line="240" w:lineRule="auto"/>
        <w:ind w:left="227" w:hanging="227"/>
        <w:rPr>
          <w:rFonts w:ascii="ＭＳ Ｐゴシック" w:eastAsia="ＭＳ Ｐゴシック" w:hAnsi="ＭＳ Ｐゴシック"/>
          <w:sz w:val="22"/>
          <w:lang w:eastAsia="ja-JP"/>
        </w:rPr>
      </w:pPr>
      <w:r w:rsidRPr="004752BD">
        <w:rPr>
          <w:rFonts w:ascii="ＭＳ Ｐゴシック" w:eastAsia="ＭＳ Ｐゴシック" w:hAnsi="ＭＳ Ｐゴシック"/>
          <w:sz w:val="22"/>
          <w:lang w:eastAsia="ja-JP"/>
        </w:rPr>
        <w:t>4. 出展に必要な営業許可、届出その他関係法令上の手続きを適切に行い、許可された範囲内で販売・調理・展示等を行います。</w:t>
      </w:r>
    </w:p>
    <w:p w14:paraId="61952922" w14:textId="77777777" w:rsidR="00022C1E" w:rsidRPr="004752BD" w:rsidRDefault="001C6012">
      <w:pPr>
        <w:spacing w:after="24" w:line="240" w:lineRule="auto"/>
        <w:ind w:left="227" w:hanging="227"/>
        <w:rPr>
          <w:rFonts w:ascii="ＭＳ Ｐゴシック" w:eastAsia="ＭＳ Ｐゴシック" w:hAnsi="ＭＳ Ｐゴシック"/>
          <w:sz w:val="22"/>
          <w:lang w:eastAsia="ja-JP"/>
        </w:rPr>
      </w:pPr>
      <w:r w:rsidRPr="004752BD">
        <w:rPr>
          <w:rFonts w:ascii="ＭＳ Ｐゴシック" w:eastAsia="ＭＳ Ｐゴシック" w:hAnsi="ＭＳ Ｐゴシック"/>
          <w:sz w:val="22"/>
          <w:lang w:eastAsia="ja-JP"/>
        </w:rPr>
        <w:t>5. 申込書に記載した商品・サービス、使用機器及び設備等に基づき出展し、主催者の承認なく内容を大きく変更しません。</w:t>
      </w:r>
    </w:p>
    <w:p w14:paraId="3257DC70" w14:textId="77777777" w:rsidR="00022C1E" w:rsidRPr="004752BD" w:rsidRDefault="001C6012">
      <w:pPr>
        <w:spacing w:after="24" w:line="240" w:lineRule="auto"/>
        <w:ind w:left="227" w:hanging="227"/>
        <w:rPr>
          <w:rFonts w:ascii="ＭＳ Ｐゴシック" w:eastAsia="ＭＳ Ｐゴシック" w:hAnsi="ＭＳ Ｐゴシック"/>
          <w:sz w:val="22"/>
          <w:lang w:eastAsia="ja-JP"/>
        </w:rPr>
      </w:pPr>
      <w:r w:rsidRPr="004752BD">
        <w:rPr>
          <w:rFonts w:ascii="ＭＳ Ｐゴシック" w:eastAsia="ＭＳ Ｐゴシック" w:hAnsi="ＭＳ Ｐゴシック"/>
          <w:sz w:val="22"/>
          <w:lang w:eastAsia="ja-JP"/>
        </w:rPr>
        <w:t>6. 防災、防火、食品衛生、電気設備、油脂類の管理、ゴミ・生ゴミ・廃油の処理その他安全・衛生管理について、出展要領及び主催者の指示に従います。</w:t>
      </w:r>
    </w:p>
    <w:p w14:paraId="6FB07B6B" w14:textId="77777777" w:rsidR="00022C1E" w:rsidRPr="004752BD" w:rsidRDefault="001C6012">
      <w:pPr>
        <w:spacing w:after="24" w:line="240" w:lineRule="auto"/>
        <w:ind w:left="227" w:hanging="227"/>
        <w:rPr>
          <w:rFonts w:ascii="ＭＳ Ｐゴシック" w:eastAsia="ＭＳ Ｐゴシック" w:hAnsi="ＭＳ Ｐゴシック"/>
          <w:sz w:val="22"/>
          <w:lang w:eastAsia="ja-JP"/>
        </w:rPr>
      </w:pPr>
      <w:r w:rsidRPr="004752BD">
        <w:rPr>
          <w:rFonts w:ascii="ＭＳ Ｐゴシック" w:eastAsia="ＭＳ Ｐゴシック" w:hAnsi="ＭＳ Ｐゴシック"/>
          <w:sz w:val="22"/>
          <w:lang w:eastAsia="ja-JP"/>
        </w:rPr>
        <w:t>7. 会場施設、設備、備品等を適切に使用し、出展により損害を与えた場合は、主催者との協議の上、必要な責任を負います。</w:t>
      </w:r>
    </w:p>
    <w:p w14:paraId="607BA3B1" w14:textId="77777777" w:rsidR="00022C1E" w:rsidRPr="004752BD" w:rsidRDefault="001C6012">
      <w:pPr>
        <w:spacing w:after="24" w:line="240" w:lineRule="auto"/>
        <w:ind w:left="227" w:hanging="227"/>
        <w:rPr>
          <w:rFonts w:ascii="ＭＳ Ｐゴシック" w:eastAsia="ＭＳ Ｐゴシック" w:hAnsi="ＭＳ Ｐゴシック"/>
          <w:sz w:val="22"/>
          <w:lang w:eastAsia="ja-JP"/>
        </w:rPr>
      </w:pPr>
      <w:r w:rsidRPr="004752BD">
        <w:rPr>
          <w:rFonts w:ascii="ＭＳ Ｐゴシック" w:eastAsia="ＭＳ Ｐゴシック" w:hAnsi="ＭＳ Ｐゴシック"/>
          <w:sz w:val="22"/>
          <w:lang w:eastAsia="ja-JP"/>
        </w:rPr>
        <w:t>8. 出展位置については、出展内容、設備、安全面及び会場全体の配置等を考慮して実行委員会が決定することを了承し、主催者の指示に従います。</w:t>
      </w:r>
    </w:p>
    <w:p w14:paraId="0243A5D4" w14:textId="77777777" w:rsidR="00022C1E" w:rsidRPr="004752BD" w:rsidRDefault="001C6012">
      <w:pPr>
        <w:spacing w:after="24" w:line="240" w:lineRule="auto"/>
        <w:ind w:left="227" w:hanging="227"/>
        <w:rPr>
          <w:rFonts w:ascii="ＭＳ Ｐゴシック" w:eastAsia="ＭＳ Ｐゴシック" w:hAnsi="ＭＳ Ｐゴシック"/>
          <w:sz w:val="22"/>
          <w:lang w:eastAsia="ja-JP"/>
        </w:rPr>
      </w:pPr>
      <w:r w:rsidRPr="004752BD">
        <w:rPr>
          <w:rFonts w:ascii="ＭＳ Ｐゴシック" w:eastAsia="ＭＳ Ｐゴシック" w:hAnsi="ＭＳ Ｐゴシック"/>
          <w:sz w:val="22"/>
          <w:lang w:eastAsia="ja-JP"/>
        </w:rPr>
        <w:t>9. 来場者及び他の出展者に迷惑を及ぼす行為、粗暴な言動その他会場運営を妨げる行為を行いません。</w:t>
      </w:r>
    </w:p>
    <w:p w14:paraId="783D7866" w14:textId="77777777" w:rsidR="00022C1E" w:rsidRPr="004752BD" w:rsidRDefault="001C6012">
      <w:pPr>
        <w:spacing w:after="24" w:line="240" w:lineRule="auto"/>
        <w:ind w:left="227" w:hanging="227"/>
        <w:rPr>
          <w:rFonts w:ascii="ＭＳ Ｐゴシック" w:eastAsia="ＭＳ Ｐゴシック" w:hAnsi="ＭＳ Ｐゴシック"/>
          <w:sz w:val="22"/>
          <w:lang w:eastAsia="ja-JP"/>
        </w:rPr>
      </w:pPr>
      <w:r w:rsidRPr="004752BD">
        <w:rPr>
          <w:rFonts w:ascii="ＭＳ Ｐゴシック" w:eastAsia="ＭＳ Ｐゴシック" w:hAnsi="ＭＳ Ｐゴシック"/>
          <w:sz w:val="22"/>
          <w:lang w:eastAsia="ja-JP"/>
        </w:rPr>
        <w:t>10. 本誓約事項又は出展要領に違反した場合は、出展の不承認、出展承認の取消し、営業停止又は撤去等の措置を受けても異議を申し立てません。</w:t>
      </w:r>
    </w:p>
    <w:p w14:paraId="6940DEB6" w14:textId="77777777" w:rsidR="00022C1E" w:rsidRPr="004752BD" w:rsidRDefault="001C6012">
      <w:pPr>
        <w:spacing w:after="24" w:line="240" w:lineRule="auto"/>
        <w:ind w:left="227" w:hanging="227"/>
        <w:rPr>
          <w:rFonts w:ascii="ＭＳ Ｐゴシック" w:eastAsia="ＭＳ Ｐゴシック" w:hAnsi="ＭＳ Ｐゴシック"/>
          <w:sz w:val="22"/>
          <w:lang w:eastAsia="ja-JP"/>
        </w:rPr>
      </w:pPr>
      <w:r w:rsidRPr="004752BD">
        <w:rPr>
          <w:rFonts w:ascii="ＭＳ Ｐゴシック" w:eastAsia="ＭＳ Ｐゴシック" w:hAnsi="ＭＳ Ｐゴシック"/>
          <w:sz w:val="22"/>
          <w:lang w:eastAsia="ja-JP"/>
        </w:rPr>
        <w:t>11. 反社会的勢力の排除その他会場の安全確保のため必要な場合、出展申込書及び誓約書に記載した情報が、宜野湾市、宜野湾市産業まつり実行委員会及び関係機関に提供されることに同意します。</w:t>
      </w:r>
    </w:p>
    <w:p w14:paraId="78ACCE0C" w14:textId="77777777" w:rsidR="00022C1E" w:rsidRDefault="001C6012">
      <w:pPr>
        <w:spacing w:after="24" w:line="240" w:lineRule="auto"/>
        <w:ind w:left="227" w:hanging="227"/>
        <w:rPr>
          <w:rFonts w:ascii="ＭＳ Ｐゴシック" w:eastAsia="ＭＳ Ｐゴシック" w:hAnsi="ＭＳ Ｐゴシック"/>
          <w:sz w:val="22"/>
          <w:lang w:eastAsia="ja-JP"/>
        </w:rPr>
      </w:pPr>
      <w:r w:rsidRPr="004752BD">
        <w:rPr>
          <w:rFonts w:ascii="ＭＳ Ｐゴシック" w:eastAsia="ＭＳ Ｐゴシック" w:hAnsi="ＭＳ Ｐゴシック"/>
          <w:sz w:val="22"/>
          <w:lang w:eastAsia="ja-JP"/>
        </w:rPr>
        <w:t>12. 荒天、天災その他やむを得ない事情による開催中止・変更等については、出展要領に定める取扱い及び主催者の決定に従います。</w:t>
      </w:r>
    </w:p>
    <w:p w14:paraId="1528D615" w14:textId="77777777" w:rsidR="00092314" w:rsidRDefault="00092314">
      <w:pPr>
        <w:spacing w:after="24" w:line="240" w:lineRule="auto"/>
        <w:ind w:left="227" w:hanging="227"/>
        <w:rPr>
          <w:rFonts w:ascii="ＭＳ Ｐゴシック" w:eastAsia="ＭＳ Ｐゴシック" w:hAnsi="ＭＳ Ｐゴシック"/>
          <w:sz w:val="22"/>
          <w:lang w:eastAsia="ja-JP"/>
        </w:rPr>
      </w:pPr>
    </w:p>
    <w:p w14:paraId="61490637" w14:textId="15C8D6FC" w:rsidR="00092314" w:rsidRPr="00092314" w:rsidRDefault="00092314" w:rsidP="00092314">
      <w:pPr>
        <w:spacing w:before="80" w:after="0"/>
        <w:rPr>
          <w:rFonts w:ascii="ＭＳ Ｐゴシック" w:eastAsia="ＭＳ Ｐゴシック" w:hAnsi="ＭＳ Ｐゴシック"/>
          <w:sz w:val="22"/>
          <w:lang w:eastAsia="ja-JP"/>
        </w:rPr>
      </w:pPr>
      <w:r w:rsidRPr="004752BD">
        <w:rPr>
          <w:rFonts w:ascii="ＭＳ Ｐゴシック" w:eastAsia="ＭＳ Ｐゴシック" w:hAnsi="ＭＳ Ｐゴシック"/>
          <w:sz w:val="22"/>
          <w:lang w:eastAsia="ja-JP"/>
        </w:rPr>
        <w:t>宜野湾市産業まつり実行委員会　殿</w:t>
      </w:r>
    </w:p>
    <w:p w14:paraId="18698BB6" w14:textId="1409918E" w:rsidR="00022C1E" w:rsidRDefault="001C6012">
      <w:pPr>
        <w:spacing w:before="80" w:after="40"/>
        <w:jc w:val="right"/>
        <w:rPr>
          <w:rFonts w:ascii="ＭＳ Ｐゴシック" w:eastAsia="ＭＳ Ｐゴシック" w:hAnsi="ＭＳ Ｐゴシック"/>
          <w:sz w:val="22"/>
          <w:lang w:eastAsia="ja-JP"/>
        </w:rPr>
      </w:pPr>
      <w:r w:rsidRPr="004752BD">
        <w:rPr>
          <w:rFonts w:ascii="ＭＳ Ｐゴシック" w:eastAsia="ＭＳ Ｐゴシック" w:hAnsi="ＭＳ Ｐゴシック"/>
          <w:sz w:val="22"/>
        </w:rPr>
        <w:t xml:space="preserve">令和8年　　</w:t>
      </w:r>
      <w:r w:rsidR="00092314">
        <w:rPr>
          <w:rFonts w:ascii="ＭＳ Ｐゴシック" w:eastAsia="ＭＳ Ｐゴシック" w:hAnsi="ＭＳ Ｐゴシック" w:hint="eastAsia"/>
          <w:sz w:val="22"/>
          <w:lang w:eastAsia="ja-JP"/>
        </w:rPr>
        <w:t xml:space="preserve">　</w:t>
      </w:r>
      <w:r w:rsidRPr="004752BD">
        <w:rPr>
          <w:rFonts w:ascii="ＭＳ Ｐゴシック" w:eastAsia="ＭＳ Ｐゴシック" w:hAnsi="ＭＳ Ｐゴシック"/>
          <w:sz w:val="22"/>
        </w:rPr>
        <w:t xml:space="preserve">月　</w:t>
      </w:r>
      <w:r w:rsidR="00092314">
        <w:rPr>
          <w:rFonts w:ascii="ＭＳ Ｐゴシック" w:eastAsia="ＭＳ Ｐゴシック" w:hAnsi="ＭＳ Ｐゴシック" w:hint="eastAsia"/>
          <w:sz w:val="22"/>
          <w:lang w:eastAsia="ja-JP"/>
        </w:rPr>
        <w:t xml:space="preserve">　</w:t>
      </w:r>
      <w:r w:rsidRPr="004752BD">
        <w:rPr>
          <w:rFonts w:ascii="ＭＳ Ｐゴシック" w:eastAsia="ＭＳ Ｐゴシック" w:hAnsi="ＭＳ Ｐゴシック"/>
          <w:sz w:val="22"/>
        </w:rPr>
        <w:t xml:space="preserve">　日</w:t>
      </w:r>
    </w:p>
    <w:p w14:paraId="0BB21E3F" w14:textId="77777777" w:rsidR="006D2582" w:rsidRPr="006D2582" w:rsidRDefault="006D2582">
      <w:pPr>
        <w:spacing w:before="80" w:after="40"/>
        <w:jc w:val="right"/>
        <w:rPr>
          <w:rFonts w:ascii="ＭＳ Ｐゴシック" w:eastAsia="ＭＳ Ｐゴシック" w:hAnsi="ＭＳ Ｐゴシック"/>
          <w:sz w:val="22"/>
          <w:lang w:eastAsia="ja-JP"/>
        </w:rPr>
      </w:pPr>
    </w:p>
    <w:tbl>
      <w:tblPr>
        <w:tblStyle w:val="afe"/>
        <w:tblW w:w="0" w:type="auto"/>
        <w:jc w:val="center"/>
        <w:tblLook w:val="04A0" w:firstRow="1" w:lastRow="0" w:firstColumn="1" w:lastColumn="0" w:noHBand="0" w:noVBand="1"/>
      </w:tblPr>
      <w:tblGrid>
        <w:gridCol w:w="2638"/>
        <w:gridCol w:w="7556"/>
      </w:tblGrid>
      <w:tr w:rsidR="00022C1E" w:rsidRPr="004752BD" w14:paraId="028F2E5B" w14:textId="77777777" w:rsidTr="00092314">
        <w:trPr>
          <w:trHeight w:val="532"/>
          <w:jc w:val="center"/>
        </w:trPr>
        <w:tc>
          <w:tcPr>
            <w:tcW w:w="2721" w:type="dxa"/>
            <w:shd w:val="clear" w:color="auto" w:fill="E7E6E6"/>
            <w:tcMar>
              <w:top w:w="55" w:type="dxa"/>
              <w:left w:w="75" w:type="dxa"/>
              <w:bottom w:w="55" w:type="dxa"/>
              <w:right w:w="75" w:type="dxa"/>
            </w:tcMar>
            <w:vAlign w:val="center"/>
          </w:tcPr>
          <w:p w14:paraId="24218795" w14:textId="77777777" w:rsidR="00022C1E" w:rsidRPr="004752BD" w:rsidRDefault="001C6012">
            <w:pPr>
              <w:jc w:val="center"/>
              <w:rPr>
                <w:rFonts w:ascii="ＭＳ Ｐゴシック" w:eastAsia="ＭＳ Ｐゴシック" w:hAnsi="ＭＳ Ｐゴシック"/>
                <w:sz w:val="22"/>
              </w:rPr>
            </w:pPr>
            <w:proofErr w:type="spellStart"/>
            <w:r w:rsidRPr="004752BD">
              <w:rPr>
                <w:rFonts w:ascii="ＭＳ Ｐゴシック" w:eastAsia="ＭＳ Ｐゴシック" w:hAnsi="ＭＳ Ｐゴシック"/>
                <w:b/>
                <w:sz w:val="22"/>
              </w:rPr>
              <w:t>事業所・団体名</w:t>
            </w:r>
            <w:proofErr w:type="spellEnd"/>
          </w:p>
        </w:tc>
        <w:tc>
          <w:tcPr>
            <w:tcW w:w="7824" w:type="dxa"/>
            <w:tcMar>
              <w:top w:w="55" w:type="dxa"/>
              <w:left w:w="75" w:type="dxa"/>
              <w:bottom w:w="55" w:type="dxa"/>
              <w:right w:w="75" w:type="dxa"/>
            </w:tcMar>
            <w:vAlign w:val="center"/>
          </w:tcPr>
          <w:p w14:paraId="355B1707" w14:textId="77777777" w:rsidR="00022C1E" w:rsidRPr="004752BD" w:rsidRDefault="00022C1E">
            <w:pPr>
              <w:rPr>
                <w:rFonts w:ascii="ＭＳ Ｐゴシック" w:eastAsia="ＭＳ Ｐゴシック" w:hAnsi="ＭＳ Ｐゴシック"/>
                <w:sz w:val="22"/>
              </w:rPr>
            </w:pPr>
          </w:p>
        </w:tc>
      </w:tr>
      <w:tr w:rsidR="00022C1E" w:rsidRPr="004752BD" w14:paraId="041C9605" w14:textId="77777777" w:rsidTr="00092314">
        <w:trPr>
          <w:trHeight w:val="532"/>
          <w:jc w:val="center"/>
        </w:trPr>
        <w:tc>
          <w:tcPr>
            <w:tcW w:w="2721" w:type="dxa"/>
            <w:shd w:val="clear" w:color="auto" w:fill="E7E6E6"/>
            <w:tcMar>
              <w:top w:w="55" w:type="dxa"/>
              <w:left w:w="75" w:type="dxa"/>
              <w:bottom w:w="55" w:type="dxa"/>
              <w:right w:w="75" w:type="dxa"/>
            </w:tcMar>
            <w:vAlign w:val="center"/>
          </w:tcPr>
          <w:p w14:paraId="49F1FF1F" w14:textId="77777777" w:rsidR="00022C1E" w:rsidRPr="004752BD" w:rsidRDefault="001C6012">
            <w:pPr>
              <w:jc w:val="center"/>
              <w:rPr>
                <w:rFonts w:ascii="ＭＳ Ｐゴシック" w:eastAsia="ＭＳ Ｐゴシック" w:hAnsi="ＭＳ Ｐゴシック"/>
                <w:sz w:val="22"/>
              </w:rPr>
            </w:pPr>
            <w:proofErr w:type="spellStart"/>
            <w:r w:rsidRPr="004752BD">
              <w:rPr>
                <w:rFonts w:ascii="ＭＳ Ｐゴシック" w:eastAsia="ＭＳ Ｐゴシック" w:hAnsi="ＭＳ Ｐゴシック"/>
                <w:b/>
                <w:sz w:val="22"/>
              </w:rPr>
              <w:t>所在地</w:t>
            </w:r>
            <w:proofErr w:type="spellEnd"/>
          </w:p>
        </w:tc>
        <w:tc>
          <w:tcPr>
            <w:tcW w:w="7824" w:type="dxa"/>
            <w:tcMar>
              <w:top w:w="55" w:type="dxa"/>
              <w:left w:w="75" w:type="dxa"/>
              <w:bottom w:w="55" w:type="dxa"/>
              <w:right w:w="75" w:type="dxa"/>
            </w:tcMar>
            <w:vAlign w:val="center"/>
          </w:tcPr>
          <w:p w14:paraId="63D52C97" w14:textId="77777777" w:rsidR="00022C1E" w:rsidRPr="004752BD" w:rsidRDefault="00022C1E">
            <w:pPr>
              <w:rPr>
                <w:rFonts w:ascii="ＭＳ Ｐゴシック" w:eastAsia="ＭＳ Ｐゴシック" w:hAnsi="ＭＳ Ｐゴシック"/>
                <w:sz w:val="22"/>
              </w:rPr>
            </w:pPr>
          </w:p>
        </w:tc>
      </w:tr>
      <w:tr w:rsidR="00022C1E" w:rsidRPr="004752BD" w14:paraId="36C791D5" w14:textId="77777777" w:rsidTr="00092314">
        <w:trPr>
          <w:trHeight w:val="532"/>
          <w:jc w:val="center"/>
        </w:trPr>
        <w:tc>
          <w:tcPr>
            <w:tcW w:w="2721" w:type="dxa"/>
            <w:shd w:val="clear" w:color="auto" w:fill="E7E6E6"/>
            <w:tcMar>
              <w:top w:w="55" w:type="dxa"/>
              <w:left w:w="75" w:type="dxa"/>
              <w:bottom w:w="55" w:type="dxa"/>
              <w:right w:w="75" w:type="dxa"/>
            </w:tcMar>
            <w:vAlign w:val="center"/>
          </w:tcPr>
          <w:p w14:paraId="57B3E647" w14:textId="77777777" w:rsidR="00022C1E" w:rsidRPr="004752BD" w:rsidRDefault="001C6012">
            <w:pPr>
              <w:jc w:val="center"/>
              <w:rPr>
                <w:rFonts w:ascii="ＭＳ Ｐゴシック" w:eastAsia="ＭＳ Ｐゴシック" w:hAnsi="ＭＳ Ｐゴシック"/>
                <w:sz w:val="22"/>
              </w:rPr>
            </w:pPr>
            <w:proofErr w:type="spellStart"/>
            <w:r w:rsidRPr="004752BD">
              <w:rPr>
                <w:rFonts w:ascii="ＭＳ Ｐゴシック" w:eastAsia="ＭＳ Ｐゴシック" w:hAnsi="ＭＳ Ｐゴシック"/>
                <w:b/>
                <w:sz w:val="22"/>
              </w:rPr>
              <w:t>代表者氏名</w:t>
            </w:r>
            <w:proofErr w:type="spellEnd"/>
          </w:p>
        </w:tc>
        <w:tc>
          <w:tcPr>
            <w:tcW w:w="7824" w:type="dxa"/>
            <w:tcMar>
              <w:top w:w="55" w:type="dxa"/>
              <w:left w:w="75" w:type="dxa"/>
              <w:bottom w:w="55" w:type="dxa"/>
              <w:right w:w="75" w:type="dxa"/>
            </w:tcMar>
            <w:vAlign w:val="center"/>
          </w:tcPr>
          <w:p w14:paraId="2B960EEE" w14:textId="66BCE70B" w:rsidR="00022C1E" w:rsidRPr="004752BD" w:rsidRDefault="001C6012">
            <w:pPr>
              <w:rPr>
                <w:rFonts w:ascii="ＭＳ Ｐゴシック" w:eastAsia="ＭＳ Ｐゴシック" w:hAnsi="ＭＳ Ｐゴシック"/>
                <w:sz w:val="22"/>
                <w:lang w:eastAsia="ja-JP"/>
              </w:rPr>
            </w:pPr>
            <w:r w:rsidRPr="004752BD">
              <w:rPr>
                <w:rFonts w:ascii="ＭＳ Ｐゴシック" w:eastAsia="ＭＳ Ｐゴシック" w:hAnsi="ＭＳ Ｐゴシック"/>
                <w:sz w:val="22"/>
              </w:rPr>
              <w:t xml:space="preserve">　　　　　　　　　　　　　　　　　　　　</w:t>
            </w:r>
            <w:r w:rsidR="00092314">
              <w:rPr>
                <w:rFonts w:ascii="ＭＳ Ｐゴシック" w:eastAsia="ＭＳ Ｐゴシック" w:hAnsi="ＭＳ Ｐゴシック" w:hint="eastAsia"/>
                <w:sz w:val="22"/>
                <w:lang w:eastAsia="ja-JP"/>
              </w:rPr>
              <w:t xml:space="preserve">　　　　</w:t>
            </w:r>
            <w:r w:rsidRPr="004752BD">
              <w:rPr>
                <w:rFonts w:ascii="ＭＳ Ｐゴシック" w:eastAsia="ＭＳ Ｐゴシック" w:hAnsi="ＭＳ Ｐゴシック"/>
                <w:sz w:val="22"/>
              </w:rPr>
              <w:t xml:space="preserve">　　　　　</w:t>
            </w:r>
          </w:p>
        </w:tc>
      </w:tr>
      <w:tr w:rsidR="00022C1E" w:rsidRPr="004752BD" w14:paraId="2D670031" w14:textId="77777777" w:rsidTr="00092314">
        <w:trPr>
          <w:trHeight w:val="532"/>
          <w:jc w:val="center"/>
        </w:trPr>
        <w:tc>
          <w:tcPr>
            <w:tcW w:w="2721" w:type="dxa"/>
            <w:shd w:val="clear" w:color="auto" w:fill="E7E6E6"/>
            <w:tcMar>
              <w:top w:w="55" w:type="dxa"/>
              <w:left w:w="75" w:type="dxa"/>
              <w:bottom w:w="55" w:type="dxa"/>
              <w:right w:w="75" w:type="dxa"/>
            </w:tcMar>
            <w:vAlign w:val="center"/>
          </w:tcPr>
          <w:p w14:paraId="21327C43" w14:textId="77777777" w:rsidR="00022C1E" w:rsidRPr="004752BD" w:rsidRDefault="001C6012">
            <w:pPr>
              <w:jc w:val="center"/>
              <w:rPr>
                <w:rFonts w:ascii="ＭＳ Ｐゴシック" w:eastAsia="ＭＳ Ｐゴシック" w:hAnsi="ＭＳ Ｐゴシック"/>
                <w:sz w:val="22"/>
              </w:rPr>
            </w:pPr>
            <w:proofErr w:type="spellStart"/>
            <w:r w:rsidRPr="004752BD">
              <w:rPr>
                <w:rFonts w:ascii="ＭＳ Ｐゴシック" w:eastAsia="ＭＳ Ｐゴシック" w:hAnsi="ＭＳ Ｐゴシック"/>
                <w:b/>
                <w:sz w:val="22"/>
              </w:rPr>
              <w:t>生年月日</w:t>
            </w:r>
            <w:proofErr w:type="spellEnd"/>
          </w:p>
        </w:tc>
        <w:tc>
          <w:tcPr>
            <w:tcW w:w="7824" w:type="dxa"/>
            <w:tcMar>
              <w:top w:w="55" w:type="dxa"/>
              <w:left w:w="75" w:type="dxa"/>
              <w:bottom w:w="55" w:type="dxa"/>
              <w:right w:w="75" w:type="dxa"/>
            </w:tcMar>
            <w:vAlign w:val="center"/>
          </w:tcPr>
          <w:p w14:paraId="28D5CEB0" w14:textId="225F043F" w:rsidR="00022C1E" w:rsidRPr="004752BD" w:rsidRDefault="001C6012" w:rsidP="00092314">
            <w:pPr>
              <w:ind w:firstLineChars="100" w:firstLine="220"/>
              <w:rPr>
                <w:rFonts w:ascii="ＭＳ Ｐゴシック" w:eastAsia="ＭＳ Ｐゴシック" w:hAnsi="ＭＳ Ｐゴシック"/>
                <w:sz w:val="22"/>
                <w:lang w:eastAsia="ja-JP"/>
              </w:rPr>
            </w:pPr>
            <w:r w:rsidRPr="004752BD">
              <w:rPr>
                <w:rFonts w:ascii="ＭＳ Ｐゴシック" w:eastAsia="ＭＳ Ｐゴシック" w:hAnsi="ＭＳ Ｐゴシック"/>
                <w:sz w:val="22"/>
                <w:lang w:eastAsia="ja-JP"/>
              </w:rPr>
              <w:t xml:space="preserve">昭和・平成　　</w:t>
            </w:r>
            <w:r w:rsidR="00092314">
              <w:rPr>
                <w:rFonts w:ascii="ＭＳ Ｐゴシック" w:eastAsia="ＭＳ Ｐゴシック" w:hAnsi="ＭＳ Ｐゴシック" w:hint="eastAsia"/>
                <w:sz w:val="22"/>
                <w:lang w:eastAsia="ja-JP"/>
              </w:rPr>
              <w:t xml:space="preserve">　　</w:t>
            </w:r>
            <w:r w:rsidRPr="004752BD">
              <w:rPr>
                <w:rFonts w:ascii="ＭＳ Ｐゴシック" w:eastAsia="ＭＳ Ｐゴシック" w:hAnsi="ＭＳ Ｐゴシック"/>
                <w:sz w:val="22"/>
                <w:lang w:eastAsia="ja-JP"/>
              </w:rPr>
              <w:t xml:space="preserve">　年　　</w:t>
            </w:r>
            <w:r w:rsidR="00092314">
              <w:rPr>
                <w:rFonts w:ascii="ＭＳ Ｐゴシック" w:eastAsia="ＭＳ Ｐゴシック" w:hAnsi="ＭＳ Ｐゴシック" w:hint="eastAsia"/>
                <w:sz w:val="22"/>
                <w:lang w:eastAsia="ja-JP"/>
              </w:rPr>
              <w:t xml:space="preserve">　　</w:t>
            </w:r>
            <w:r w:rsidRPr="004752BD">
              <w:rPr>
                <w:rFonts w:ascii="ＭＳ Ｐゴシック" w:eastAsia="ＭＳ Ｐゴシック" w:hAnsi="ＭＳ Ｐゴシック"/>
                <w:sz w:val="22"/>
                <w:lang w:eastAsia="ja-JP"/>
              </w:rPr>
              <w:t xml:space="preserve">　月　</w:t>
            </w:r>
            <w:r w:rsidR="00092314">
              <w:rPr>
                <w:rFonts w:ascii="ＭＳ Ｐゴシック" w:eastAsia="ＭＳ Ｐゴシック" w:hAnsi="ＭＳ Ｐゴシック" w:hint="eastAsia"/>
                <w:sz w:val="22"/>
                <w:lang w:eastAsia="ja-JP"/>
              </w:rPr>
              <w:t xml:space="preserve">　　</w:t>
            </w:r>
            <w:r w:rsidRPr="004752BD">
              <w:rPr>
                <w:rFonts w:ascii="ＭＳ Ｐゴシック" w:eastAsia="ＭＳ Ｐゴシック" w:hAnsi="ＭＳ Ｐゴシック"/>
                <w:sz w:val="22"/>
                <w:lang w:eastAsia="ja-JP"/>
              </w:rPr>
              <w:t xml:space="preserve">　　日</w:t>
            </w:r>
          </w:p>
        </w:tc>
      </w:tr>
      <w:tr w:rsidR="00022C1E" w:rsidRPr="004752BD" w14:paraId="6487D84F" w14:textId="77777777" w:rsidTr="00092314">
        <w:trPr>
          <w:trHeight w:val="532"/>
          <w:jc w:val="center"/>
        </w:trPr>
        <w:tc>
          <w:tcPr>
            <w:tcW w:w="2721" w:type="dxa"/>
            <w:shd w:val="clear" w:color="auto" w:fill="E7E6E6"/>
            <w:tcMar>
              <w:top w:w="55" w:type="dxa"/>
              <w:left w:w="75" w:type="dxa"/>
              <w:bottom w:w="55" w:type="dxa"/>
              <w:right w:w="75" w:type="dxa"/>
            </w:tcMar>
            <w:vAlign w:val="center"/>
          </w:tcPr>
          <w:p w14:paraId="637F31DD" w14:textId="77777777" w:rsidR="00022C1E" w:rsidRPr="004752BD" w:rsidRDefault="001C6012">
            <w:pPr>
              <w:jc w:val="center"/>
              <w:rPr>
                <w:rFonts w:ascii="ＭＳ Ｐゴシック" w:eastAsia="ＭＳ Ｐゴシック" w:hAnsi="ＭＳ Ｐゴシック"/>
                <w:sz w:val="22"/>
              </w:rPr>
            </w:pPr>
            <w:proofErr w:type="spellStart"/>
            <w:r w:rsidRPr="004752BD">
              <w:rPr>
                <w:rFonts w:ascii="ＭＳ Ｐゴシック" w:eastAsia="ＭＳ Ｐゴシック" w:hAnsi="ＭＳ Ｐゴシック"/>
                <w:b/>
                <w:sz w:val="22"/>
              </w:rPr>
              <w:t>連絡先</w:t>
            </w:r>
            <w:proofErr w:type="spellEnd"/>
          </w:p>
        </w:tc>
        <w:tc>
          <w:tcPr>
            <w:tcW w:w="7824" w:type="dxa"/>
            <w:tcMar>
              <w:top w:w="55" w:type="dxa"/>
              <w:left w:w="75" w:type="dxa"/>
              <w:bottom w:w="55" w:type="dxa"/>
              <w:right w:w="75" w:type="dxa"/>
            </w:tcMar>
            <w:vAlign w:val="center"/>
          </w:tcPr>
          <w:p w14:paraId="21A8D1DD" w14:textId="77777777" w:rsidR="00022C1E" w:rsidRPr="004752BD" w:rsidRDefault="00022C1E">
            <w:pPr>
              <w:rPr>
                <w:rFonts w:ascii="ＭＳ Ｐゴシック" w:eastAsia="ＭＳ Ｐゴシック" w:hAnsi="ＭＳ Ｐゴシック"/>
                <w:sz w:val="22"/>
              </w:rPr>
            </w:pPr>
          </w:p>
        </w:tc>
      </w:tr>
    </w:tbl>
    <w:p w14:paraId="1D40EDA6" w14:textId="77777777" w:rsidR="00092314" w:rsidRDefault="00092314">
      <w:pPr>
        <w:spacing w:before="80" w:after="0"/>
        <w:rPr>
          <w:rFonts w:ascii="ＭＳ Ｐゴシック" w:eastAsia="ＭＳ Ｐゴシック" w:hAnsi="ＭＳ Ｐゴシック"/>
          <w:sz w:val="22"/>
          <w:lang w:eastAsia="ja-JP"/>
        </w:rPr>
      </w:pPr>
    </w:p>
    <w:p w14:paraId="5DF5F570" w14:textId="77777777" w:rsidR="00F4433C" w:rsidRPr="00F4433C" w:rsidRDefault="00F4433C" w:rsidP="00F4433C">
      <w:pPr>
        <w:rPr>
          <w:rFonts w:ascii="ＭＳ Ｐゴシック" w:eastAsia="ＭＳ Ｐゴシック" w:hAnsi="ＭＳ Ｐゴシック"/>
          <w:sz w:val="22"/>
          <w:lang w:eastAsia="ja-JP"/>
        </w:rPr>
      </w:pPr>
    </w:p>
    <w:p w14:paraId="05227EDC" w14:textId="77777777" w:rsidR="00F4433C" w:rsidRPr="00F4433C" w:rsidRDefault="00F4433C" w:rsidP="00F4433C">
      <w:pPr>
        <w:rPr>
          <w:rFonts w:ascii="ＭＳ Ｐゴシック" w:eastAsia="ＭＳ Ｐゴシック" w:hAnsi="ＭＳ Ｐゴシック"/>
          <w:sz w:val="22"/>
          <w:lang w:eastAsia="ja-JP"/>
        </w:rPr>
      </w:pPr>
    </w:p>
    <w:p w14:paraId="45552F06" w14:textId="77777777" w:rsidR="00F4433C" w:rsidRPr="00F4433C" w:rsidRDefault="00F4433C" w:rsidP="00F4433C">
      <w:pPr>
        <w:jc w:val="center"/>
        <w:rPr>
          <w:rFonts w:ascii="ＭＳ Ｐゴシック" w:eastAsia="ＭＳ Ｐゴシック" w:hAnsi="ＭＳ Ｐゴシック"/>
          <w:sz w:val="22"/>
          <w:lang w:eastAsia="ja-JP"/>
        </w:rPr>
      </w:pPr>
    </w:p>
    <w:sectPr w:rsidR="00F4433C" w:rsidRPr="00F4433C" w:rsidSect="00756AFC">
      <w:footerReference w:type="default" r:id="rId8"/>
      <w:pgSz w:w="11906" w:h="16838" w:code="9"/>
      <w:pgMar w:top="737" w:right="851" w:bottom="737" w:left="85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06C999F" w14:textId="77777777" w:rsidR="00741EE8" w:rsidRDefault="00741EE8">
      <w:pPr>
        <w:spacing w:after="0" w:line="240" w:lineRule="auto"/>
      </w:pPr>
      <w:r>
        <w:separator/>
      </w:r>
    </w:p>
  </w:endnote>
  <w:endnote w:type="continuationSeparator" w:id="0">
    <w:p w14:paraId="3EC60900" w14:textId="77777777" w:rsidR="00741EE8" w:rsidRDefault="00741E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ＭＳ 明朝">
    <w:altName w:val="MS Mincho"/>
    <w:panose1 w:val="02020609040205080304"/>
    <w:charset w:val="80"/>
    <w:family w:val="roman"/>
    <w:pitch w:val="fixed"/>
    <w:sig w:usb0="E00002FF" w:usb1="6AC7FDFB" w:usb2="08000012" w:usb3="00000000" w:csb0="0002009F" w:csb1="00000000"/>
  </w:font>
  <w:font w:name="Noto Serif CJK JP">
    <w:altName w:val="Cambria"/>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w:panose1 w:val="02070409020205020404"/>
    <w:charset w:val="00"/>
    <w:family w:val="modern"/>
    <w:pitch w:val="fixed"/>
    <w:sig w:usb0="00000003" w:usb1="00000000" w:usb2="00000000" w:usb3="00000000" w:csb0="00000001"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F0AF24" w14:textId="4EDD2FEA" w:rsidR="00022C1E" w:rsidRPr="00F4433C" w:rsidRDefault="00F4433C">
    <w:pPr>
      <w:pStyle w:val="a7"/>
      <w:jc w:val="center"/>
      <w:rPr>
        <w:rFonts w:eastAsiaTheme="minorEastAsia" w:hint="eastAsia"/>
        <w:lang w:eastAsia="ja-JP"/>
      </w:rPr>
    </w:pPr>
    <w:r>
      <w:rPr>
        <w:rFonts w:asciiTheme="minorEastAsia" w:eastAsiaTheme="minorEastAsia" w:hAnsiTheme="minorEastAsia" w:hint="eastAsia"/>
        <w:lang w:eastAsia="ja-JP"/>
      </w:rPr>
      <w:t>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95AA343" w14:textId="77777777" w:rsidR="00741EE8" w:rsidRDefault="00741EE8">
      <w:pPr>
        <w:spacing w:after="0" w:line="240" w:lineRule="auto"/>
      </w:pPr>
      <w:r>
        <w:separator/>
      </w:r>
    </w:p>
  </w:footnote>
  <w:footnote w:type="continuationSeparator" w:id="0">
    <w:p w14:paraId="09D9ED13" w14:textId="77777777" w:rsidR="00741EE8" w:rsidRDefault="00741EE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num w:numId="1" w16cid:durableId="29915229">
    <w:abstractNumId w:val="8"/>
  </w:num>
  <w:num w:numId="2" w16cid:durableId="1942491168">
    <w:abstractNumId w:val="6"/>
  </w:num>
  <w:num w:numId="3" w16cid:durableId="601690147">
    <w:abstractNumId w:val="5"/>
  </w:num>
  <w:num w:numId="4" w16cid:durableId="1831484736">
    <w:abstractNumId w:val="4"/>
  </w:num>
  <w:num w:numId="5" w16cid:durableId="1148324311">
    <w:abstractNumId w:val="7"/>
  </w:num>
  <w:num w:numId="6" w16cid:durableId="1281378802">
    <w:abstractNumId w:val="3"/>
  </w:num>
  <w:num w:numId="7" w16cid:durableId="1240939982">
    <w:abstractNumId w:val="2"/>
  </w:num>
  <w:num w:numId="8" w16cid:durableId="1352800273">
    <w:abstractNumId w:val="1"/>
  </w:num>
  <w:num w:numId="9" w16cid:durableId="19917873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dirty"/>
  <w:defaultTabStop w:val="72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22C1E"/>
    <w:rsid w:val="00034616"/>
    <w:rsid w:val="0006063C"/>
    <w:rsid w:val="00086255"/>
    <w:rsid w:val="00092314"/>
    <w:rsid w:val="00112569"/>
    <w:rsid w:val="00126D96"/>
    <w:rsid w:val="0015074B"/>
    <w:rsid w:val="001533AA"/>
    <w:rsid w:val="001A2179"/>
    <w:rsid w:val="001C6012"/>
    <w:rsid w:val="0023190C"/>
    <w:rsid w:val="0029639D"/>
    <w:rsid w:val="00326F90"/>
    <w:rsid w:val="00365F0E"/>
    <w:rsid w:val="003675A9"/>
    <w:rsid w:val="004677FC"/>
    <w:rsid w:val="004752BD"/>
    <w:rsid w:val="004F620D"/>
    <w:rsid w:val="00526AB1"/>
    <w:rsid w:val="00553DA3"/>
    <w:rsid w:val="00582FCD"/>
    <w:rsid w:val="00684976"/>
    <w:rsid w:val="006B2351"/>
    <w:rsid w:val="006D2582"/>
    <w:rsid w:val="00741EE8"/>
    <w:rsid w:val="00756AFC"/>
    <w:rsid w:val="007D6853"/>
    <w:rsid w:val="007E05B0"/>
    <w:rsid w:val="007E2704"/>
    <w:rsid w:val="0090150D"/>
    <w:rsid w:val="0092734D"/>
    <w:rsid w:val="00961DA8"/>
    <w:rsid w:val="009F3BA2"/>
    <w:rsid w:val="00A301E6"/>
    <w:rsid w:val="00A36C01"/>
    <w:rsid w:val="00AA1D8D"/>
    <w:rsid w:val="00B47730"/>
    <w:rsid w:val="00B54234"/>
    <w:rsid w:val="00BA3232"/>
    <w:rsid w:val="00BB4F39"/>
    <w:rsid w:val="00C55B8E"/>
    <w:rsid w:val="00C569B2"/>
    <w:rsid w:val="00CA658C"/>
    <w:rsid w:val="00CB0664"/>
    <w:rsid w:val="00CB3E98"/>
    <w:rsid w:val="00D50254"/>
    <w:rsid w:val="00DA16F6"/>
    <w:rsid w:val="00DD166B"/>
    <w:rsid w:val="00E37F73"/>
    <w:rsid w:val="00F4433C"/>
    <w:rsid w:val="00F44412"/>
    <w:rsid w:val="00FB7885"/>
    <w:rsid w:val="00FC693F"/>
    <w:rsid w:val="00FD75B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v:textbox inset="5.85pt,.7pt,5.85pt,.7pt"/>
    </o:shapedefaults>
    <o:shapelayout v:ext="edit">
      <o:idmap v:ext="edit" data="2"/>
    </o:shapelayout>
  </w:shapeDefaults>
  <w:decimalSymbol w:val="."/>
  <w:listSeparator w:val=","/>
  <w14:docId w14:val="330939FB"/>
  <w14:defaultImageDpi w14:val="330"/>
  <w15:docId w15:val="{1624DEEA-234A-4D69-AEE4-D943E3C3EF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FC693F"/>
    <w:rPr>
      <w:rFonts w:ascii="Noto Serif CJK JP" w:eastAsia="Noto Serif CJK JP" w:hAnsi="Noto Serif CJK JP"/>
      <w:sz w:val="18"/>
    </w:rPr>
  </w:style>
  <w:style w:type="paragraph" w:styleId="1">
    <w:name w:val="heading 1"/>
    <w:basedOn w:val="a1"/>
    <w:next w:val="a1"/>
    <w:link w:val="10"/>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1">
    <w:name w:val="heading 2"/>
    <w:basedOn w:val="a1"/>
    <w:next w:val="a1"/>
    <w:link w:val="22"/>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1">
    <w:name w:val="heading 3"/>
    <w:basedOn w:val="a1"/>
    <w:next w:val="a1"/>
    <w:link w:val="32"/>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0"/>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618BF"/>
    <w:pPr>
      <w:tabs>
        <w:tab w:val="center" w:pos="4680"/>
        <w:tab w:val="right" w:pos="9360"/>
      </w:tabs>
      <w:spacing w:after="0" w:line="240" w:lineRule="auto"/>
    </w:pPr>
  </w:style>
  <w:style w:type="character" w:customStyle="1" w:styleId="a6">
    <w:name w:val="ヘッダー (文字)"/>
    <w:basedOn w:val="a2"/>
    <w:link w:val="a5"/>
    <w:uiPriority w:val="99"/>
    <w:rsid w:val="00E618BF"/>
  </w:style>
  <w:style w:type="paragraph" w:styleId="a7">
    <w:name w:val="footer"/>
    <w:basedOn w:val="a1"/>
    <w:link w:val="a8"/>
    <w:uiPriority w:val="99"/>
    <w:unhideWhenUsed/>
    <w:rsid w:val="00E618BF"/>
    <w:pPr>
      <w:tabs>
        <w:tab w:val="center" w:pos="4680"/>
        <w:tab w:val="right" w:pos="9360"/>
      </w:tabs>
      <w:spacing w:after="0" w:line="240" w:lineRule="auto"/>
    </w:pPr>
  </w:style>
  <w:style w:type="character" w:customStyle="1" w:styleId="a8">
    <w:name w:val="フッター (文字)"/>
    <w:basedOn w:val="a2"/>
    <w:link w:val="a7"/>
    <w:uiPriority w:val="99"/>
    <w:rsid w:val="00E618BF"/>
  </w:style>
  <w:style w:type="paragraph" w:styleId="a9">
    <w:name w:val="No Spacing"/>
    <w:uiPriority w:val="1"/>
    <w:qFormat/>
    <w:rsid w:val="00FC693F"/>
    <w:pPr>
      <w:spacing w:after="0" w:line="240" w:lineRule="auto"/>
    </w:pPr>
  </w:style>
  <w:style w:type="character" w:customStyle="1" w:styleId="10">
    <w:name w:val="見出し 1 (文字)"/>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2">
    <w:name w:val="見出し 2 (文字)"/>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2">
    <w:name w:val="見出し 3 (文字)"/>
    <w:basedOn w:val="a2"/>
    <w:link w:val="31"/>
    <w:uiPriority w:val="9"/>
    <w:rsid w:val="00FC693F"/>
    <w:rPr>
      <w:rFonts w:asciiTheme="majorHAnsi" w:eastAsiaTheme="majorEastAsia" w:hAnsiTheme="majorHAnsi" w:cstheme="majorBidi"/>
      <w:b/>
      <w:bCs/>
      <w:color w:val="4F81BD" w:themeColor="accent1"/>
    </w:rPr>
  </w:style>
  <w:style w:type="paragraph" w:styleId="aa">
    <w:name w:val="Title"/>
    <w:basedOn w:val="a1"/>
    <w:next w:val="a1"/>
    <w:link w:val="ab"/>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b">
    <w:name w:val="表題 (文字)"/>
    <w:basedOn w:val="a2"/>
    <w:link w:val="aa"/>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c">
    <w:name w:val="Subtitle"/>
    <w:basedOn w:val="a1"/>
    <w:next w:val="a1"/>
    <w:link w:val="ad"/>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d">
    <w:name w:val="副題 (文字)"/>
    <w:basedOn w:val="a2"/>
    <w:link w:val="ac"/>
    <w:uiPriority w:val="11"/>
    <w:rsid w:val="00FC693F"/>
    <w:rPr>
      <w:rFonts w:asciiTheme="majorHAnsi" w:eastAsiaTheme="majorEastAsia" w:hAnsiTheme="majorHAnsi" w:cstheme="majorBidi"/>
      <w:i/>
      <w:iCs/>
      <w:color w:val="4F81BD" w:themeColor="accent1"/>
      <w:spacing w:val="15"/>
      <w:sz w:val="24"/>
      <w:szCs w:val="24"/>
    </w:rPr>
  </w:style>
  <w:style w:type="paragraph" w:styleId="ae">
    <w:name w:val="List Paragraph"/>
    <w:basedOn w:val="a1"/>
    <w:uiPriority w:val="34"/>
    <w:qFormat/>
    <w:rsid w:val="00FC693F"/>
    <w:pPr>
      <w:ind w:left="720"/>
      <w:contextualSpacing/>
    </w:pPr>
  </w:style>
  <w:style w:type="paragraph" w:styleId="af">
    <w:name w:val="Body Text"/>
    <w:basedOn w:val="a1"/>
    <w:link w:val="af0"/>
    <w:uiPriority w:val="99"/>
    <w:unhideWhenUsed/>
    <w:rsid w:val="00AA1D8D"/>
    <w:pPr>
      <w:spacing w:after="120"/>
    </w:pPr>
  </w:style>
  <w:style w:type="character" w:customStyle="1" w:styleId="af0">
    <w:name w:val="本文 (文字)"/>
    <w:basedOn w:val="a2"/>
    <w:link w:val="af"/>
    <w:uiPriority w:val="99"/>
    <w:rsid w:val="00AA1D8D"/>
  </w:style>
  <w:style w:type="paragraph" w:styleId="23">
    <w:name w:val="Body Text 2"/>
    <w:basedOn w:val="a1"/>
    <w:link w:val="24"/>
    <w:uiPriority w:val="99"/>
    <w:unhideWhenUsed/>
    <w:rsid w:val="00AA1D8D"/>
    <w:pPr>
      <w:spacing w:after="120" w:line="480" w:lineRule="auto"/>
    </w:pPr>
  </w:style>
  <w:style w:type="character" w:customStyle="1" w:styleId="24">
    <w:name w:val="本文 2 (文字)"/>
    <w:basedOn w:val="a2"/>
    <w:link w:val="23"/>
    <w:uiPriority w:val="99"/>
    <w:rsid w:val="00AA1D8D"/>
  </w:style>
  <w:style w:type="paragraph" w:styleId="33">
    <w:name w:val="Body Text 3"/>
    <w:basedOn w:val="a1"/>
    <w:link w:val="34"/>
    <w:uiPriority w:val="99"/>
    <w:unhideWhenUsed/>
    <w:rsid w:val="00AA1D8D"/>
    <w:pPr>
      <w:spacing w:after="120"/>
    </w:pPr>
    <w:rPr>
      <w:sz w:val="16"/>
      <w:szCs w:val="16"/>
    </w:rPr>
  </w:style>
  <w:style w:type="character" w:customStyle="1" w:styleId="34">
    <w:name w:val="本文 3 (文字)"/>
    <w:basedOn w:val="a2"/>
    <w:link w:val="33"/>
    <w:uiPriority w:val="99"/>
    <w:rsid w:val="00AA1D8D"/>
    <w:rPr>
      <w:sz w:val="16"/>
      <w:szCs w:val="16"/>
    </w:rPr>
  </w:style>
  <w:style w:type="paragraph" w:styleId="af1">
    <w:name w:val="List"/>
    <w:basedOn w:val="a1"/>
    <w:uiPriority w:val="99"/>
    <w:unhideWhenUsed/>
    <w:rsid w:val="00AA1D8D"/>
    <w:pPr>
      <w:ind w:left="360" w:hanging="360"/>
      <w:contextualSpacing/>
    </w:pPr>
  </w:style>
  <w:style w:type="paragraph" w:styleId="25">
    <w:name w:val="List 2"/>
    <w:basedOn w:val="a1"/>
    <w:uiPriority w:val="99"/>
    <w:unhideWhenUsed/>
    <w:rsid w:val="00326F90"/>
    <w:pPr>
      <w:ind w:left="720" w:hanging="360"/>
      <w:contextualSpacing/>
    </w:pPr>
  </w:style>
  <w:style w:type="paragraph" w:styleId="35">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f2">
    <w:name w:val="List Continue"/>
    <w:basedOn w:val="a1"/>
    <w:uiPriority w:val="99"/>
    <w:unhideWhenUsed/>
    <w:rsid w:val="0029639D"/>
    <w:pPr>
      <w:spacing w:after="120"/>
      <w:ind w:left="360"/>
      <w:contextualSpacing/>
    </w:pPr>
  </w:style>
  <w:style w:type="paragraph" w:styleId="26">
    <w:name w:val="List Continue 2"/>
    <w:basedOn w:val="a1"/>
    <w:uiPriority w:val="99"/>
    <w:unhideWhenUsed/>
    <w:rsid w:val="0029639D"/>
    <w:pPr>
      <w:spacing w:after="120"/>
      <w:ind w:left="720"/>
      <w:contextualSpacing/>
    </w:pPr>
  </w:style>
  <w:style w:type="paragraph" w:styleId="36">
    <w:name w:val="List Continue 3"/>
    <w:basedOn w:val="a1"/>
    <w:uiPriority w:val="99"/>
    <w:unhideWhenUsed/>
    <w:rsid w:val="0029639D"/>
    <w:pPr>
      <w:spacing w:after="120"/>
      <w:ind w:left="1080"/>
      <w:contextualSpacing/>
    </w:pPr>
  </w:style>
  <w:style w:type="paragraph" w:styleId="af3">
    <w:name w:val="macro"/>
    <w:link w:val="af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4">
    <w:name w:val="マクロ文字列 (文字)"/>
    <w:basedOn w:val="a2"/>
    <w:link w:val="af3"/>
    <w:uiPriority w:val="99"/>
    <w:rsid w:val="0029639D"/>
    <w:rPr>
      <w:rFonts w:ascii="Courier" w:hAnsi="Courier"/>
      <w:sz w:val="20"/>
      <w:szCs w:val="20"/>
    </w:rPr>
  </w:style>
  <w:style w:type="paragraph" w:styleId="af5">
    <w:name w:val="Quote"/>
    <w:basedOn w:val="a1"/>
    <w:next w:val="a1"/>
    <w:link w:val="af6"/>
    <w:uiPriority w:val="29"/>
    <w:qFormat/>
    <w:rsid w:val="00FC693F"/>
    <w:rPr>
      <w:i/>
      <w:iCs/>
      <w:color w:val="000000" w:themeColor="text1"/>
    </w:rPr>
  </w:style>
  <w:style w:type="character" w:customStyle="1" w:styleId="af6">
    <w:name w:val="引用文 (文字)"/>
    <w:basedOn w:val="a2"/>
    <w:link w:val="af5"/>
    <w:uiPriority w:val="29"/>
    <w:rsid w:val="00FC693F"/>
    <w:rPr>
      <w:i/>
      <w:iCs/>
      <w:color w:val="000000" w:themeColor="text1"/>
    </w:rPr>
  </w:style>
  <w:style w:type="character" w:customStyle="1" w:styleId="40">
    <w:name w:val="見出し 4 (文字)"/>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見出し 5 (文字)"/>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見出し 6 (文字)"/>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見出し 7 (文字)"/>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見出し 8 (文字)"/>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見出し 9 (文字)"/>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7">
    <w:name w:val="caption"/>
    <w:basedOn w:val="a1"/>
    <w:next w:val="a1"/>
    <w:uiPriority w:val="35"/>
    <w:semiHidden/>
    <w:unhideWhenUsed/>
    <w:qFormat/>
    <w:rsid w:val="00FC693F"/>
    <w:pPr>
      <w:spacing w:line="240" w:lineRule="auto"/>
    </w:pPr>
    <w:rPr>
      <w:b/>
      <w:bCs/>
      <w:color w:val="4F81BD" w:themeColor="accent1"/>
      <w:szCs w:val="18"/>
    </w:rPr>
  </w:style>
  <w:style w:type="character" w:styleId="af8">
    <w:name w:val="Strong"/>
    <w:basedOn w:val="a2"/>
    <w:uiPriority w:val="22"/>
    <w:qFormat/>
    <w:rsid w:val="00FC693F"/>
    <w:rPr>
      <w:b/>
      <w:bCs/>
    </w:rPr>
  </w:style>
  <w:style w:type="character" w:styleId="af9">
    <w:name w:val="Emphasis"/>
    <w:basedOn w:val="a2"/>
    <w:uiPriority w:val="20"/>
    <w:qFormat/>
    <w:rsid w:val="00FC693F"/>
    <w:rPr>
      <w:i/>
      <w:iCs/>
    </w:rPr>
  </w:style>
  <w:style w:type="paragraph" w:styleId="27">
    <w:name w:val="Intense Quote"/>
    <w:basedOn w:val="a1"/>
    <w:next w:val="a1"/>
    <w:link w:val="28"/>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28">
    <w:name w:val="引用文 2 (文字)"/>
    <w:basedOn w:val="a2"/>
    <w:link w:val="27"/>
    <w:uiPriority w:val="30"/>
    <w:rsid w:val="00FC693F"/>
    <w:rPr>
      <w:b/>
      <w:bCs/>
      <w:i/>
      <w:iCs/>
      <w:color w:val="4F81BD" w:themeColor="accent1"/>
    </w:rPr>
  </w:style>
  <w:style w:type="character" w:styleId="afa">
    <w:name w:val="Subtle Emphasis"/>
    <w:basedOn w:val="a2"/>
    <w:uiPriority w:val="19"/>
    <w:qFormat/>
    <w:rsid w:val="00FC693F"/>
    <w:rPr>
      <w:i/>
      <w:iCs/>
      <w:color w:val="808080" w:themeColor="text1" w:themeTint="7F"/>
    </w:rPr>
  </w:style>
  <w:style w:type="character" w:styleId="29">
    <w:name w:val="Intense Emphasis"/>
    <w:basedOn w:val="a2"/>
    <w:uiPriority w:val="21"/>
    <w:qFormat/>
    <w:rsid w:val="00FC693F"/>
    <w:rPr>
      <w:b/>
      <w:bCs/>
      <w:i/>
      <w:iCs/>
      <w:color w:val="4F81BD" w:themeColor="accent1"/>
    </w:rPr>
  </w:style>
  <w:style w:type="character" w:styleId="afb">
    <w:name w:val="Subtle Reference"/>
    <w:basedOn w:val="a2"/>
    <w:uiPriority w:val="31"/>
    <w:qFormat/>
    <w:rsid w:val="00FC693F"/>
    <w:rPr>
      <w:smallCaps/>
      <w:color w:val="C0504D" w:themeColor="accent2"/>
      <w:u w:val="single"/>
    </w:rPr>
  </w:style>
  <w:style w:type="character" w:styleId="2a">
    <w:name w:val="Intense Reference"/>
    <w:basedOn w:val="a2"/>
    <w:uiPriority w:val="32"/>
    <w:qFormat/>
    <w:rsid w:val="00FC693F"/>
    <w:rPr>
      <w:b/>
      <w:bCs/>
      <w:smallCaps/>
      <w:color w:val="C0504D" w:themeColor="accent2"/>
      <w:spacing w:val="5"/>
      <w:u w:val="single"/>
    </w:rPr>
  </w:style>
  <w:style w:type="character" w:styleId="afc">
    <w:name w:val="Book Title"/>
    <w:basedOn w:val="a2"/>
    <w:uiPriority w:val="33"/>
    <w:qFormat/>
    <w:rsid w:val="00FC693F"/>
    <w:rPr>
      <w:b/>
      <w:bCs/>
      <w:smallCaps/>
      <w:spacing w:val="5"/>
    </w:rPr>
  </w:style>
  <w:style w:type="paragraph" w:styleId="afd">
    <w:name w:val="TOC Heading"/>
    <w:basedOn w:val="1"/>
    <w:next w:val="a1"/>
    <w:uiPriority w:val="39"/>
    <w:semiHidden/>
    <w:unhideWhenUsed/>
    <w:qFormat/>
    <w:rsid w:val="00FC693F"/>
    <w:pPr>
      <w:outlineLvl w:val="9"/>
    </w:pPr>
  </w:style>
  <w:style w:type="table" w:styleId="afe">
    <w:name w:val="Table Grid"/>
    <w:basedOn w:val="a3"/>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1">
    <w:name w:val="Light Shading"/>
    <w:basedOn w:val="a3"/>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2">
    <w:name w:val="Light Shading Accent 1"/>
    <w:basedOn w:val="a3"/>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13">
    <w:name w:val="Light Shading Accent 2"/>
    <w:basedOn w:val="a3"/>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14">
    <w:name w:val="Light Shading Accent 3"/>
    <w:basedOn w:val="a3"/>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15">
    <w:name w:val="Light Shading Accent 4"/>
    <w:basedOn w:val="a3"/>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16">
    <w:name w:val="Light Shading Accent 5"/>
    <w:basedOn w:val="a3"/>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17">
    <w:name w:val="Light Shading Accent 6"/>
    <w:basedOn w:val="a3"/>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2b">
    <w:name w:val="Light List"/>
    <w:basedOn w:val="a3"/>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2c">
    <w:name w:val="Light List Accent 1"/>
    <w:basedOn w:val="a3"/>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d">
    <w:name w:val="Light List Accent 2"/>
    <w:basedOn w:val="a3"/>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2e">
    <w:name w:val="Light List Accent 3"/>
    <w:basedOn w:val="a3"/>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2f">
    <w:name w:val="Light List Accent 4"/>
    <w:basedOn w:val="a3"/>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2f0">
    <w:name w:val="Light List Accent 5"/>
    <w:basedOn w:val="a3"/>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2f1">
    <w:name w:val="Light List Accent 6"/>
    <w:basedOn w:val="a3"/>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37">
    <w:name w:val="Light Grid"/>
    <w:basedOn w:val="a3"/>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38">
    <w:name w:val="Light Grid Accent 1"/>
    <w:basedOn w:val="a3"/>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39">
    <w:name w:val="Light Grid Accent 2"/>
    <w:basedOn w:val="a3"/>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a">
    <w:name w:val="Light Grid Accent 3"/>
    <w:basedOn w:val="a3"/>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3b">
    <w:name w:val="Light Grid Accent 4"/>
    <w:basedOn w:val="a3"/>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3c">
    <w:name w:val="Light Grid Accent 5"/>
    <w:basedOn w:val="a3"/>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3d">
    <w:name w:val="Light Grid Accent 6"/>
    <w:basedOn w:val="a3"/>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41">
    <w:name w:val="Medium Shading 1"/>
    <w:basedOn w:val="a3"/>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42">
    <w:name w:val="Medium Shading 1 Accent 1"/>
    <w:basedOn w:val="a3"/>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43">
    <w:name w:val="Medium Shading 1 Accent 2"/>
    <w:basedOn w:val="a3"/>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44">
    <w:name w:val="Medium Shading 1 Accent 3"/>
    <w:basedOn w:val="a3"/>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45">
    <w:name w:val="Medium Shading 1 Accent 4"/>
    <w:basedOn w:val="a3"/>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46">
    <w:name w:val="Medium Shading 1 Accent 5"/>
    <w:basedOn w:val="a3"/>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47">
    <w:name w:val="Medium Shading 1 Accent 6"/>
    <w:basedOn w:val="a3"/>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51">
    <w:name w:val="Medium Shading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2">
    <w:name w:val="Medium Shading 2 Accent 1"/>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3">
    <w:name w:val="Medium Shading 2 Accent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4">
    <w:name w:val="Medium Shading 2 Accent 3"/>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5">
    <w:name w:val="Medium Shading 2 Accent 4"/>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6">
    <w:name w:val="Medium Shading 2 Accent 5"/>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7">
    <w:name w:val="Medium Shading 2 Accent 6"/>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61">
    <w:name w:val="Medium List 1"/>
    <w:basedOn w:val="a3"/>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62">
    <w:name w:val="Medium List 1 Accent 1"/>
    <w:basedOn w:val="a3"/>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63">
    <w:name w:val="Medium List 1 Accent 2"/>
    <w:basedOn w:val="a3"/>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64">
    <w:name w:val="Medium List 1 Accent 3"/>
    <w:basedOn w:val="a3"/>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65">
    <w:name w:val="Medium List 1 Accent 4"/>
    <w:basedOn w:val="a3"/>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66">
    <w:name w:val="Medium List 1 Accent 5"/>
    <w:basedOn w:val="a3"/>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67">
    <w:name w:val="Medium List 1 Accent 6"/>
    <w:basedOn w:val="a3"/>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71">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72">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73">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74">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75">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76">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77">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81">
    <w:name w:val="Medium Grid 1"/>
    <w:basedOn w:val="a3"/>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82">
    <w:name w:val="Medium Grid 1 Accent 1"/>
    <w:basedOn w:val="a3"/>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83">
    <w:name w:val="Medium Grid 1 Accent 2"/>
    <w:basedOn w:val="a3"/>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84">
    <w:name w:val="Medium Grid 1 Accent 3"/>
    <w:basedOn w:val="a3"/>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85">
    <w:name w:val="Medium Grid 1 Accent 4"/>
    <w:basedOn w:val="a3"/>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86">
    <w:name w:val="Medium Grid 1 Accent 5"/>
    <w:basedOn w:val="a3"/>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87">
    <w:name w:val="Medium Grid 1 Accent 6"/>
    <w:basedOn w:val="a3"/>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91">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92">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93">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94">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95">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96">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97">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100">
    <w:name w:val="Medium Grid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101">
    <w:name w:val="Medium Grid 3 Accent 1"/>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102">
    <w:name w:val="Medium Grid 3 Accent 2"/>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103">
    <w:name w:val="Medium Grid 3 Accent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104">
    <w:name w:val="Medium Grid 3 Accent 4"/>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105">
    <w:name w:val="Medium Grid 3 Accent 5"/>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106">
    <w:name w:val="Medium Grid 3 Accent 6"/>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110">
    <w:name w:val="Dark List"/>
    <w:basedOn w:val="a3"/>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11">
    <w:name w:val="Dark List Accent 1"/>
    <w:basedOn w:val="a3"/>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112">
    <w:name w:val="Dark List Accent 2"/>
    <w:basedOn w:val="a3"/>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113">
    <w:name w:val="Dark List Accent 3"/>
    <w:basedOn w:val="a3"/>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114">
    <w:name w:val="Dark List Accent 4"/>
    <w:basedOn w:val="a3"/>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115">
    <w:name w:val="Dark List Accent 5"/>
    <w:basedOn w:val="a3"/>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116">
    <w:name w:val="Dark List Accent 6"/>
    <w:basedOn w:val="a3"/>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120">
    <w:name w:val="Colorful Shading"/>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21">
    <w:name w:val="Colorful Shading Accent 1"/>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122">
    <w:name w:val="Colorful Shading Accent 2"/>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123">
    <w:name w:val="Colorful Shading Accent 3"/>
    <w:basedOn w:val="a3"/>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124">
    <w:name w:val="Colorful Shading Accent 4"/>
    <w:basedOn w:val="a3"/>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125">
    <w:name w:val="Colorful Shading Accent 5"/>
    <w:basedOn w:val="a3"/>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126">
    <w:name w:val="Colorful Shading Accent 6"/>
    <w:basedOn w:val="a3"/>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130">
    <w:name w:val="Colorful List"/>
    <w:basedOn w:val="a3"/>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31">
    <w:name w:val="Colorful List Accent 1"/>
    <w:basedOn w:val="a3"/>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132">
    <w:name w:val="Colorful List Accent 2"/>
    <w:basedOn w:val="a3"/>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133">
    <w:name w:val="Colorful List Accent 3"/>
    <w:basedOn w:val="a3"/>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134">
    <w:name w:val="Colorful List Accent 4"/>
    <w:basedOn w:val="a3"/>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135">
    <w:name w:val="Colorful List Accent 5"/>
    <w:basedOn w:val="a3"/>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136">
    <w:name w:val="Colorful List Accent 6"/>
    <w:basedOn w:val="a3"/>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140">
    <w:name w:val="Colorful Grid"/>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41">
    <w:name w:val="Colorful Grid Accent 1"/>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42">
    <w:name w:val="Colorful Grid Accent 2"/>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43">
    <w:name w:val="Colorful Grid Accent 3"/>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4">
    <w:name w:val="Colorful Grid Accent 4"/>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45">
    <w:name w:val="Colorful Grid Accent 5"/>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46">
    <w:name w:val="Colorful Grid Accent 6"/>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1</Pages>
  <Words>141</Words>
  <Characters>806</Characters>
  <Application>Microsoft Office Word</Application>
  <DocSecurity>0</DocSecurity>
  <Lines>6</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946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仲宗根 佐弥加</cp:lastModifiedBy>
  <cp:revision>13</cp:revision>
  <cp:lastPrinted>2026-09-09T23:28:00Z</cp:lastPrinted>
  <dcterms:created xsi:type="dcterms:W3CDTF">2026-09-09T00:27:00Z</dcterms:created>
  <dcterms:modified xsi:type="dcterms:W3CDTF">2026-09-10T00:24:00Z</dcterms:modified>
  <cp:category/>
</cp:coreProperties>
</file>