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748D5" w14:textId="77777777" w:rsidR="00333EDC" w:rsidRDefault="00130442">
      <w:pPr>
        <w:pStyle w:val="1"/>
        <w:jc w:val="center"/>
        <w:rPr>
          <w:lang w:eastAsia="ja-JP"/>
        </w:rPr>
      </w:pPr>
      <w:r>
        <w:rPr>
          <w:lang w:eastAsia="ja-JP"/>
        </w:rPr>
        <w:t>令和</w:t>
      </w:r>
      <w:r>
        <w:rPr>
          <w:lang w:eastAsia="ja-JP"/>
        </w:rPr>
        <w:t>8</w:t>
      </w:r>
      <w:r>
        <w:rPr>
          <w:lang w:eastAsia="ja-JP"/>
        </w:rPr>
        <w:t>年度</w:t>
      </w:r>
      <w:r>
        <w:rPr>
          <w:lang w:eastAsia="ja-JP"/>
        </w:rPr>
        <w:t xml:space="preserve"> </w:t>
      </w:r>
      <w:r>
        <w:rPr>
          <w:lang w:eastAsia="ja-JP"/>
        </w:rPr>
        <w:t>宜野湾市自立支援協議会</w:t>
      </w:r>
      <w:r>
        <w:rPr>
          <w:lang w:eastAsia="ja-JP"/>
        </w:rPr>
        <w:br/>
      </w:r>
      <w:r>
        <w:rPr>
          <w:lang w:eastAsia="ja-JP"/>
        </w:rPr>
        <w:t>就労部会・住まい暮らし部会合同研修</w:t>
      </w:r>
      <w:r>
        <w:rPr>
          <w:lang w:eastAsia="ja-JP"/>
        </w:rPr>
        <w:t xml:space="preserve"> </w:t>
      </w:r>
      <w:r>
        <w:rPr>
          <w:lang w:eastAsia="ja-JP"/>
        </w:rPr>
        <w:t>参加申込書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917"/>
      </w:tblGrid>
      <w:tr w:rsidR="00333EDC" w14:paraId="6956AF20" w14:textId="77777777" w:rsidTr="005835A5">
        <w:trPr>
          <w:trHeight w:val="937"/>
        </w:trPr>
        <w:tc>
          <w:tcPr>
            <w:tcW w:w="2122" w:type="dxa"/>
            <w:shd w:val="clear" w:color="auto" w:fill="auto"/>
          </w:tcPr>
          <w:p w14:paraId="1921F490" w14:textId="77777777" w:rsidR="00333EDC" w:rsidRDefault="00130442" w:rsidP="005835A5">
            <w:pPr>
              <w:jc w:val="center"/>
            </w:pPr>
            <w:proofErr w:type="spellStart"/>
            <w:r>
              <w:t>事業所名</w:t>
            </w:r>
            <w:proofErr w:type="spellEnd"/>
          </w:p>
        </w:tc>
        <w:tc>
          <w:tcPr>
            <w:tcW w:w="6917" w:type="dxa"/>
          </w:tcPr>
          <w:p w14:paraId="46B00257" w14:textId="1C8E8771" w:rsidR="00333EDC" w:rsidRDefault="00333EDC" w:rsidP="00B62FF8">
            <w:pPr>
              <w:jc w:val="center"/>
              <w:rPr>
                <w:lang w:eastAsia="ja-JP"/>
              </w:rPr>
            </w:pPr>
          </w:p>
        </w:tc>
      </w:tr>
      <w:tr w:rsidR="00333EDC" w14:paraId="372F4EAE" w14:textId="77777777" w:rsidTr="005835A5">
        <w:trPr>
          <w:trHeight w:val="937"/>
        </w:trPr>
        <w:tc>
          <w:tcPr>
            <w:tcW w:w="2122" w:type="dxa"/>
            <w:shd w:val="clear" w:color="auto" w:fill="auto"/>
          </w:tcPr>
          <w:p w14:paraId="3D895191" w14:textId="77777777" w:rsidR="00333EDC" w:rsidRDefault="00130442" w:rsidP="005835A5">
            <w:pPr>
              <w:jc w:val="center"/>
            </w:pPr>
            <w:proofErr w:type="spellStart"/>
            <w:r>
              <w:t>所属</w:t>
            </w:r>
            <w:proofErr w:type="spellEnd"/>
          </w:p>
        </w:tc>
        <w:tc>
          <w:tcPr>
            <w:tcW w:w="6917" w:type="dxa"/>
          </w:tcPr>
          <w:p w14:paraId="580AF394" w14:textId="77777777" w:rsidR="00333EDC" w:rsidRDefault="00333EDC"/>
        </w:tc>
      </w:tr>
      <w:tr w:rsidR="00333EDC" w14:paraId="70902CD4" w14:textId="77777777" w:rsidTr="005835A5">
        <w:trPr>
          <w:trHeight w:val="937"/>
        </w:trPr>
        <w:tc>
          <w:tcPr>
            <w:tcW w:w="2122" w:type="dxa"/>
            <w:shd w:val="clear" w:color="auto" w:fill="auto"/>
          </w:tcPr>
          <w:p w14:paraId="2CEA41DA" w14:textId="77777777" w:rsidR="00333EDC" w:rsidRDefault="00130442" w:rsidP="005835A5">
            <w:pPr>
              <w:jc w:val="center"/>
            </w:pPr>
            <w:proofErr w:type="spellStart"/>
            <w:r>
              <w:t>氏名</w:t>
            </w:r>
            <w:proofErr w:type="spellEnd"/>
          </w:p>
        </w:tc>
        <w:tc>
          <w:tcPr>
            <w:tcW w:w="6917" w:type="dxa"/>
          </w:tcPr>
          <w:p w14:paraId="31ED1D77" w14:textId="4C7055E3" w:rsidR="00333EDC" w:rsidRDefault="00333EDC" w:rsidP="00B62FF8">
            <w:pPr>
              <w:jc w:val="center"/>
            </w:pPr>
          </w:p>
        </w:tc>
      </w:tr>
      <w:tr w:rsidR="00333EDC" w14:paraId="54EB6589" w14:textId="77777777" w:rsidTr="005835A5">
        <w:trPr>
          <w:trHeight w:val="937"/>
        </w:trPr>
        <w:tc>
          <w:tcPr>
            <w:tcW w:w="2122" w:type="dxa"/>
            <w:shd w:val="clear" w:color="auto" w:fill="auto"/>
          </w:tcPr>
          <w:p w14:paraId="6614AF9C" w14:textId="77777777" w:rsidR="00333EDC" w:rsidRDefault="00130442" w:rsidP="005835A5">
            <w:pPr>
              <w:jc w:val="center"/>
            </w:pPr>
            <w:r>
              <w:t>電話番号</w:t>
            </w:r>
          </w:p>
        </w:tc>
        <w:tc>
          <w:tcPr>
            <w:tcW w:w="6917" w:type="dxa"/>
          </w:tcPr>
          <w:p w14:paraId="42A1D168" w14:textId="77777777" w:rsidR="00333EDC" w:rsidRDefault="00333EDC"/>
        </w:tc>
      </w:tr>
      <w:tr w:rsidR="00333EDC" w14:paraId="32A88AD6" w14:textId="77777777" w:rsidTr="005835A5">
        <w:trPr>
          <w:trHeight w:val="937"/>
        </w:trPr>
        <w:tc>
          <w:tcPr>
            <w:tcW w:w="2122" w:type="dxa"/>
            <w:shd w:val="clear" w:color="auto" w:fill="auto"/>
          </w:tcPr>
          <w:p w14:paraId="65A3220B" w14:textId="77777777" w:rsidR="00333EDC" w:rsidRDefault="00130442" w:rsidP="005835A5">
            <w:pPr>
              <w:jc w:val="center"/>
            </w:pPr>
            <w:proofErr w:type="spellStart"/>
            <w:r>
              <w:t>メール</w:t>
            </w:r>
            <w:proofErr w:type="spellEnd"/>
          </w:p>
        </w:tc>
        <w:tc>
          <w:tcPr>
            <w:tcW w:w="6917" w:type="dxa"/>
          </w:tcPr>
          <w:p w14:paraId="3E5DE1B4" w14:textId="77777777" w:rsidR="00333EDC" w:rsidRDefault="00333EDC"/>
        </w:tc>
      </w:tr>
      <w:tr w:rsidR="00333EDC" w14:paraId="3B509627" w14:textId="77777777" w:rsidTr="005835A5">
        <w:trPr>
          <w:trHeight w:val="937"/>
        </w:trPr>
        <w:tc>
          <w:tcPr>
            <w:tcW w:w="2122" w:type="dxa"/>
            <w:shd w:val="clear" w:color="auto" w:fill="auto"/>
          </w:tcPr>
          <w:p w14:paraId="06E3026C" w14:textId="77777777" w:rsidR="00333EDC" w:rsidRDefault="00130442" w:rsidP="005835A5">
            <w:pPr>
              <w:jc w:val="center"/>
            </w:pPr>
            <w:r>
              <w:t>配慮が必要な事項</w:t>
            </w:r>
          </w:p>
        </w:tc>
        <w:tc>
          <w:tcPr>
            <w:tcW w:w="6917" w:type="dxa"/>
          </w:tcPr>
          <w:p w14:paraId="4DE09212" w14:textId="7717D39B" w:rsidR="00333EDC" w:rsidRDefault="00130442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□ </w:t>
            </w:r>
            <w:r>
              <w:rPr>
                <w:lang w:eastAsia="ja-JP"/>
              </w:rPr>
              <w:t xml:space="preserve">車椅子　</w:t>
            </w:r>
            <w:r>
              <w:rPr>
                <w:lang w:eastAsia="ja-JP"/>
              </w:rPr>
              <w:t xml:space="preserve">□ </w:t>
            </w:r>
            <w:r>
              <w:rPr>
                <w:lang w:eastAsia="ja-JP"/>
              </w:rPr>
              <w:t xml:space="preserve">手話通訳希望　</w:t>
            </w:r>
            <w:r>
              <w:rPr>
                <w:lang w:eastAsia="ja-JP"/>
              </w:rPr>
              <w:t xml:space="preserve">□ </w:t>
            </w:r>
            <w:r w:rsidR="00CD5E5D">
              <w:rPr>
                <w:rFonts w:hint="eastAsia"/>
                <w:lang w:eastAsia="ja-JP"/>
              </w:rPr>
              <w:t>視覚障害</w:t>
            </w:r>
            <w:r>
              <w:rPr>
                <w:lang w:eastAsia="ja-JP"/>
              </w:rPr>
              <w:t>（　　　　　　　　　　　　）</w:t>
            </w:r>
          </w:p>
        </w:tc>
      </w:tr>
      <w:tr w:rsidR="00333EDC" w14:paraId="684A02E2" w14:textId="77777777" w:rsidTr="005835A5">
        <w:trPr>
          <w:trHeight w:val="937"/>
        </w:trPr>
        <w:tc>
          <w:tcPr>
            <w:tcW w:w="2122" w:type="dxa"/>
            <w:shd w:val="clear" w:color="auto" w:fill="auto"/>
          </w:tcPr>
          <w:p w14:paraId="1D9D394D" w14:textId="77777777" w:rsidR="00333EDC" w:rsidRDefault="00130442" w:rsidP="005835A5">
            <w:pPr>
              <w:jc w:val="center"/>
            </w:pPr>
            <w:proofErr w:type="spellStart"/>
            <w:r>
              <w:t>備考</w:t>
            </w:r>
            <w:proofErr w:type="spellEnd"/>
          </w:p>
        </w:tc>
        <w:tc>
          <w:tcPr>
            <w:tcW w:w="6917" w:type="dxa"/>
          </w:tcPr>
          <w:p w14:paraId="33ABFE5D" w14:textId="77777777" w:rsidR="00333EDC" w:rsidRDefault="00333EDC"/>
        </w:tc>
      </w:tr>
    </w:tbl>
    <w:p w14:paraId="7A5D94C7" w14:textId="77777777" w:rsidR="00333EDC" w:rsidRDefault="00130442">
      <w:pPr>
        <w:rPr>
          <w:lang w:eastAsia="ja-JP"/>
        </w:rPr>
      </w:pPr>
      <w:r>
        <w:rPr>
          <w:lang w:eastAsia="ja-JP"/>
        </w:rPr>
        <w:t>※</w:t>
      </w:r>
      <w:r>
        <w:rPr>
          <w:lang w:eastAsia="ja-JP"/>
        </w:rPr>
        <w:t>必要な配慮をご希望の方は該当欄にチェックしてください。</w:t>
      </w:r>
    </w:p>
    <w:p w14:paraId="09630B53" w14:textId="54E025AD" w:rsidR="00705D86" w:rsidRDefault="00705D86">
      <w:pPr>
        <w:rPr>
          <w:lang w:eastAsia="ja-JP"/>
        </w:rPr>
      </w:pPr>
      <w:r>
        <w:rPr>
          <w:rFonts w:hint="eastAsia"/>
          <w:lang w:eastAsia="ja-JP"/>
        </w:rPr>
        <w:t>FAX</w:t>
      </w:r>
      <w:r>
        <w:rPr>
          <w:rFonts w:hint="eastAsia"/>
          <w:lang w:eastAsia="ja-JP"/>
        </w:rPr>
        <w:t>：</w:t>
      </w:r>
      <w:r>
        <w:rPr>
          <w:rFonts w:hint="eastAsia"/>
          <w:lang w:eastAsia="ja-JP"/>
        </w:rPr>
        <w:t>098</w:t>
      </w:r>
      <w:r>
        <w:rPr>
          <w:rFonts w:hint="eastAsia"/>
          <w:lang w:eastAsia="ja-JP"/>
        </w:rPr>
        <w:t>－</w:t>
      </w:r>
      <w:r>
        <w:rPr>
          <w:rFonts w:hint="eastAsia"/>
          <w:lang w:eastAsia="ja-JP"/>
        </w:rPr>
        <w:t>893</w:t>
      </w:r>
      <w:r>
        <w:rPr>
          <w:rFonts w:hint="eastAsia"/>
          <w:lang w:eastAsia="ja-JP"/>
        </w:rPr>
        <w:t>－</w:t>
      </w:r>
      <w:r>
        <w:rPr>
          <w:rFonts w:hint="eastAsia"/>
          <w:lang w:eastAsia="ja-JP"/>
        </w:rPr>
        <w:t>4108</w:t>
      </w:r>
    </w:p>
    <w:p w14:paraId="244D92B0" w14:textId="2F0A4084" w:rsidR="00705D86" w:rsidRDefault="00130442">
      <w:pPr>
        <w:rPr>
          <w:lang w:eastAsia="ja-JP"/>
        </w:rPr>
      </w:pPr>
      <w:r>
        <w:rPr>
          <w:rFonts w:ascii="BIZ UDゴシック" w:eastAsia="BIZ UDゴシック" w:hAnsi="BIZ UDゴシック" w:hint="eastAsia"/>
          <w:noProof/>
          <w:sz w:val="24"/>
          <w:szCs w:val="24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616FB3" wp14:editId="58315618">
                <wp:simplePos x="0" y="0"/>
                <wp:positionH relativeFrom="column">
                  <wp:posOffset>2533650</wp:posOffset>
                </wp:positionH>
                <wp:positionV relativeFrom="paragraph">
                  <wp:posOffset>87629</wp:posOffset>
                </wp:positionV>
                <wp:extent cx="2847975" cy="1019175"/>
                <wp:effectExtent l="57150" t="19050" r="85725" b="104775"/>
                <wp:wrapNone/>
                <wp:docPr id="615040818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0191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810836" id="楕円 1" o:spid="_x0000_s1026" style="position:absolute;margin-left:199.5pt;margin-top:6.9pt;width:224.2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" filled="f" strokecolor="#4579b8 [3044]">
                <v:shadow on="t" color="black" opacity="22937f" origin=",.5" offset="0,.63889mm"/>
              </v:oval>
            </w:pict>
          </mc:Fallback>
        </mc:AlternateContent>
      </w:r>
      <w:r w:rsidR="00705D86">
        <w:rPr>
          <w:rFonts w:hint="eastAsia"/>
          <w:lang w:eastAsia="ja-JP"/>
        </w:rPr>
        <w:t>Mail:Fukusi15@city.ginowan.okinawa.jp</w:t>
      </w:r>
    </w:p>
    <w:p w14:paraId="501BC231" w14:textId="0A183D18" w:rsidR="00130442" w:rsidRPr="00130442" w:rsidRDefault="00130442" w:rsidP="00130442">
      <w:pPr>
        <w:pStyle w:val="ae"/>
        <w:ind w:left="4920"/>
        <w:rPr>
          <w:rFonts w:ascii="BIZ UDゴシック" w:eastAsia="BIZ UDゴシック" w:hAnsi="BIZ UDゴシック"/>
          <w:sz w:val="24"/>
          <w:szCs w:val="24"/>
          <w:lang w:eastAsia="ja-JP"/>
        </w:rPr>
      </w:pPr>
      <w:r>
        <w:rPr>
          <w:rFonts w:ascii="BIZ UDゴシック" w:eastAsia="BIZ UDゴシック" w:hAnsi="BIZ UDゴシック" w:hint="eastAsia"/>
          <w:sz w:val="24"/>
          <w:szCs w:val="24"/>
          <w:lang w:eastAsia="ja-JP"/>
        </w:rPr>
        <w:t xml:space="preserve">　　※</w:t>
      </w:r>
      <w:r w:rsidR="00705D86" w:rsidRPr="00130442">
        <w:rPr>
          <w:rFonts w:ascii="BIZ UDゴシック" w:eastAsia="BIZ UDゴシック" w:hAnsi="BIZ UDゴシック" w:hint="eastAsia"/>
          <w:sz w:val="24"/>
          <w:szCs w:val="24"/>
          <w:lang w:eastAsia="ja-JP"/>
        </w:rPr>
        <w:t>応募締め切り</w:t>
      </w:r>
    </w:p>
    <w:p w14:paraId="357F5E37" w14:textId="7B503C07" w:rsidR="00705D86" w:rsidRPr="00705D86" w:rsidRDefault="00705D86" w:rsidP="00130442">
      <w:pPr>
        <w:pStyle w:val="ae"/>
        <w:ind w:left="4920"/>
        <w:rPr>
          <w:rFonts w:ascii="BIZ UDゴシック" w:eastAsia="BIZ UDゴシック" w:hAnsi="BIZ UDゴシック"/>
          <w:sz w:val="24"/>
          <w:szCs w:val="24"/>
          <w:u w:val="single"/>
          <w:lang w:eastAsia="ja-JP"/>
        </w:rPr>
      </w:pPr>
      <w:r w:rsidRPr="00705D86">
        <w:rPr>
          <w:rFonts w:ascii="BIZ UDゴシック" w:eastAsia="BIZ UDゴシック" w:hAnsi="BIZ UDゴシック" w:hint="eastAsia"/>
          <w:sz w:val="24"/>
          <w:szCs w:val="24"/>
          <w:u w:val="single"/>
          <w:lang w:eastAsia="ja-JP"/>
        </w:rPr>
        <w:t>8月</w:t>
      </w:r>
      <w:r>
        <w:rPr>
          <w:rFonts w:ascii="BIZ UDゴシック" w:eastAsia="BIZ UDゴシック" w:hAnsi="BIZ UDゴシック" w:hint="eastAsia"/>
          <w:sz w:val="24"/>
          <w:szCs w:val="24"/>
          <w:u w:val="single"/>
          <w:lang w:eastAsia="ja-JP"/>
        </w:rPr>
        <w:t>28</w:t>
      </w:r>
      <w:r w:rsidRPr="00705D86">
        <w:rPr>
          <w:rFonts w:ascii="BIZ UDゴシック" w:eastAsia="BIZ UDゴシック" w:hAnsi="BIZ UDゴシック" w:hint="eastAsia"/>
          <w:sz w:val="24"/>
          <w:szCs w:val="24"/>
          <w:u w:val="single"/>
          <w:lang w:eastAsia="ja-JP"/>
        </w:rPr>
        <w:t>日（</w:t>
      </w:r>
      <w:r w:rsidR="00130442">
        <w:rPr>
          <w:rFonts w:ascii="BIZ UDゴシック" w:eastAsia="BIZ UDゴシック" w:hAnsi="BIZ UDゴシック" w:hint="eastAsia"/>
          <w:sz w:val="24"/>
          <w:szCs w:val="24"/>
          <w:u w:val="single"/>
          <w:lang w:eastAsia="ja-JP"/>
        </w:rPr>
        <w:t>金</w:t>
      </w:r>
      <w:r w:rsidRPr="00705D86">
        <w:rPr>
          <w:rFonts w:ascii="BIZ UDゴシック" w:eastAsia="BIZ UDゴシック" w:hAnsi="BIZ UDゴシック" w:hint="eastAsia"/>
          <w:sz w:val="24"/>
          <w:szCs w:val="24"/>
          <w:u w:val="single"/>
          <w:lang w:eastAsia="ja-JP"/>
        </w:rPr>
        <w:t>）</w:t>
      </w:r>
      <w:r w:rsidR="00130442">
        <w:rPr>
          <w:rFonts w:ascii="BIZ UDゴシック" w:eastAsia="BIZ UDゴシック" w:hAnsi="BIZ UDゴシック" w:hint="eastAsia"/>
          <w:sz w:val="24"/>
          <w:szCs w:val="24"/>
          <w:u w:val="single"/>
          <w:lang w:eastAsia="ja-JP"/>
        </w:rPr>
        <w:t>17：00まで</w:t>
      </w:r>
    </w:p>
    <w:sectPr w:rsidR="00705D86" w:rsidRPr="00705D8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3478D0"/>
    <w:multiLevelType w:val="hybridMultilevel"/>
    <w:tmpl w:val="FA9821DA"/>
    <w:lvl w:ilvl="0" w:tplc="D834C28C">
      <w:numFmt w:val="bullet"/>
      <w:lvlText w:val="※"/>
      <w:lvlJc w:val="left"/>
      <w:pPr>
        <w:ind w:left="492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4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3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7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6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0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520" w:hanging="440"/>
      </w:pPr>
      <w:rPr>
        <w:rFonts w:ascii="Wingdings" w:hAnsi="Wingdings" w:hint="default"/>
      </w:rPr>
    </w:lvl>
  </w:abstractNum>
  <w:abstractNum w:abstractNumId="10" w15:restartNumberingAfterBreak="0">
    <w:nsid w:val="67434AA6"/>
    <w:multiLevelType w:val="hybridMultilevel"/>
    <w:tmpl w:val="06182FA0"/>
    <w:lvl w:ilvl="0" w:tplc="E4B0F336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07460547">
    <w:abstractNumId w:val="8"/>
  </w:num>
  <w:num w:numId="2" w16cid:durableId="807480775">
    <w:abstractNumId w:val="6"/>
  </w:num>
  <w:num w:numId="3" w16cid:durableId="485437437">
    <w:abstractNumId w:val="5"/>
  </w:num>
  <w:num w:numId="4" w16cid:durableId="1434087343">
    <w:abstractNumId w:val="4"/>
  </w:num>
  <w:num w:numId="5" w16cid:durableId="1991710382">
    <w:abstractNumId w:val="7"/>
  </w:num>
  <w:num w:numId="6" w16cid:durableId="307051778">
    <w:abstractNumId w:val="3"/>
  </w:num>
  <w:num w:numId="7" w16cid:durableId="240336078">
    <w:abstractNumId w:val="2"/>
  </w:num>
  <w:num w:numId="8" w16cid:durableId="2116706959">
    <w:abstractNumId w:val="1"/>
  </w:num>
  <w:num w:numId="9" w16cid:durableId="1743290028">
    <w:abstractNumId w:val="0"/>
  </w:num>
  <w:num w:numId="10" w16cid:durableId="2060780586">
    <w:abstractNumId w:val="10"/>
  </w:num>
  <w:num w:numId="11" w16cid:durableId="8892214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0442"/>
    <w:rsid w:val="0015074B"/>
    <w:rsid w:val="0029639D"/>
    <w:rsid w:val="00326F90"/>
    <w:rsid w:val="00333EDC"/>
    <w:rsid w:val="005835A5"/>
    <w:rsid w:val="00705D86"/>
    <w:rsid w:val="00887406"/>
    <w:rsid w:val="00AA1D8D"/>
    <w:rsid w:val="00B459E2"/>
    <w:rsid w:val="00B47730"/>
    <w:rsid w:val="00B62FF8"/>
    <w:rsid w:val="00C47C19"/>
    <w:rsid w:val="00CB0664"/>
    <w:rsid w:val="00CD5E5D"/>
    <w:rsid w:val="00D375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484B89"/>
  <w14:defaultImageDpi w14:val="300"/>
  <w15:docId w15:val="{93EE7F00-ABD9-49CA-90DF-2ED23770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川満 裕太郎</cp:lastModifiedBy>
  <cp:revision>9</cp:revision>
  <cp:lastPrinted>2026-08-04T07:18:00Z</cp:lastPrinted>
  <dcterms:created xsi:type="dcterms:W3CDTF">2026-08-04T05:16:00Z</dcterms:created>
  <dcterms:modified xsi:type="dcterms:W3CDTF">2026-08-14T01:07:00Z</dcterms:modified>
  <cp:category/>
</cp:coreProperties>
</file>